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687CE" w14:textId="77777777" w:rsidR="00435CE7" w:rsidRDefault="00435CE7" w:rsidP="00435CE7">
      <w:pPr>
        <w:widowControl w:val="0"/>
        <w:overflowPunct w:val="0"/>
        <w:autoSpaceDE w:val="0"/>
        <w:autoSpaceDN w:val="0"/>
        <w:adjustRightInd w:val="0"/>
        <w:jc w:val="center"/>
        <w:rPr>
          <w:b/>
          <w:i/>
          <w:iCs/>
          <w:lang w:val="ru-RU"/>
        </w:rPr>
      </w:pPr>
    </w:p>
    <w:p w14:paraId="7A3943B8" w14:textId="6161BF97" w:rsidR="009625A1" w:rsidRDefault="009625A1" w:rsidP="00164492">
      <w:pPr>
        <w:spacing w:after="0" w:line="240" w:lineRule="auto"/>
        <w:jc w:val="center"/>
        <w:rPr>
          <w:b/>
          <w:i/>
          <w:iCs/>
          <w:lang w:val="ru-RU"/>
        </w:rPr>
      </w:pPr>
      <w:r w:rsidRPr="009625A1">
        <w:rPr>
          <w:b/>
          <w:i/>
          <w:iCs/>
          <w:lang w:val="ru-RU"/>
        </w:rPr>
        <w:t xml:space="preserve">Приложение </w:t>
      </w:r>
      <w:r>
        <w:rPr>
          <w:b/>
          <w:i/>
          <w:iCs/>
          <w:lang w:val="ru-RU"/>
        </w:rPr>
        <w:t>2</w:t>
      </w:r>
      <w:r w:rsidRPr="009625A1">
        <w:rPr>
          <w:b/>
          <w:i/>
          <w:iCs/>
          <w:lang w:val="ru-RU"/>
        </w:rPr>
        <w:t xml:space="preserve"> к запросу о предоставлении сведений №Ц862-10/26</w:t>
      </w:r>
      <w:r w:rsidR="00A128CB">
        <w:rPr>
          <w:b/>
          <w:i/>
          <w:iCs/>
          <w:lang w:val="ru-RU"/>
        </w:rPr>
        <w:t>3</w:t>
      </w:r>
    </w:p>
    <w:p w14:paraId="36EB58A0" w14:textId="77777777" w:rsidR="009625A1" w:rsidRDefault="009625A1" w:rsidP="00164492">
      <w:pPr>
        <w:spacing w:after="0" w:line="240" w:lineRule="auto"/>
        <w:jc w:val="center"/>
        <w:rPr>
          <w:b/>
          <w:i/>
          <w:iCs/>
          <w:lang w:val="ru-RU"/>
        </w:rPr>
      </w:pPr>
    </w:p>
    <w:p w14:paraId="4351384D" w14:textId="01E7DBE4" w:rsidR="00693C56" w:rsidRDefault="00227427" w:rsidP="00164492">
      <w:pPr>
        <w:spacing w:after="0" w:line="240" w:lineRule="auto"/>
        <w:jc w:val="center"/>
        <w:rPr>
          <w:rFonts w:cs="Times New Roman"/>
          <w:b/>
          <w:color w:val="000000" w:themeColor="text1"/>
          <w:lang w:val="ru-RU"/>
        </w:rPr>
      </w:pPr>
      <w:r w:rsidRPr="00243320">
        <w:rPr>
          <w:rFonts w:cs="Times New Roman"/>
          <w:b/>
          <w:color w:val="000000" w:themeColor="text1"/>
          <w:lang w:val="ru-RU"/>
        </w:rPr>
        <w:t xml:space="preserve">ДОГОВОР ОКАЗАНИЯ УСЛУГ № </w:t>
      </w:r>
    </w:p>
    <w:p w14:paraId="242FAFB7" w14:textId="77777777" w:rsidR="00A74541" w:rsidRPr="00243320" w:rsidRDefault="00A74541" w:rsidP="00164492">
      <w:pPr>
        <w:spacing w:after="0" w:line="240" w:lineRule="auto"/>
        <w:jc w:val="center"/>
        <w:rPr>
          <w:rFonts w:cs="Times New Roman"/>
          <w:color w:val="000000" w:themeColor="text1"/>
          <w:lang w:val="ru-RU"/>
        </w:rPr>
      </w:pPr>
    </w:p>
    <w:p w14:paraId="43D59C4C" w14:textId="43F7D65A" w:rsidR="00A74541" w:rsidRPr="00A74541" w:rsidRDefault="00A74541" w:rsidP="00A74541">
      <w:pPr>
        <w:pStyle w:val="33"/>
        <w:spacing w:after="0" w:line="240" w:lineRule="auto"/>
        <w:rPr>
          <w:sz w:val="24"/>
          <w:szCs w:val="24"/>
          <w:lang w:val="ru-RU"/>
        </w:rPr>
      </w:pPr>
      <w:r w:rsidRPr="00A74541">
        <w:rPr>
          <w:sz w:val="24"/>
          <w:szCs w:val="24"/>
          <w:lang w:val="ru-RU"/>
        </w:rPr>
        <w:t xml:space="preserve">г. Минск                                                                                </w:t>
      </w:r>
      <w:r w:rsidRPr="00A74541">
        <w:rPr>
          <w:sz w:val="24"/>
          <w:szCs w:val="24"/>
          <w:lang w:val="ru-RU"/>
        </w:rPr>
        <w:tab/>
      </w:r>
      <w:r w:rsidRPr="00A74541">
        <w:rPr>
          <w:sz w:val="24"/>
          <w:szCs w:val="24"/>
          <w:lang w:val="ru-RU"/>
        </w:rPr>
        <w:tab/>
        <w:t xml:space="preserve"> </w:t>
      </w:r>
      <w:r>
        <w:rPr>
          <w:sz w:val="24"/>
          <w:szCs w:val="24"/>
          <w:lang w:val="ru-RU"/>
        </w:rPr>
        <w:t xml:space="preserve">        </w:t>
      </w:r>
      <w:proofErr w:type="gramStart"/>
      <w:r>
        <w:rPr>
          <w:sz w:val="24"/>
          <w:szCs w:val="24"/>
          <w:lang w:val="ru-RU"/>
        </w:rPr>
        <w:t xml:space="preserve">  </w:t>
      </w:r>
      <w:r w:rsidRPr="00A74541">
        <w:rPr>
          <w:sz w:val="24"/>
          <w:szCs w:val="24"/>
          <w:lang w:val="ru-RU"/>
        </w:rPr>
        <w:t xml:space="preserve"> «</w:t>
      </w:r>
      <w:proofErr w:type="gramEnd"/>
      <w:r w:rsidRPr="00A74541">
        <w:rPr>
          <w:sz w:val="24"/>
          <w:szCs w:val="24"/>
          <w:lang w:val="ru-RU"/>
        </w:rPr>
        <w:t>___</w:t>
      </w:r>
      <w:proofErr w:type="gramStart"/>
      <w:r w:rsidRPr="00A74541">
        <w:rPr>
          <w:sz w:val="24"/>
          <w:szCs w:val="24"/>
          <w:lang w:val="ru-RU"/>
        </w:rPr>
        <w:t>_»_</w:t>
      </w:r>
      <w:proofErr w:type="gramEnd"/>
      <w:r w:rsidRPr="00A74541">
        <w:rPr>
          <w:sz w:val="24"/>
          <w:szCs w:val="24"/>
          <w:lang w:val="ru-RU"/>
        </w:rPr>
        <w:t>_____________</w:t>
      </w:r>
    </w:p>
    <w:p w14:paraId="6673573B" w14:textId="77777777" w:rsidR="00A74541" w:rsidRDefault="00A74541" w:rsidP="00164492">
      <w:pPr>
        <w:spacing w:after="0" w:line="240" w:lineRule="auto"/>
        <w:jc w:val="both"/>
        <w:rPr>
          <w:rFonts w:cs="Times New Roman"/>
          <w:color w:val="000000" w:themeColor="text1"/>
          <w:lang w:val="ru-RU"/>
        </w:rPr>
      </w:pPr>
    </w:p>
    <w:p w14:paraId="15947EF6" w14:textId="74D9E6AC" w:rsidR="00693C56" w:rsidRDefault="00227427" w:rsidP="00A74541">
      <w:pPr>
        <w:spacing w:after="0" w:line="240" w:lineRule="auto"/>
        <w:ind w:firstLine="720"/>
        <w:jc w:val="both"/>
        <w:rPr>
          <w:rFonts w:cs="Times New Roman"/>
          <w:color w:val="000000" w:themeColor="text1"/>
          <w:lang w:val="ru-RU"/>
        </w:rPr>
      </w:pPr>
      <w:r w:rsidRPr="00243320">
        <w:rPr>
          <w:rFonts w:cs="Times New Roman"/>
          <w:color w:val="000000" w:themeColor="text1"/>
          <w:lang w:val="ru-RU"/>
        </w:rPr>
        <w:t>Государственное предприятие «Минсккоммунтеплосеть», именуемое в дальнейшем «Заказчик», в лице ________________________________________________, действующего на основании ____________________________________________, с одной стороны, и ___________________________________________, именуемое в дальнейшем «Исполнитель», в лице _____________________________________________________, действующего на основании ___________________________________________, с другой стороны, и именуемые вместе Стороны, заключили настоящий договор о нижеследующем:</w:t>
      </w:r>
    </w:p>
    <w:p w14:paraId="2BD25281" w14:textId="77777777" w:rsidR="007E58E8" w:rsidRPr="00243320" w:rsidRDefault="007E58E8" w:rsidP="00164492">
      <w:pPr>
        <w:spacing w:after="0" w:line="240" w:lineRule="auto"/>
        <w:jc w:val="both"/>
        <w:rPr>
          <w:rFonts w:cs="Times New Roman"/>
          <w:color w:val="000000" w:themeColor="text1"/>
          <w:lang w:val="ru-RU"/>
        </w:rPr>
      </w:pPr>
    </w:p>
    <w:p w14:paraId="7CD75B7C" w14:textId="77777777" w:rsidR="00693C56" w:rsidRPr="00243320" w:rsidRDefault="00227427" w:rsidP="00164492">
      <w:pPr>
        <w:spacing w:after="0" w:line="240" w:lineRule="auto"/>
        <w:jc w:val="both"/>
        <w:rPr>
          <w:rFonts w:cs="Times New Roman"/>
          <w:color w:val="000000" w:themeColor="text1"/>
          <w:lang w:val="ru-RU"/>
        </w:rPr>
      </w:pPr>
      <w:r w:rsidRPr="00243320">
        <w:rPr>
          <w:rFonts w:cs="Times New Roman"/>
          <w:b/>
          <w:color w:val="000000" w:themeColor="text1"/>
          <w:lang w:val="ru-RU"/>
        </w:rPr>
        <w:t>1. ПРЕДМЕТ ДОГОВОРА</w:t>
      </w:r>
    </w:p>
    <w:p w14:paraId="6CDDA61F" w14:textId="58C1CB7F" w:rsidR="00693C56" w:rsidRPr="00243320" w:rsidRDefault="00227427" w:rsidP="00164492">
      <w:pPr>
        <w:spacing w:after="0" w:line="240" w:lineRule="auto"/>
        <w:ind w:firstLine="720"/>
        <w:jc w:val="both"/>
        <w:rPr>
          <w:rFonts w:cs="Times New Roman"/>
          <w:color w:val="000000" w:themeColor="text1"/>
          <w:lang w:val="ru-RU"/>
        </w:rPr>
      </w:pPr>
      <w:r w:rsidRPr="00243320">
        <w:rPr>
          <w:rFonts w:cs="Times New Roman"/>
          <w:color w:val="000000" w:themeColor="text1"/>
          <w:lang w:val="ru-RU"/>
        </w:rPr>
        <w:t>1.1. Исполнитель обязуется по заданию Заказчика оказать услуги</w:t>
      </w:r>
      <w:r w:rsidR="00F64A0B" w:rsidRPr="00243320">
        <w:rPr>
          <w:rFonts w:cs="Times New Roman"/>
          <w:color w:val="000000" w:themeColor="text1"/>
          <w:lang w:val="ru-RU"/>
        </w:rPr>
        <w:t xml:space="preserve"> согласно </w:t>
      </w:r>
      <w:r w:rsidRPr="00243320">
        <w:rPr>
          <w:rFonts w:cs="Times New Roman"/>
          <w:color w:val="000000" w:themeColor="text1"/>
          <w:lang w:val="ru-RU"/>
        </w:rPr>
        <w:t>Спецификаци</w:t>
      </w:r>
      <w:r w:rsidR="009C7899" w:rsidRPr="00243320">
        <w:rPr>
          <w:rFonts w:cs="Times New Roman"/>
          <w:color w:val="000000" w:themeColor="text1"/>
          <w:lang w:val="ru-RU"/>
        </w:rPr>
        <w:t>и</w:t>
      </w:r>
      <w:r w:rsidRPr="00243320">
        <w:rPr>
          <w:rFonts w:cs="Times New Roman"/>
          <w:color w:val="000000" w:themeColor="text1"/>
          <w:lang w:val="ru-RU"/>
        </w:rPr>
        <w:t xml:space="preserve"> (Заявк</w:t>
      </w:r>
      <w:r w:rsidR="009C7899" w:rsidRPr="00243320">
        <w:rPr>
          <w:rFonts w:cs="Times New Roman"/>
          <w:color w:val="000000" w:themeColor="text1"/>
          <w:lang w:val="ru-RU"/>
        </w:rPr>
        <w:t>е</w:t>
      </w:r>
      <w:r w:rsidRPr="00243320">
        <w:rPr>
          <w:rFonts w:cs="Times New Roman"/>
          <w:color w:val="000000" w:themeColor="text1"/>
          <w:lang w:val="ru-RU"/>
        </w:rPr>
        <w:t>, Заказ-наряд</w:t>
      </w:r>
      <w:r w:rsidR="009C7899" w:rsidRPr="00243320">
        <w:rPr>
          <w:rFonts w:cs="Times New Roman"/>
          <w:color w:val="000000" w:themeColor="text1"/>
          <w:lang w:val="ru-RU"/>
        </w:rPr>
        <w:t>е</w:t>
      </w:r>
      <w:r w:rsidRPr="00243320">
        <w:rPr>
          <w:rFonts w:cs="Times New Roman"/>
          <w:color w:val="000000" w:themeColor="text1"/>
          <w:lang w:val="ru-RU"/>
        </w:rPr>
        <w:t>, Протокол</w:t>
      </w:r>
      <w:r w:rsidR="009C7899" w:rsidRPr="00243320">
        <w:rPr>
          <w:rFonts w:cs="Times New Roman"/>
          <w:color w:val="000000" w:themeColor="text1"/>
          <w:lang w:val="ru-RU"/>
        </w:rPr>
        <w:t>е</w:t>
      </w:r>
      <w:r w:rsidRPr="00243320">
        <w:rPr>
          <w:rFonts w:cs="Times New Roman"/>
          <w:color w:val="000000" w:themeColor="text1"/>
          <w:lang w:val="ru-RU"/>
        </w:rPr>
        <w:t xml:space="preserve"> согласования цен</w:t>
      </w:r>
      <w:r w:rsidR="009C7899" w:rsidRPr="00243320">
        <w:rPr>
          <w:rFonts w:cs="Times New Roman"/>
          <w:color w:val="000000" w:themeColor="text1"/>
          <w:lang w:val="ru-RU"/>
        </w:rPr>
        <w:t xml:space="preserve">, далее </w:t>
      </w:r>
      <w:r w:rsidR="00282475" w:rsidRPr="00243320">
        <w:rPr>
          <w:rFonts w:cs="Times New Roman"/>
          <w:color w:val="000000" w:themeColor="text1"/>
          <w:lang w:val="ru-RU"/>
        </w:rPr>
        <w:t>—</w:t>
      </w:r>
      <w:r w:rsidR="009C7899" w:rsidRPr="00243320">
        <w:rPr>
          <w:rFonts w:cs="Times New Roman"/>
          <w:color w:val="000000" w:themeColor="text1"/>
          <w:lang w:val="ru-RU"/>
        </w:rPr>
        <w:t xml:space="preserve"> Спецификация</w:t>
      </w:r>
      <w:r w:rsidRPr="00243320">
        <w:rPr>
          <w:rFonts w:cs="Times New Roman"/>
          <w:color w:val="000000" w:themeColor="text1"/>
          <w:lang w:val="ru-RU"/>
        </w:rPr>
        <w:t>), являющ</w:t>
      </w:r>
      <w:r w:rsidR="00282475" w:rsidRPr="00243320">
        <w:rPr>
          <w:rFonts w:cs="Times New Roman"/>
          <w:color w:val="000000" w:themeColor="text1"/>
          <w:lang w:val="ru-RU"/>
        </w:rPr>
        <w:t>ейся</w:t>
      </w:r>
      <w:r w:rsidRPr="00243320">
        <w:rPr>
          <w:rFonts w:cs="Times New Roman"/>
          <w:color w:val="000000" w:themeColor="text1"/>
          <w:lang w:val="ru-RU"/>
        </w:rPr>
        <w:t xml:space="preserve"> неотъемлемой частью Договора, а Заказчик обязуется принять и оплатить качественно оказанные Услуги в порядке и сроки, установленные Договором.</w:t>
      </w:r>
    </w:p>
    <w:p w14:paraId="62ABCBF1" w14:textId="6C144762" w:rsidR="00F64A0B"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1.2.</w:t>
      </w:r>
      <w:r w:rsidR="00BD741B">
        <w:rPr>
          <w:rFonts w:cs="Times New Roman"/>
          <w:color w:val="000000" w:themeColor="text1"/>
          <w:lang w:val="ru-RU"/>
        </w:rPr>
        <w:t xml:space="preserve"> </w:t>
      </w:r>
      <w:r w:rsidR="00F64A0B" w:rsidRPr="00243320">
        <w:rPr>
          <w:rFonts w:cs="Times New Roman"/>
          <w:color w:val="000000" w:themeColor="text1"/>
          <w:lang w:val="ru-RU"/>
        </w:rPr>
        <w:t>В Спецификации устанавливаются: наименование, объем, место, стоимость</w:t>
      </w:r>
      <w:r w:rsidR="00B356A7" w:rsidRPr="00243320">
        <w:rPr>
          <w:rFonts w:cs="Times New Roman"/>
          <w:color w:val="000000" w:themeColor="text1"/>
          <w:lang w:val="ru-RU"/>
        </w:rPr>
        <w:t>,</w:t>
      </w:r>
      <w:r w:rsidR="00F64A0B" w:rsidRPr="00243320">
        <w:rPr>
          <w:rFonts w:cs="Times New Roman"/>
          <w:color w:val="000000" w:themeColor="text1"/>
          <w:lang w:val="ru-RU"/>
        </w:rPr>
        <w:t xml:space="preserve"> сроки</w:t>
      </w:r>
      <w:r w:rsidR="00B356A7" w:rsidRPr="00243320">
        <w:rPr>
          <w:rFonts w:cs="Times New Roman"/>
          <w:color w:val="000000" w:themeColor="text1"/>
          <w:lang w:val="ru-RU"/>
        </w:rPr>
        <w:t xml:space="preserve"> и/или режим</w:t>
      </w:r>
      <w:r w:rsidR="00F64A0B" w:rsidRPr="00243320">
        <w:rPr>
          <w:rFonts w:cs="Times New Roman"/>
          <w:color w:val="000000" w:themeColor="text1"/>
          <w:lang w:val="ru-RU"/>
        </w:rPr>
        <w:t xml:space="preserve"> оказания услуг, а также  квалификационные требования к сотрудникам исполнителя (например, наличие соответствующего образования, опыта работы в определенной сфере, получение сертификатов и т.п.),  надлежащее материально-техническое обеспечение процесса оказания услуг (например, применение согласованных материалов и оборудования, надлежащее состояние помещений, транспорта и т.д.), а также свойства, состояние, функции, содержание овеществленного результата услуг - при его наличии (например, содержание документа, подлежащего составлению исполнителем; физические свойства, эксплуатационные показатели вещи и т.п.). </w:t>
      </w:r>
    </w:p>
    <w:p w14:paraId="15FD69BC" w14:textId="77777777" w:rsidR="007E58E8" w:rsidRPr="00243320" w:rsidRDefault="007E58E8" w:rsidP="00164492">
      <w:pPr>
        <w:spacing w:after="0" w:line="240" w:lineRule="auto"/>
        <w:jc w:val="both"/>
        <w:rPr>
          <w:rFonts w:cs="Times New Roman"/>
          <w:color w:val="000000" w:themeColor="text1"/>
          <w:lang w:val="ru-RU"/>
        </w:rPr>
      </w:pPr>
    </w:p>
    <w:p w14:paraId="6A589910" w14:textId="18FA280B" w:rsidR="00693C56" w:rsidRPr="00243320" w:rsidRDefault="00227427" w:rsidP="00164492">
      <w:pPr>
        <w:spacing w:after="0" w:line="240" w:lineRule="auto"/>
        <w:jc w:val="both"/>
        <w:rPr>
          <w:rFonts w:cs="Times New Roman"/>
          <w:color w:val="000000" w:themeColor="text1"/>
          <w:lang w:val="ru-RU"/>
        </w:rPr>
      </w:pPr>
      <w:r w:rsidRPr="00243320">
        <w:rPr>
          <w:rFonts w:cs="Times New Roman"/>
          <w:b/>
          <w:color w:val="000000" w:themeColor="text1"/>
          <w:lang w:val="ru-RU"/>
        </w:rPr>
        <w:t>2. СРОКИ И ПОРЯДОК ОКАЗАНИЯ УСЛУГ</w:t>
      </w:r>
    </w:p>
    <w:p w14:paraId="63F4F41F" w14:textId="19012282" w:rsidR="00693C56" w:rsidRPr="00243320" w:rsidRDefault="00227427" w:rsidP="00164492">
      <w:pPr>
        <w:spacing w:after="0" w:line="240" w:lineRule="auto"/>
        <w:ind w:firstLine="720"/>
        <w:jc w:val="both"/>
        <w:rPr>
          <w:rFonts w:cs="Times New Roman"/>
          <w:color w:val="000000" w:themeColor="text1"/>
          <w:lang w:val="ru-RU"/>
        </w:rPr>
      </w:pPr>
      <w:r w:rsidRPr="00243320">
        <w:rPr>
          <w:rFonts w:cs="Times New Roman"/>
          <w:color w:val="000000" w:themeColor="text1"/>
          <w:lang w:val="ru-RU"/>
        </w:rPr>
        <w:t>2.1. Сроки оказания Услуг указываются в Спецификации</w:t>
      </w:r>
      <w:r w:rsidR="009C7899" w:rsidRPr="00243320">
        <w:rPr>
          <w:rFonts w:cs="Times New Roman"/>
          <w:color w:val="000000" w:themeColor="text1"/>
          <w:lang w:val="ru-RU"/>
        </w:rPr>
        <w:t>.</w:t>
      </w:r>
    </w:p>
    <w:p w14:paraId="47462606" w14:textId="1E49E991" w:rsidR="00693C56" w:rsidRPr="00243320" w:rsidRDefault="00227427" w:rsidP="00164492">
      <w:pPr>
        <w:spacing w:after="0" w:line="240" w:lineRule="auto"/>
        <w:ind w:firstLine="720"/>
        <w:jc w:val="both"/>
        <w:rPr>
          <w:rFonts w:cs="Times New Roman"/>
          <w:color w:val="000000" w:themeColor="text1"/>
          <w:lang w:val="ru-RU"/>
        </w:rPr>
      </w:pPr>
      <w:r w:rsidRPr="00243320">
        <w:rPr>
          <w:rFonts w:cs="Times New Roman"/>
          <w:color w:val="000000" w:themeColor="text1"/>
          <w:lang w:val="ru-RU"/>
        </w:rPr>
        <w:t>2.2. Днём исполнения Исполнителем обязательств по срокам считается дата подписания Сторонами Акта оказанных услуг (далее — Акт).</w:t>
      </w:r>
    </w:p>
    <w:p w14:paraId="2D067304" w14:textId="3E085954" w:rsidR="00693C56" w:rsidRDefault="00227427" w:rsidP="00164492">
      <w:pPr>
        <w:spacing w:after="0" w:line="240" w:lineRule="auto"/>
        <w:ind w:firstLine="720"/>
        <w:jc w:val="both"/>
        <w:rPr>
          <w:rFonts w:cs="Times New Roman"/>
          <w:color w:val="000000" w:themeColor="text1"/>
          <w:lang w:val="ru-RU"/>
        </w:rPr>
      </w:pPr>
      <w:r w:rsidRPr="00243320">
        <w:rPr>
          <w:rFonts w:cs="Times New Roman"/>
          <w:color w:val="000000" w:themeColor="text1"/>
          <w:lang w:val="ru-RU"/>
        </w:rPr>
        <w:t>2.</w:t>
      </w:r>
      <w:r w:rsidR="008F7B34">
        <w:rPr>
          <w:rFonts w:cs="Times New Roman"/>
          <w:color w:val="000000" w:themeColor="text1"/>
          <w:lang w:val="ru-RU"/>
        </w:rPr>
        <w:t>3</w:t>
      </w:r>
      <w:r w:rsidRPr="00243320">
        <w:rPr>
          <w:rFonts w:cs="Times New Roman"/>
          <w:color w:val="000000" w:themeColor="text1"/>
          <w:lang w:val="ru-RU"/>
        </w:rPr>
        <w:t>. Заказчик вправе, уведомив Исполнителя, отказаться от принятия Услуг, сроки оказания которых неоднократно нарушаются Исполнителем.</w:t>
      </w:r>
    </w:p>
    <w:p w14:paraId="7CD4985A" w14:textId="77777777" w:rsidR="007E58E8" w:rsidRPr="00243320" w:rsidRDefault="007E58E8" w:rsidP="00164492">
      <w:pPr>
        <w:spacing w:after="0" w:line="240" w:lineRule="auto"/>
        <w:jc w:val="both"/>
        <w:rPr>
          <w:rFonts w:cs="Times New Roman"/>
          <w:color w:val="000000" w:themeColor="text1"/>
          <w:lang w:val="ru-RU"/>
        </w:rPr>
      </w:pPr>
    </w:p>
    <w:p w14:paraId="3C380A7D" w14:textId="4FDEF5B4" w:rsidR="007E58E8" w:rsidRPr="007E58E8" w:rsidRDefault="00227427" w:rsidP="00164492">
      <w:pPr>
        <w:spacing w:after="0" w:line="240" w:lineRule="auto"/>
        <w:jc w:val="both"/>
        <w:rPr>
          <w:rFonts w:cs="Times New Roman"/>
          <w:b/>
          <w:color w:val="000000" w:themeColor="text1"/>
          <w:lang w:val="ru-RU"/>
        </w:rPr>
      </w:pPr>
      <w:r w:rsidRPr="00243320">
        <w:rPr>
          <w:rFonts w:cs="Times New Roman"/>
          <w:b/>
          <w:color w:val="000000" w:themeColor="text1"/>
          <w:lang w:val="ru-RU"/>
        </w:rPr>
        <w:t xml:space="preserve">3. </w:t>
      </w:r>
      <w:r w:rsidR="00243320" w:rsidRPr="00243320">
        <w:rPr>
          <w:rFonts w:cs="Times New Roman"/>
          <w:b/>
          <w:color w:val="000000" w:themeColor="text1"/>
          <w:lang w:val="ru-RU"/>
        </w:rPr>
        <w:t>СТОИМОСТЬ</w:t>
      </w:r>
      <w:r w:rsidRPr="00243320">
        <w:rPr>
          <w:rFonts w:cs="Times New Roman"/>
          <w:b/>
          <w:color w:val="000000" w:themeColor="text1"/>
          <w:lang w:val="ru-RU"/>
        </w:rPr>
        <w:t xml:space="preserve"> И ПОРЯДОК РАСЧЕТОВ</w:t>
      </w:r>
    </w:p>
    <w:p w14:paraId="7DEC4C68" w14:textId="7D4673D4" w:rsidR="00693C56" w:rsidRPr="00243320" w:rsidRDefault="00227427" w:rsidP="00164492">
      <w:pPr>
        <w:spacing w:after="0" w:line="240" w:lineRule="auto"/>
        <w:ind w:firstLine="720"/>
        <w:jc w:val="both"/>
        <w:rPr>
          <w:rFonts w:cs="Times New Roman"/>
          <w:color w:val="000000" w:themeColor="text1"/>
          <w:lang w:val="ru-RU"/>
        </w:rPr>
      </w:pPr>
      <w:r w:rsidRPr="00243320">
        <w:rPr>
          <w:rFonts w:cs="Times New Roman"/>
          <w:color w:val="000000" w:themeColor="text1"/>
          <w:lang w:val="ru-RU"/>
        </w:rPr>
        <w:t>3.1. Заказчик оплачивает Исполнителю Услуги по</w:t>
      </w:r>
      <w:r w:rsidR="00363815" w:rsidRPr="00243320">
        <w:rPr>
          <w:rFonts w:cs="Times New Roman"/>
          <w:color w:val="000000" w:themeColor="text1"/>
          <w:lang w:val="ru-RU"/>
        </w:rPr>
        <w:t xml:space="preserve"> стоимости</w:t>
      </w:r>
      <w:r w:rsidRPr="00243320">
        <w:rPr>
          <w:rFonts w:cs="Times New Roman"/>
          <w:color w:val="000000" w:themeColor="text1"/>
          <w:lang w:val="ru-RU"/>
        </w:rPr>
        <w:t xml:space="preserve"> согласно Спецификации</w:t>
      </w:r>
      <w:r w:rsidR="00363815" w:rsidRPr="00243320">
        <w:rPr>
          <w:rFonts w:cs="Times New Roman"/>
          <w:color w:val="000000" w:themeColor="text1"/>
          <w:lang w:val="ru-RU"/>
        </w:rPr>
        <w:t>.</w:t>
      </w:r>
    </w:p>
    <w:p w14:paraId="399B5F31" w14:textId="7D2D08DC" w:rsidR="00693C56" w:rsidRPr="00243320" w:rsidRDefault="00227427" w:rsidP="00164492">
      <w:pPr>
        <w:spacing w:after="0" w:line="240" w:lineRule="auto"/>
        <w:ind w:firstLine="720"/>
        <w:jc w:val="both"/>
        <w:rPr>
          <w:rFonts w:cs="Times New Roman"/>
          <w:color w:val="000000" w:themeColor="text1"/>
          <w:lang w:val="ru-RU"/>
        </w:rPr>
      </w:pPr>
      <w:r w:rsidRPr="00243320">
        <w:rPr>
          <w:rFonts w:cs="Times New Roman"/>
          <w:color w:val="000000" w:themeColor="text1"/>
          <w:lang w:val="ru-RU"/>
        </w:rPr>
        <w:t>3.</w:t>
      </w:r>
      <w:r w:rsidR="008F7B34">
        <w:rPr>
          <w:rFonts w:cs="Times New Roman"/>
          <w:color w:val="000000" w:themeColor="text1"/>
          <w:lang w:val="ru-RU"/>
        </w:rPr>
        <w:t>2</w:t>
      </w:r>
      <w:r w:rsidRPr="00243320">
        <w:rPr>
          <w:rFonts w:cs="Times New Roman"/>
          <w:color w:val="000000" w:themeColor="text1"/>
          <w:lang w:val="ru-RU"/>
        </w:rPr>
        <w:t xml:space="preserve">. Общая </w:t>
      </w:r>
      <w:r w:rsidR="00243320" w:rsidRPr="00243320">
        <w:rPr>
          <w:rFonts w:cs="Times New Roman"/>
          <w:color w:val="000000" w:themeColor="text1"/>
          <w:lang w:val="ru-RU"/>
        </w:rPr>
        <w:t>стоимос</w:t>
      </w:r>
      <w:r w:rsidR="00752E37">
        <w:rPr>
          <w:rFonts w:cs="Times New Roman"/>
          <w:color w:val="000000" w:themeColor="text1"/>
          <w:lang w:val="ru-RU"/>
        </w:rPr>
        <w:t>т</w:t>
      </w:r>
      <w:r w:rsidR="00243320" w:rsidRPr="00243320">
        <w:rPr>
          <w:rFonts w:cs="Times New Roman"/>
          <w:color w:val="000000" w:themeColor="text1"/>
          <w:lang w:val="ru-RU"/>
        </w:rPr>
        <w:t>ь</w:t>
      </w:r>
      <w:r w:rsidRPr="00243320">
        <w:rPr>
          <w:rFonts w:cs="Times New Roman"/>
          <w:color w:val="000000" w:themeColor="text1"/>
          <w:lang w:val="ru-RU"/>
        </w:rPr>
        <w:t xml:space="preserve"> Договора за оказываемые Услуги составляет _______________ (_____________________________________________) белорусских рублей, в том числе НДС по ставке 20 % в размере _____________ (___________________________________________) белорусских рублей.</w:t>
      </w:r>
    </w:p>
    <w:p w14:paraId="189FA50F" w14:textId="499C229E" w:rsidR="00693C56" w:rsidRPr="00243320" w:rsidRDefault="00227427" w:rsidP="00164492">
      <w:pPr>
        <w:spacing w:after="0" w:line="240" w:lineRule="auto"/>
        <w:ind w:firstLine="720"/>
        <w:jc w:val="both"/>
        <w:rPr>
          <w:rFonts w:cs="Times New Roman"/>
          <w:color w:val="000000" w:themeColor="text1"/>
          <w:lang w:val="ru-RU"/>
        </w:rPr>
      </w:pPr>
      <w:r w:rsidRPr="00243320">
        <w:rPr>
          <w:rFonts w:cs="Times New Roman"/>
          <w:color w:val="000000" w:themeColor="text1"/>
          <w:lang w:val="ru-RU"/>
        </w:rPr>
        <w:t>3.</w:t>
      </w:r>
      <w:r w:rsidR="008F7B34">
        <w:rPr>
          <w:rFonts w:cs="Times New Roman"/>
          <w:color w:val="000000" w:themeColor="text1"/>
          <w:lang w:val="ru-RU"/>
        </w:rPr>
        <w:t>3</w:t>
      </w:r>
      <w:r w:rsidRPr="00243320">
        <w:rPr>
          <w:rFonts w:cs="Times New Roman"/>
          <w:color w:val="000000" w:themeColor="text1"/>
          <w:lang w:val="ru-RU"/>
        </w:rPr>
        <w:t xml:space="preserve">. В общую </w:t>
      </w:r>
      <w:r w:rsidR="00243320" w:rsidRPr="00243320">
        <w:rPr>
          <w:rFonts w:cs="Times New Roman"/>
          <w:color w:val="000000" w:themeColor="text1"/>
          <w:lang w:val="ru-RU"/>
        </w:rPr>
        <w:t>стоимость</w:t>
      </w:r>
      <w:r w:rsidRPr="00243320">
        <w:rPr>
          <w:rFonts w:cs="Times New Roman"/>
          <w:color w:val="000000" w:themeColor="text1"/>
          <w:lang w:val="ru-RU"/>
        </w:rPr>
        <w:t xml:space="preserve"> включены все расходы Исполнителя, в том числе транспортные расходы, стоимость используемых материалов и комплектующих, и прочие расходы, связанные с исполнением Исполнителем обязательств по Договору, если таковые имеются.</w:t>
      </w:r>
    </w:p>
    <w:p w14:paraId="3F8BE426" w14:textId="33A717A5" w:rsidR="00693C56" w:rsidRPr="00243320" w:rsidRDefault="00227427" w:rsidP="00164492">
      <w:pPr>
        <w:spacing w:after="0" w:line="240" w:lineRule="auto"/>
        <w:ind w:firstLine="720"/>
        <w:jc w:val="both"/>
        <w:rPr>
          <w:rFonts w:cs="Times New Roman"/>
          <w:color w:val="000000" w:themeColor="text1"/>
          <w:lang w:val="ru-RU"/>
        </w:rPr>
      </w:pPr>
      <w:r w:rsidRPr="00243320">
        <w:rPr>
          <w:rFonts w:cs="Times New Roman"/>
          <w:color w:val="000000" w:themeColor="text1"/>
          <w:lang w:val="ru-RU"/>
        </w:rPr>
        <w:t>3.</w:t>
      </w:r>
      <w:r w:rsidR="008F7B34">
        <w:rPr>
          <w:rFonts w:cs="Times New Roman"/>
          <w:color w:val="000000" w:themeColor="text1"/>
          <w:lang w:val="ru-RU"/>
        </w:rPr>
        <w:t>4</w:t>
      </w:r>
      <w:r w:rsidRPr="00243320">
        <w:rPr>
          <w:rFonts w:cs="Times New Roman"/>
          <w:color w:val="000000" w:themeColor="text1"/>
          <w:lang w:val="ru-RU"/>
        </w:rPr>
        <w:t xml:space="preserve">. Оплата производится в белорусских рублях безналичным способом с расчётного счета Заказчика по факту оказания Услуг </w:t>
      </w:r>
      <w:r w:rsidR="00A935BF">
        <w:rPr>
          <w:bCs/>
          <w:szCs w:val="24"/>
          <w:lang w:val="ru-RU"/>
        </w:rPr>
        <w:t>в течени</w:t>
      </w:r>
      <w:r w:rsidR="00532199">
        <w:rPr>
          <w:bCs/>
          <w:szCs w:val="24"/>
          <w:lang w:val="ru-RU"/>
        </w:rPr>
        <w:t xml:space="preserve">е </w:t>
      </w:r>
      <w:r w:rsidR="00A935BF">
        <w:rPr>
          <w:bCs/>
          <w:szCs w:val="24"/>
          <w:lang w:val="ru-RU"/>
        </w:rPr>
        <w:t>1</w:t>
      </w:r>
      <w:r w:rsidR="00A935BF" w:rsidRPr="00D91133">
        <w:rPr>
          <w:bCs/>
          <w:szCs w:val="24"/>
          <w:lang w:val="ru-RU"/>
        </w:rPr>
        <w:t>0 банковски</w:t>
      </w:r>
      <w:r w:rsidR="00A935BF">
        <w:rPr>
          <w:bCs/>
          <w:szCs w:val="24"/>
          <w:lang w:val="ru-RU"/>
        </w:rPr>
        <w:t>х</w:t>
      </w:r>
      <w:r w:rsidR="00A935BF" w:rsidRPr="00D91133">
        <w:rPr>
          <w:bCs/>
          <w:szCs w:val="24"/>
          <w:lang w:val="ru-RU"/>
        </w:rPr>
        <w:t xml:space="preserve"> д</w:t>
      </w:r>
      <w:r w:rsidR="00A935BF">
        <w:rPr>
          <w:bCs/>
          <w:szCs w:val="24"/>
          <w:lang w:val="ru-RU"/>
        </w:rPr>
        <w:t xml:space="preserve">ней </w:t>
      </w:r>
      <w:r w:rsidRPr="00243320">
        <w:rPr>
          <w:rFonts w:cs="Times New Roman"/>
          <w:color w:val="000000" w:themeColor="text1"/>
          <w:lang w:val="ru-RU"/>
        </w:rPr>
        <w:t>после подписания обеими Сторонами Акта.</w:t>
      </w:r>
    </w:p>
    <w:p w14:paraId="0525A815" w14:textId="77777777" w:rsidR="007E58E8" w:rsidRPr="00243320" w:rsidRDefault="007E58E8" w:rsidP="00164492">
      <w:pPr>
        <w:spacing w:after="0" w:line="240" w:lineRule="auto"/>
        <w:jc w:val="both"/>
        <w:rPr>
          <w:rFonts w:cs="Times New Roman"/>
          <w:color w:val="000000" w:themeColor="text1"/>
          <w:lang w:val="ru-RU"/>
        </w:rPr>
      </w:pPr>
    </w:p>
    <w:p w14:paraId="43853E9F" w14:textId="69C023A4" w:rsidR="007E58E8" w:rsidRPr="00243320" w:rsidRDefault="00227427" w:rsidP="00164492">
      <w:pPr>
        <w:spacing w:after="0" w:line="240" w:lineRule="auto"/>
        <w:jc w:val="both"/>
        <w:rPr>
          <w:rFonts w:cs="Times New Roman"/>
          <w:b/>
          <w:color w:val="000000" w:themeColor="text1"/>
          <w:lang w:val="ru-RU"/>
        </w:rPr>
      </w:pPr>
      <w:r w:rsidRPr="00243320">
        <w:rPr>
          <w:rFonts w:cs="Times New Roman"/>
          <w:b/>
          <w:color w:val="000000" w:themeColor="text1"/>
          <w:lang w:val="ru-RU"/>
        </w:rPr>
        <w:t>4.  ПОРЯДОК СДАЧИ-ПРИЕМКИ</w:t>
      </w:r>
    </w:p>
    <w:p w14:paraId="7B85EF96" w14:textId="6C83DC2F" w:rsidR="007156D3" w:rsidRPr="00243320" w:rsidRDefault="00373E66" w:rsidP="00164492">
      <w:pPr>
        <w:spacing w:after="0" w:line="240" w:lineRule="auto"/>
        <w:ind w:firstLine="720"/>
        <w:jc w:val="both"/>
        <w:rPr>
          <w:bCs/>
          <w:color w:val="000000" w:themeColor="text1"/>
          <w:lang w:val="ru-RU"/>
        </w:rPr>
      </w:pPr>
      <w:r w:rsidRPr="00243320">
        <w:rPr>
          <w:rFonts w:cs="Times New Roman"/>
          <w:bCs/>
          <w:color w:val="000000" w:themeColor="text1"/>
          <w:lang w:val="ru-RU"/>
        </w:rPr>
        <w:t xml:space="preserve">4.1. </w:t>
      </w:r>
      <w:r w:rsidR="007156D3" w:rsidRPr="00243320">
        <w:rPr>
          <w:bCs/>
          <w:color w:val="000000" w:themeColor="text1"/>
          <w:lang w:val="ru-RU"/>
        </w:rPr>
        <w:t>Качество оказываемых Услуг и применяемых материалов должно соответствовать требованиям _______________________________________________ (ГОСТ, ТУ, санитарным, техническим и иным нормам).</w:t>
      </w:r>
    </w:p>
    <w:p w14:paraId="0A40445F" w14:textId="147A0C8D" w:rsidR="00693C56" w:rsidRPr="00243320" w:rsidRDefault="00227427" w:rsidP="00164492">
      <w:pPr>
        <w:spacing w:after="0" w:line="240" w:lineRule="auto"/>
        <w:ind w:firstLine="720"/>
        <w:jc w:val="both"/>
        <w:rPr>
          <w:rFonts w:cs="Times New Roman"/>
          <w:bCs/>
          <w:color w:val="000000" w:themeColor="text1"/>
          <w:lang w:val="ru-RU"/>
        </w:rPr>
      </w:pPr>
      <w:r w:rsidRPr="00243320">
        <w:rPr>
          <w:rFonts w:cs="Times New Roman"/>
          <w:bCs/>
          <w:color w:val="000000" w:themeColor="text1"/>
          <w:lang w:val="ru-RU"/>
        </w:rPr>
        <w:lastRenderedPageBreak/>
        <w:t>4.2. Приемка оказанных Услуг по качеству и объему осуществляется Заказчиком в течение ____</w:t>
      </w:r>
      <w:proofErr w:type="gramStart"/>
      <w:r w:rsidRPr="00243320">
        <w:rPr>
          <w:rFonts w:cs="Times New Roman"/>
          <w:bCs/>
          <w:color w:val="000000" w:themeColor="text1"/>
          <w:lang w:val="ru-RU"/>
        </w:rPr>
        <w:t>_(</w:t>
      </w:r>
      <w:proofErr w:type="gramEnd"/>
      <w:r w:rsidRPr="00243320">
        <w:rPr>
          <w:rFonts w:cs="Times New Roman"/>
          <w:bCs/>
          <w:color w:val="000000" w:themeColor="text1"/>
          <w:lang w:val="ru-RU"/>
        </w:rPr>
        <w:t>_____) рабочих дней с момента предоставления Исполнителем подписанного с его стороны Акта оказанных услуг</w:t>
      </w:r>
      <w:r w:rsidR="00282475" w:rsidRPr="00243320">
        <w:rPr>
          <w:rFonts w:cs="Times New Roman"/>
          <w:bCs/>
          <w:color w:val="000000" w:themeColor="text1"/>
          <w:lang w:val="ru-RU"/>
        </w:rPr>
        <w:t>.</w:t>
      </w:r>
    </w:p>
    <w:p w14:paraId="5E8BAC01" w14:textId="6813B679" w:rsidR="00693C56" w:rsidRPr="00243320" w:rsidRDefault="00227427" w:rsidP="00164492">
      <w:pPr>
        <w:spacing w:after="0" w:line="240" w:lineRule="auto"/>
        <w:ind w:firstLine="720"/>
        <w:jc w:val="both"/>
        <w:rPr>
          <w:rFonts w:cs="Times New Roman"/>
          <w:color w:val="000000" w:themeColor="text1"/>
          <w:lang w:val="ru-RU"/>
        </w:rPr>
      </w:pPr>
      <w:r w:rsidRPr="00243320">
        <w:rPr>
          <w:rFonts w:cs="Times New Roman"/>
          <w:color w:val="000000" w:themeColor="text1"/>
          <w:lang w:val="ru-RU"/>
        </w:rPr>
        <w:t>4.3. В случае существенного нарушения требований к качеству Услуг или выявления неустранимых недостатков Заказчик вправе отказаться от исполнения Договора и потребовать возврата уплаченных денежных сумм либо безвозмездного устранения недостатков.</w:t>
      </w:r>
    </w:p>
    <w:p w14:paraId="2F5284BF" w14:textId="10ADD26C" w:rsidR="00693C56" w:rsidRDefault="00227427" w:rsidP="00164492">
      <w:pPr>
        <w:spacing w:after="0" w:line="240" w:lineRule="auto"/>
        <w:ind w:firstLine="720"/>
        <w:jc w:val="both"/>
        <w:rPr>
          <w:rFonts w:cs="Times New Roman"/>
          <w:color w:val="000000" w:themeColor="text1"/>
          <w:lang w:val="ru-RU"/>
        </w:rPr>
      </w:pPr>
      <w:r w:rsidRPr="00243320">
        <w:rPr>
          <w:rFonts w:cs="Times New Roman"/>
          <w:color w:val="000000" w:themeColor="text1"/>
          <w:lang w:val="ru-RU"/>
        </w:rPr>
        <w:t>4.4. Исполнитель, извещённый о начале осуществления Заказчиком каких-либо прав, указанных в пункте 4.3. настоящего Договора, вправе без промедления устранить выявленные недостатки или повторно оказать Услугу надлежащего качества за свой счет.</w:t>
      </w:r>
    </w:p>
    <w:p w14:paraId="776E33D3" w14:textId="77777777" w:rsidR="007E58E8" w:rsidRPr="00243320" w:rsidRDefault="007E58E8" w:rsidP="00164492">
      <w:pPr>
        <w:spacing w:after="0" w:line="240" w:lineRule="auto"/>
        <w:jc w:val="both"/>
        <w:rPr>
          <w:rFonts w:cs="Times New Roman"/>
          <w:color w:val="000000" w:themeColor="text1"/>
          <w:lang w:val="ru-RU"/>
        </w:rPr>
      </w:pPr>
    </w:p>
    <w:p w14:paraId="66C48937" w14:textId="08B8DFB4" w:rsidR="00693C56" w:rsidRPr="00243320" w:rsidRDefault="008F7B34" w:rsidP="00164492">
      <w:pPr>
        <w:spacing w:after="0" w:line="240" w:lineRule="auto"/>
        <w:jc w:val="both"/>
        <w:rPr>
          <w:rFonts w:cs="Times New Roman"/>
          <w:color w:val="000000" w:themeColor="text1"/>
          <w:lang w:val="ru-RU"/>
        </w:rPr>
      </w:pPr>
      <w:r>
        <w:rPr>
          <w:rFonts w:cs="Times New Roman"/>
          <w:b/>
          <w:color w:val="000000" w:themeColor="text1"/>
          <w:lang w:val="ru-RU"/>
        </w:rPr>
        <w:t>5</w:t>
      </w:r>
      <w:r w:rsidR="00227427" w:rsidRPr="00243320">
        <w:rPr>
          <w:rFonts w:cs="Times New Roman"/>
          <w:b/>
          <w:color w:val="000000" w:themeColor="text1"/>
          <w:lang w:val="ru-RU"/>
        </w:rPr>
        <w:t>. ГАРАНТИЙНЫЕ ОБЯЗАТЕЛЬСТВА</w:t>
      </w:r>
    </w:p>
    <w:p w14:paraId="5C5A6500" w14:textId="5889263F" w:rsidR="00EE0FEA"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5</w:t>
      </w:r>
      <w:r w:rsidR="00227427" w:rsidRPr="00243320">
        <w:rPr>
          <w:rFonts w:cs="Times New Roman"/>
          <w:color w:val="000000" w:themeColor="text1"/>
          <w:lang w:val="ru-RU"/>
        </w:rPr>
        <w:t xml:space="preserve">.1. Гарантийный срок </w:t>
      </w:r>
      <w:r w:rsidR="00FB0AFC" w:rsidRPr="00243320">
        <w:rPr>
          <w:rFonts w:cs="Times New Roman"/>
          <w:color w:val="000000" w:themeColor="text1"/>
          <w:lang w:val="ru-RU"/>
        </w:rPr>
        <w:t xml:space="preserve">на </w:t>
      </w:r>
      <w:r w:rsidR="00EE0FEA">
        <w:rPr>
          <w:rFonts w:cs="Times New Roman"/>
          <w:color w:val="000000" w:themeColor="text1"/>
          <w:lang w:val="ru-RU"/>
        </w:rPr>
        <w:t>оказанные Услуги</w:t>
      </w:r>
      <w:r w:rsidR="00FB0AFC" w:rsidRPr="00243320">
        <w:rPr>
          <w:rFonts w:cs="Times New Roman"/>
          <w:color w:val="000000" w:themeColor="text1"/>
          <w:lang w:val="ru-RU"/>
        </w:rPr>
        <w:t xml:space="preserve"> </w:t>
      </w:r>
      <w:r w:rsidR="00227427" w:rsidRPr="00243320">
        <w:rPr>
          <w:rFonts w:cs="Times New Roman"/>
          <w:color w:val="000000" w:themeColor="text1"/>
          <w:lang w:val="ru-RU"/>
        </w:rPr>
        <w:t>составляет ______________.</w:t>
      </w:r>
    </w:p>
    <w:p w14:paraId="160FDACE" w14:textId="7135418E" w:rsidR="00693C56" w:rsidRPr="00986B72" w:rsidRDefault="00227427" w:rsidP="00164492">
      <w:pPr>
        <w:spacing w:after="0" w:line="240" w:lineRule="auto"/>
        <w:ind w:firstLine="720"/>
        <w:jc w:val="both"/>
        <w:rPr>
          <w:rFonts w:cs="Times New Roman"/>
          <w:b/>
          <w:bCs/>
          <w:i/>
          <w:iCs/>
          <w:color w:val="000000" w:themeColor="text1"/>
          <w:lang w:val="ru-RU"/>
        </w:rPr>
      </w:pPr>
      <w:r w:rsidRPr="00243320">
        <w:rPr>
          <w:rFonts w:cs="Times New Roman"/>
          <w:color w:val="000000" w:themeColor="text1"/>
          <w:lang w:val="ru-RU"/>
        </w:rPr>
        <w:t>Течение гарантийного срока начинается со дня приемки Услуг Заказчиком и подписания Акта оказанных услуг.</w:t>
      </w:r>
      <w:r w:rsidR="00EE0FEA" w:rsidRPr="00EE0FEA">
        <w:rPr>
          <w:rFonts w:cs="Times New Roman"/>
          <w:b/>
          <w:bCs/>
          <w:color w:val="000000" w:themeColor="text1"/>
          <w:lang w:val="ru-RU"/>
        </w:rPr>
        <w:t xml:space="preserve"> </w:t>
      </w:r>
      <w:r w:rsidR="00EE0FEA" w:rsidRPr="00986B72">
        <w:rPr>
          <w:rFonts w:cs="Times New Roman"/>
          <w:b/>
          <w:bCs/>
          <w:i/>
          <w:iCs/>
          <w:color w:val="000000" w:themeColor="text1"/>
          <w:lang w:val="ru-RU"/>
        </w:rPr>
        <w:t>*применяется только при необходимости. В иных случаях удалить.</w:t>
      </w:r>
    </w:p>
    <w:p w14:paraId="7949D4CB" w14:textId="3B611FE5" w:rsidR="00693C56" w:rsidRPr="00243320"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5</w:t>
      </w:r>
      <w:r w:rsidR="00227427" w:rsidRPr="00243320">
        <w:rPr>
          <w:rFonts w:cs="Times New Roman"/>
          <w:color w:val="000000" w:themeColor="text1"/>
          <w:lang w:val="ru-RU"/>
        </w:rPr>
        <w:t>.</w:t>
      </w:r>
      <w:r w:rsidR="00EE0FEA">
        <w:rPr>
          <w:rFonts w:cs="Times New Roman"/>
          <w:color w:val="000000" w:themeColor="text1"/>
          <w:lang w:val="ru-RU"/>
        </w:rPr>
        <w:t>2</w:t>
      </w:r>
      <w:r w:rsidR="00227427" w:rsidRPr="00243320">
        <w:rPr>
          <w:rFonts w:cs="Times New Roman"/>
          <w:color w:val="000000" w:themeColor="text1"/>
          <w:lang w:val="ru-RU"/>
        </w:rPr>
        <w:t>. Исполнитель обязан за свой счет устранить недостатки в оказанных Услугах (включая установленные детали и комплектующие), на которые установлен гарантийный срок, если не докажет, что недостатки возникли в результате нарушения Заказчиком правил эксплуатации или хранения результата Услуг.</w:t>
      </w:r>
    </w:p>
    <w:p w14:paraId="20756649" w14:textId="6FB41AB4" w:rsidR="00693C56" w:rsidRPr="00243320"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5</w:t>
      </w:r>
      <w:r w:rsidR="00227427" w:rsidRPr="00243320">
        <w:rPr>
          <w:rFonts w:cs="Times New Roman"/>
          <w:color w:val="000000" w:themeColor="text1"/>
          <w:lang w:val="ru-RU"/>
        </w:rPr>
        <w:t>.</w:t>
      </w:r>
      <w:r w:rsidR="00EE0FEA">
        <w:rPr>
          <w:rFonts w:cs="Times New Roman"/>
          <w:color w:val="000000" w:themeColor="text1"/>
          <w:lang w:val="ru-RU"/>
        </w:rPr>
        <w:t>3</w:t>
      </w:r>
      <w:r w:rsidR="00227427" w:rsidRPr="00243320">
        <w:rPr>
          <w:rFonts w:cs="Times New Roman"/>
          <w:color w:val="000000" w:themeColor="text1"/>
          <w:lang w:val="ru-RU"/>
        </w:rPr>
        <w:t>. Устранение недостатков производится в течение 5 календарных дней с момента получения Исполнителем уведомления от Заказчика о выявленных недостатках.</w:t>
      </w:r>
    </w:p>
    <w:p w14:paraId="52E1BFA2" w14:textId="79C6518D" w:rsidR="00693C56"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5</w:t>
      </w:r>
      <w:r w:rsidR="00227427" w:rsidRPr="00243320">
        <w:rPr>
          <w:rFonts w:cs="Times New Roman"/>
          <w:color w:val="000000" w:themeColor="text1"/>
          <w:lang w:val="ru-RU"/>
        </w:rPr>
        <w:t>.</w:t>
      </w:r>
      <w:r w:rsidR="00EE0FEA">
        <w:rPr>
          <w:rFonts w:cs="Times New Roman"/>
          <w:color w:val="000000" w:themeColor="text1"/>
          <w:lang w:val="ru-RU"/>
        </w:rPr>
        <w:t>4</w:t>
      </w:r>
      <w:r w:rsidR="00227427" w:rsidRPr="00243320">
        <w:rPr>
          <w:rFonts w:cs="Times New Roman"/>
          <w:color w:val="000000" w:themeColor="text1"/>
          <w:lang w:val="ru-RU"/>
        </w:rPr>
        <w:t>. В случае устранения недостатков в результате Услуг, на который установлен гарантийный срок, этот срок продлевается на время, в течение которого результат Услуг не использовался из-за обнаруженных дефектов. При повторном выполнении оказании Услуг в целом гарантийный срок исчисляется заново со дня подписания нового Акта.</w:t>
      </w:r>
    </w:p>
    <w:p w14:paraId="48435176" w14:textId="77777777" w:rsidR="007E58E8" w:rsidRPr="00243320" w:rsidRDefault="007E58E8" w:rsidP="00164492">
      <w:pPr>
        <w:spacing w:after="0" w:line="240" w:lineRule="auto"/>
        <w:jc w:val="both"/>
        <w:rPr>
          <w:rFonts w:cs="Times New Roman"/>
          <w:color w:val="000000" w:themeColor="text1"/>
          <w:lang w:val="ru-RU"/>
        </w:rPr>
      </w:pPr>
    </w:p>
    <w:p w14:paraId="39817DC6" w14:textId="7C1BF36E" w:rsidR="00693C56" w:rsidRPr="00243320" w:rsidRDefault="008F7B34" w:rsidP="00164492">
      <w:pPr>
        <w:spacing w:after="0" w:line="240" w:lineRule="auto"/>
        <w:jc w:val="both"/>
        <w:rPr>
          <w:rFonts w:cs="Times New Roman"/>
          <w:color w:val="000000" w:themeColor="text1"/>
          <w:lang w:val="ru-RU"/>
        </w:rPr>
      </w:pPr>
      <w:r>
        <w:rPr>
          <w:rFonts w:cs="Times New Roman"/>
          <w:b/>
          <w:color w:val="000000" w:themeColor="text1"/>
          <w:lang w:val="ru-RU"/>
        </w:rPr>
        <w:t>6</w:t>
      </w:r>
      <w:r w:rsidR="00227427" w:rsidRPr="00243320">
        <w:rPr>
          <w:rFonts w:cs="Times New Roman"/>
          <w:b/>
          <w:color w:val="000000" w:themeColor="text1"/>
          <w:lang w:val="ru-RU"/>
        </w:rPr>
        <w:t>. ОТВЕТСТВЕННОСТЬ</w:t>
      </w:r>
    </w:p>
    <w:p w14:paraId="37C2D931" w14:textId="36FA0F09" w:rsidR="00693C56" w:rsidRPr="00243320"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6</w:t>
      </w:r>
      <w:r w:rsidR="00227427" w:rsidRPr="00243320">
        <w:rPr>
          <w:rFonts w:cs="Times New Roman"/>
          <w:color w:val="000000" w:themeColor="text1"/>
          <w:lang w:val="ru-RU"/>
        </w:rPr>
        <w:t>.1. За просрочку оплаты Услуг Заказчик уплачивает Исполнителю пеню в размере 0,1% от стоимости неоплаченных Услуг за каждый день просрочки.</w:t>
      </w:r>
    </w:p>
    <w:p w14:paraId="4912F27C" w14:textId="0422E71D" w:rsidR="00693C56" w:rsidRPr="00243320"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6</w:t>
      </w:r>
      <w:r w:rsidR="00227427" w:rsidRPr="00243320">
        <w:rPr>
          <w:rFonts w:cs="Times New Roman"/>
          <w:color w:val="000000" w:themeColor="text1"/>
          <w:lang w:val="ru-RU"/>
        </w:rPr>
        <w:t xml:space="preserve">.2. В случае неоказания или просрочки </w:t>
      </w:r>
      <w:proofErr w:type="gramStart"/>
      <w:r w:rsidR="00227427" w:rsidRPr="00243320">
        <w:rPr>
          <w:rFonts w:cs="Times New Roman"/>
          <w:color w:val="000000" w:themeColor="text1"/>
          <w:lang w:val="ru-RU"/>
        </w:rPr>
        <w:t>оказания  Услуг</w:t>
      </w:r>
      <w:proofErr w:type="gramEnd"/>
      <w:r w:rsidR="00227427" w:rsidRPr="00243320">
        <w:rPr>
          <w:rFonts w:cs="Times New Roman"/>
          <w:color w:val="000000" w:themeColor="text1"/>
          <w:lang w:val="ru-RU"/>
        </w:rPr>
        <w:t xml:space="preserve"> Исполнитель уплачивает Заказчику пеню в размере 0,1% от общей суммы Договора за каждый день просрочки.</w:t>
      </w:r>
    </w:p>
    <w:p w14:paraId="76ED5609" w14:textId="55635AFA" w:rsidR="00693C56" w:rsidRPr="00243320"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6</w:t>
      </w:r>
      <w:r w:rsidR="00227427" w:rsidRPr="00243320">
        <w:rPr>
          <w:rFonts w:cs="Times New Roman"/>
          <w:color w:val="000000" w:themeColor="text1"/>
          <w:lang w:val="ru-RU"/>
        </w:rPr>
        <w:t xml:space="preserve">.3. В случае просрочки устранения дефектов (недостатков) оказанных </w:t>
      </w:r>
      <w:proofErr w:type="gramStart"/>
      <w:r w:rsidR="00227427" w:rsidRPr="00243320">
        <w:rPr>
          <w:rFonts w:cs="Times New Roman"/>
          <w:color w:val="000000" w:themeColor="text1"/>
          <w:lang w:val="ru-RU"/>
        </w:rPr>
        <w:t xml:space="preserve">Услуг </w:t>
      </w:r>
      <w:r w:rsidR="00063E32" w:rsidRPr="00243320">
        <w:rPr>
          <w:rFonts w:cs="Times New Roman"/>
          <w:color w:val="000000" w:themeColor="text1"/>
          <w:lang w:val="ru-RU"/>
        </w:rPr>
        <w:t xml:space="preserve"> </w:t>
      </w:r>
      <w:r w:rsidR="00227427" w:rsidRPr="00243320">
        <w:rPr>
          <w:rFonts w:cs="Times New Roman"/>
          <w:color w:val="000000" w:themeColor="text1"/>
          <w:lang w:val="ru-RU"/>
        </w:rPr>
        <w:t>Заказчик</w:t>
      </w:r>
      <w:proofErr w:type="gramEnd"/>
      <w:r w:rsidR="00227427" w:rsidRPr="00243320">
        <w:rPr>
          <w:rFonts w:cs="Times New Roman"/>
          <w:color w:val="000000" w:themeColor="text1"/>
          <w:lang w:val="ru-RU"/>
        </w:rPr>
        <w:t xml:space="preserve"> вправе потребовать от Исполнителя уплаты пени в размере 0,1% от общей стоимости Услуг за каждый день просрочки.</w:t>
      </w:r>
    </w:p>
    <w:p w14:paraId="0A0A930E" w14:textId="7ED4FE28" w:rsidR="00693C56" w:rsidRPr="00243320"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6</w:t>
      </w:r>
      <w:r w:rsidR="00227427" w:rsidRPr="00243320">
        <w:rPr>
          <w:rFonts w:cs="Times New Roman"/>
          <w:color w:val="000000" w:themeColor="text1"/>
          <w:lang w:val="ru-RU"/>
        </w:rPr>
        <w:t>.4. В случае отказа Исполнителя от оказания Услуг по каким-либо причинам Исполнитель уплачивает Заказчику штраф в размере 10% от стоимости неоказанных Услуг.</w:t>
      </w:r>
    </w:p>
    <w:p w14:paraId="52B83642" w14:textId="1AE08253" w:rsidR="00693C56" w:rsidRPr="00243320"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6</w:t>
      </w:r>
      <w:r w:rsidR="00227427" w:rsidRPr="00243320">
        <w:rPr>
          <w:rFonts w:cs="Times New Roman"/>
          <w:color w:val="000000" w:themeColor="text1"/>
          <w:lang w:val="ru-RU"/>
        </w:rPr>
        <w:t>.5. Независимо от уплаты суммы неустойки (штрафа, пени), предусмотренной Договором, Исполнитель возмещает Заказчику убытки.</w:t>
      </w:r>
    </w:p>
    <w:p w14:paraId="00066855" w14:textId="06AA5BD0" w:rsidR="00693C56"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6</w:t>
      </w:r>
      <w:r w:rsidR="00227427" w:rsidRPr="00243320">
        <w:rPr>
          <w:rFonts w:cs="Times New Roman"/>
          <w:color w:val="000000" w:themeColor="text1"/>
          <w:lang w:val="ru-RU"/>
        </w:rPr>
        <w:t>.6. Во всех других случаях неисполнения обязательств по Договору стороны несут ответственность в соответствии с действующим законодательством.</w:t>
      </w:r>
    </w:p>
    <w:p w14:paraId="5AFA5F3A" w14:textId="77777777" w:rsidR="007E58E8" w:rsidRPr="00243320" w:rsidRDefault="007E58E8" w:rsidP="00164492">
      <w:pPr>
        <w:spacing w:after="0" w:line="240" w:lineRule="auto"/>
        <w:jc w:val="both"/>
        <w:rPr>
          <w:rFonts w:cs="Times New Roman"/>
          <w:color w:val="000000" w:themeColor="text1"/>
          <w:lang w:val="ru-RU"/>
        </w:rPr>
      </w:pPr>
    </w:p>
    <w:p w14:paraId="10DD3D01" w14:textId="604E46BB" w:rsidR="00693C56" w:rsidRPr="00243320" w:rsidRDefault="008F7B34" w:rsidP="00164492">
      <w:pPr>
        <w:spacing w:after="0" w:line="240" w:lineRule="auto"/>
        <w:jc w:val="both"/>
        <w:rPr>
          <w:rFonts w:cs="Times New Roman"/>
          <w:color w:val="000000" w:themeColor="text1"/>
          <w:lang w:val="ru-RU"/>
        </w:rPr>
      </w:pPr>
      <w:r>
        <w:rPr>
          <w:rFonts w:cs="Times New Roman"/>
          <w:b/>
          <w:color w:val="000000" w:themeColor="text1"/>
          <w:lang w:val="ru-RU"/>
        </w:rPr>
        <w:t>7</w:t>
      </w:r>
      <w:r w:rsidR="00227427" w:rsidRPr="00243320">
        <w:rPr>
          <w:rFonts w:cs="Times New Roman"/>
          <w:b/>
          <w:color w:val="000000" w:themeColor="text1"/>
          <w:lang w:val="ru-RU"/>
        </w:rPr>
        <w:t>. ФОРС-МАЖОРНЫЕ ОБСТОЯТЕЛЬСТВА</w:t>
      </w:r>
    </w:p>
    <w:p w14:paraId="127A04B7" w14:textId="2BC79086" w:rsidR="00693C56" w:rsidRPr="00243320"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7</w:t>
      </w:r>
      <w:r w:rsidR="00227427" w:rsidRPr="00243320">
        <w:rPr>
          <w:rFonts w:cs="Times New Roman"/>
          <w:color w:val="000000" w:themeColor="text1"/>
          <w:lang w:val="ru-RU"/>
        </w:rPr>
        <w:t>.1. Ни одна из сторон не будет нести ответственность за полное или частичное неисполнение обязательств по настоящему Договору, если неисполнение явилось следствием форс-мажора, а именно: наводнение, пожар, землетрясение, другие стихийные бедствия, а также война и решения государственных органов власти и управления, возникшие после заключения Договора, которые сторона не могла ни предвидеть, или предотвратить разумными мерами.</w:t>
      </w:r>
    </w:p>
    <w:p w14:paraId="6E13AE33" w14:textId="5805F02A" w:rsidR="00693C56" w:rsidRPr="00243320"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7</w:t>
      </w:r>
      <w:r w:rsidR="00227427" w:rsidRPr="00243320">
        <w:rPr>
          <w:rFonts w:cs="Times New Roman"/>
          <w:color w:val="000000" w:themeColor="text1"/>
          <w:lang w:val="ru-RU"/>
        </w:rPr>
        <w:t xml:space="preserve">.2. Сторона, для которой создалась невозможность исполнения своих обязательств, вызванных обстоятельствами, перечисленными в пункте </w:t>
      </w:r>
      <w:r w:rsidR="004926D5">
        <w:rPr>
          <w:rFonts w:cs="Times New Roman"/>
          <w:color w:val="000000" w:themeColor="text1"/>
          <w:lang w:val="ru-RU"/>
        </w:rPr>
        <w:t>7</w:t>
      </w:r>
      <w:r w:rsidR="00227427" w:rsidRPr="00243320">
        <w:rPr>
          <w:rFonts w:cs="Times New Roman"/>
          <w:color w:val="000000" w:themeColor="text1"/>
          <w:lang w:val="ru-RU"/>
        </w:rPr>
        <w:t>.1. Договора, должна незамедлительно сообщить любым доступным способом другой стороне о начале и прекращении вышеназванных обстоятельств, но не позднее чем через три дня после их наступления и прекращения.</w:t>
      </w:r>
    </w:p>
    <w:p w14:paraId="040EBA62" w14:textId="0E67A611" w:rsidR="00693C56" w:rsidRPr="00243320"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7</w:t>
      </w:r>
      <w:r w:rsidR="00227427" w:rsidRPr="00243320">
        <w:rPr>
          <w:rFonts w:cs="Times New Roman"/>
          <w:color w:val="000000" w:themeColor="text1"/>
          <w:lang w:val="ru-RU"/>
        </w:rPr>
        <w:t>.3. 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и/или их последствия.</w:t>
      </w:r>
    </w:p>
    <w:p w14:paraId="4410F96C" w14:textId="61103BD0" w:rsidR="00693C56" w:rsidRPr="00243320"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7</w:t>
      </w:r>
      <w:r w:rsidR="00227427" w:rsidRPr="00243320">
        <w:rPr>
          <w:rFonts w:cs="Times New Roman"/>
          <w:color w:val="000000" w:themeColor="text1"/>
          <w:lang w:val="ru-RU"/>
        </w:rPr>
        <w:t xml:space="preserve">.4. Если обстоятельства непреодолимой силы продолжают действовать более шести месяцев и нет возможности сделать обязательное заявление о прекращении отношений в течение </w:t>
      </w:r>
      <w:r w:rsidR="00227427" w:rsidRPr="00243320">
        <w:rPr>
          <w:rFonts w:cs="Times New Roman"/>
          <w:color w:val="000000" w:themeColor="text1"/>
          <w:lang w:val="ru-RU"/>
        </w:rPr>
        <w:lastRenderedPageBreak/>
        <w:t>шести и более месяцев, то каждая Сторона имеет право расторгнуть Договор и возвратить все полученное ей по Договору.</w:t>
      </w:r>
    </w:p>
    <w:p w14:paraId="5A3D8A6F" w14:textId="3D1C1770" w:rsidR="00693C56"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7</w:t>
      </w:r>
      <w:r w:rsidR="00227427" w:rsidRPr="00243320">
        <w:rPr>
          <w:rFonts w:cs="Times New Roman"/>
          <w:color w:val="000000" w:themeColor="text1"/>
          <w:lang w:val="ru-RU"/>
        </w:rPr>
        <w:t>.5. Факт обстоятельств непреодолимой силы (форс-мажора) должен быть подтвержден Белорусской торгово-промышленной палатой или иной компетентной организацией.</w:t>
      </w:r>
    </w:p>
    <w:p w14:paraId="4FCB6C10" w14:textId="77777777" w:rsidR="007E58E8" w:rsidRPr="00243320" w:rsidRDefault="007E58E8" w:rsidP="00164492">
      <w:pPr>
        <w:spacing w:after="0" w:line="240" w:lineRule="auto"/>
        <w:jc w:val="both"/>
        <w:rPr>
          <w:rFonts w:cs="Times New Roman"/>
          <w:color w:val="000000" w:themeColor="text1"/>
          <w:lang w:val="ru-RU"/>
        </w:rPr>
      </w:pPr>
    </w:p>
    <w:p w14:paraId="05F4BB3D" w14:textId="3C5E9130" w:rsidR="00693C56" w:rsidRPr="00243320" w:rsidRDefault="008F7B34" w:rsidP="00164492">
      <w:pPr>
        <w:spacing w:after="0" w:line="240" w:lineRule="auto"/>
        <w:jc w:val="both"/>
        <w:rPr>
          <w:rFonts w:cs="Times New Roman"/>
          <w:color w:val="000000" w:themeColor="text1"/>
          <w:lang w:val="ru-RU"/>
        </w:rPr>
      </w:pPr>
      <w:r>
        <w:rPr>
          <w:rFonts w:cs="Times New Roman"/>
          <w:b/>
          <w:color w:val="000000" w:themeColor="text1"/>
          <w:lang w:val="ru-RU"/>
        </w:rPr>
        <w:t>8</w:t>
      </w:r>
      <w:r w:rsidR="00227427" w:rsidRPr="00243320">
        <w:rPr>
          <w:rFonts w:cs="Times New Roman"/>
          <w:b/>
          <w:color w:val="000000" w:themeColor="text1"/>
          <w:lang w:val="ru-RU"/>
        </w:rPr>
        <w:t>. СРОК ДЕЙСТВИЯ, ИЗМЕНЕНИЕ И РАСТОРЖЕНИЕ ДОГОВОРА</w:t>
      </w:r>
    </w:p>
    <w:p w14:paraId="18BFD0C1" w14:textId="52A17E34" w:rsidR="00693C56" w:rsidRPr="00243320"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8</w:t>
      </w:r>
      <w:r w:rsidR="00227427" w:rsidRPr="00243320">
        <w:rPr>
          <w:rFonts w:cs="Times New Roman"/>
          <w:color w:val="000000" w:themeColor="text1"/>
          <w:lang w:val="ru-RU"/>
        </w:rPr>
        <w:t>.1. Настоящий Договор вступает в силу с момента его подписания обеими сторонами и действует до выполнения Сторонами своих обязательств по нему.</w:t>
      </w:r>
    </w:p>
    <w:p w14:paraId="11B83B6E" w14:textId="209E44EA" w:rsidR="00693C56" w:rsidRPr="00243320" w:rsidRDefault="008F7B34" w:rsidP="00164492">
      <w:pPr>
        <w:spacing w:after="0" w:line="240" w:lineRule="auto"/>
        <w:ind w:firstLine="720"/>
        <w:jc w:val="both"/>
        <w:rPr>
          <w:rFonts w:cs="Times New Roman"/>
          <w:color w:val="000000" w:themeColor="text1"/>
          <w:lang w:val="ru-RU"/>
        </w:rPr>
      </w:pPr>
      <w:r>
        <w:rPr>
          <w:rFonts w:cs="Times New Roman"/>
          <w:color w:val="000000" w:themeColor="text1"/>
          <w:lang w:val="ru-RU"/>
        </w:rPr>
        <w:t>8</w:t>
      </w:r>
      <w:r w:rsidR="00227427" w:rsidRPr="00243320">
        <w:rPr>
          <w:rFonts w:cs="Times New Roman"/>
          <w:color w:val="000000" w:themeColor="text1"/>
          <w:lang w:val="ru-RU"/>
        </w:rPr>
        <w:t>.2.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9AF39C2" w14:textId="1F1C3C1D" w:rsidR="00DD4264" w:rsidRPr="008F7B34" w:rsidRDefault="008F7B34" w:rsidP="00DD4264">
      <w:pPr>
        <w:spacing w:after="0" w:line="240" w:lineRule="auto"/>
        <w:ind w:firstLine="720"/>
        <w:jc w:val="both"/>
        <w:rPr>
          <w:rFonts w:cs="Times New Roman"/>
          <w:color w:val="000000" w:themeColor="text1"/>
          <w:lang w:val="ru-RU"/>
        </w:rPr>
      </w:pPr>
      <w:r>
        <w:rPr>
          <w:rFonts w:cs="Times New Roman"/>
          <w:color w:val="000000" w:themeColor="text1"/>
          <w:lang w:val="ru-RU"/>
        </w:rPr>
        <w:t>8</w:t>
      </w:r>
      <w:r w:rsidR="00227427" w:rsidRPr="00243320">
        <w:rPr>
          <w:rFonts w:cs="Times New Roman"/>
          <w:color w:val="000000" w:themeColor="text1"/>
          <w:lang w:val="ru-RU"/>
        </w:rPr>
        <w:t>.3. Договор может быть досрочно расторгнут по соглашению Сторон, либо по требованию одной из Сторон в порядке и по основаниям, предусмотренным действующим законодательством Республики Беларусь.</w:t>
      </w:r>
    </w:p>
    <w:p w14:paraId="597DDF5B" w14:textId="1F1C3C1D" w:rsidR="007E58E8" w:rsidRPr="00243320" w:rsidRDefault="007E58E8" w:rsidP="00164492">
      <w:pPr>
        <w:spacing w:after="0" w:line="240" w:lineRule="auto"/>
        <w:jc w:val="both"/>
        <w:rPr>
          <w:rFonts w:cs="Times New Roman"/>
          <w:color w:val="000000" w:themeColor="text1"/>
          <w:lang w:val="ru-RU"/>
        </w:rPr>
      </w:pPr>
    </w:p>
    <w:p w14:paraId="66923303" w14:textId="77582FCD" w:rsidR="00693C56" w:rsidRPr="00243320" w:rsidRDefault="00BD741B" w:rsidP="00164492">
      <w:pPr>
        <w:spacing w:after="0" w:line="240" w:lineRule="auto"/>
        <w:jc w:val="both"/>
        <w:rPr>
          <w:rFonts w:cs="Times New Roman"/>
          <w:color w:val="000000" w:themeColor="text1"/>
          <w:lang w:val="ru-RU"/>
        </w:rPr>
      </w:pPr>
      <w:r>
        <w:rPr>
          <w:rFonts w:cs="Times New Roman"/>
          <w:b/>
          <w:color w:val="000000" w:themeColor="text1"/>
          <w:lang w:val="ru-RU"/>
        </w:rPr>
        <w:t>9</w:t>
      </w:r>
      <w:r w:rsidR="00227427" w:rsidRPr="00243320">
        <w:rPr>
          <w:rFonts w:cs="Times New Roman"/>
          <w:b/>
          <w:color w:val="000000" w:themeColor="text1"/>
          <w:lang w:val="ru-RU"/>
        </w:rPr>
        <w:t>. АНТИКОРРУПЦИОННАЯ ОГОВОРКА</w:t>
      </w:r>
    </w:p>
    <w:p w14:paraId="11BBF666" w14:textId="53E184B4" w:rsidR="00693C56" w:rsidRPr="00243320" w:rsidRDefault="00BD741B" w:rsidP="00164492">
      <w:pPr>
        <w:spacing w:after="0" w:line="240" w:lineRule="auto"/>
        <w:ind w:firstLine="720"/>
        <w:jc w:val="both"/>
        <w:rPr>
          <w:rFonts w:cs="Times New Roman"/>
          <w:color w:val="000000" w:themeColor="text1"/>
          <w:lang w:val="ru-RU"/>
        </w:rPr>
      </w:pPr>
      <w:r>
        <w:rPr>
          <w:rFonts w:cs="Times New Roman"/>
          <w:color w:val="000000" w:themeColor="text1"/>
          <w:lang w:val="ru-RU"/>
        </w:rPr>
        <w:t>9</w:t>
      </w:r>
      <w:r w:rsidR="00227427" w:rsidRPr="00243320">
        <w:rPr>
          <w:rFonts w:cs="Times New Roman"/>
          <w:color w:val="000000" w:themeColor="text1"/>
          <w:lang w:val="ru-RU"/>
        </w:rPr>
        <w:t>.1. При исполнении своих обязанностей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2E867A4" w14:textId="3B7A708B" w:rsidR="00693C56" w:rsidRPr="00243320" w:rsidRDefault="00BD741B" w:rsidP="00164492">
      <w:pPr>
        <w:spacing w:after="0" w:line="240" w:lineRule="auto"/>
        <w:ind w:firstLine="720"/>
        <w:jc w:val="both"/>
        <w:rPr>
          <w:rFonts w:cs="Times New Roman"/>
          <w:color w:val="000000" w:themeColor="text1"/>
          <w:lang w:val="ru-RU"/>
        </w:rPr>
      </w:pPr>
      <w:r>
        <w:rPr>
          <w:rFonts w:cs="Times New Roman"/>
          <w:color w:val="000000" w:themeColor="text1"/>
          <w:lang w:val="ru-RU"/>
        </w:rPr>
        <w:t>9</w:t>
      </w:r>
      <w:r w:rsidR="00227427" w:rsidRPr="00243320">
        <w:rPr>
          <w:rFonts w:cs="Times New Roman"/>
          <w:color w:val="000000" w:themeColor="text1"/>
          <w:lang w:val="ru-RU"/>
        </w:rPr>
        <w:t>.2. При исполнении своих обязанностей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посредничество во взяточничестве, принятие незаконного вознаграждения, коммерческий подкуп, предоставление неоправданных преимуществ по сравнению с другими контрагентами; предоставление каких-либо гарантий, ускорение существующих процедур,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8DCEE72" w14:textId="1ACE5F84" w:rsidR="00693C56" w:rsidRPr="00243320" w:rsidRDefault="00BD741B" w:rsidP="00164492">
      <w:pPr>
        <w:spacing w:after="0" w:line="240" w:lineRule="auto"/>
        <w:ind w:firstLine="720"/>
        <w:jc w:val="both"/>
        <w:rPr>
          <w:rFonts w:cs="Times New Roman"/>
          <w:color w:val="000000" w:themeColor="text1"/>
          <w:lang w:val="ru-RU"/>
        </w:rPr>
      </w:pPr>
      <w:r>
        <w:rPr>
          <w:rFonts w:cs="Times New Roman"/>
          <w:color w:val="000000" w:themeColor="text1"/>
          <w:lang w:val="ru-RU"/>
        </w:rPr>
        <w:t>9</w:t>
      </w:r>
      <w:r w:rsidR="00227427" w:rsidRPr="00243320">
        <w:rPr>
          <w:rFonts w:cs="Times New Roman"/>
          <w:color w:val="000000" w:themeColor="text1"/>
          <w:lang w:val="ru-RU"/>
        </w:rPr>
        <w:t>.3. В случае возникновения у Сторон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произойдёт. Это подтверждение должно быть направлено в течение 10 (десяти) рабочих дней с даты направления письменного уведомления.</w:t>
      </w:r>
    </w:p>
    <w:p w14:paraId="2EB46C99" w14:textId="139399E6" w:rsidR="00693C56" w:rsidRDefault="00BD741B" w:rsidP="00164492">
      <w:pPr>
        <w:spacing w:after="0" w:line="240" w:lineRule="auto"/>
        <w:ind w:firstLine="720"/>
        <w:jc w:val="both"/>
        <w:rPr>
          <w:rFonts w:cs="Times New Roman"/>
          <w:color w:val="000000" w:themeColor="text1"/>
          <w:lang w:val="ru-RU"/>
        </w:rPr>
      </w:pPr>
      <w:r>
        <w:rPr>
          <w:rFonts w:cs="Times New Roman"/>
          <w:color w:val="000000" w:themeColor="text1"/>
          <w:lang w:val="ru-RU"/>
        </w:rPr>
        <w:t>9</w:t>
      </w:r>
      <w:r w:rsidR="00227427" w:rsidRPr="00243320">
        <w:rPr>
          <w:rFonts w:cs="Times New Roman"/>
          <w:color w:val="000000" w:themeColor="text1"/>
          <w:lang w:val="ru-RU"/>
        </w:rPr>
        <w:t>.4. В случае нарушения одной Стороной обязательств воздерживаться от запрещённых настоящим разделом действий и/или неполучения другой Стороной в установленный Договором срок подтверждения, что нарушения не произошло или не произойдёт,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795EABA" w14:textId="4A367B17" w:rsidR="007E58E8" w:rsidRDefault="007E58E8" w:rsidP="00164492">
      <w:pPr>
        <w:spacing w:after="0" w:line="240" w:lineRule="auto"/>
        <w:jc w:val="both"/>
        <w:rPr>
          <w:rFonts w:cs="Times New Roman"/>
          <w:color w:val="000000" w:themeColor="text1"/>
          <w:lang w:val="ru-RU"/>
        </w:rPr>
      </w:pPr>
    </w:p>
    <w:p w14:paraId="1F02B1A6" w14:textId="137CB761" w:rsidR="00DD4264" w:rsidRPr="002532DA" w:rsidRDefault="00DD4264" w:rsidP="00DD4264">
      <w:pPr>
        <w:pStyle w:val="1241242134"/>
        <w:numPr>
          <w:ilvl w:val="0"/>
          <w:numId w:val="0"/>
        </w:numPr>
        <w:ind w:left="360" w:hanging="360"/>
        <w:jc w:val="both"/>
        <w:rPr>
          <w:lang w:val="ru-RU"/>
        </w:rPr>
      </w:pPr>
      <w:r>
        <w:rPr>
          <w:lang w:val="ru-RU"/>
        </w:rPr>
        <w:t xml:space="preserve">10. </w:t>
      </w:r>
      <w:r w:rsidRPr="002532DA">
        <w:rPr>
          <w:lang w:val="ru-RU"/>
        </w:rPr>
        <w:t>РАССМОТРЕНИЕ СПОРОВ.</w:t>
      </w:r>
    </w:p>
    <w:p w14:paraId="7FF1E0C0" w14:textId="77777777" w:rsidR="00532199" w:rsidRDefault="00BC7DB4" w:rsidP="00532199">
      <w:pPr>
        <w:pStyle w:val="aff8"/>
        <w:spacing w:after="0" w:line="240" w:lineRule="auto"/>
        <w:ind w:left="0" w:firstLine="709"/>
        <w:jc w:val="both"/>
        <w:rPr>
          <w:color w:val="000000" w:themeColor="text1"/>
          <w:szCs w:val="24"/>
          <w:shd w:val="clear" w:color="auto" w:fill="FFFFFF"/>
          <w:lang w:val="ru-RU"/>
        </w:rPr>
      </w:pPr>
      <w:r>
        <w:rPr>
          <w:color w:val="000000" w:themeColor="text1"/>
          <w:szCs w:val="24"/>
          <w:shd w:val="clear" w:color="auto" w:fill="FFFFFF"/>
          <w:lang w:val="ru-RU"/>
        </w:rPr>
        <w:t xml:space="preserve">10.1. </w:t>
      </w:r>
      <w:r w:rsidR="00DD4264" w:rsidRPr="00D91133">
        <w:rPr>
          <w:color w:val="000000" w:themeColor="text1"/>
          <w:szCs w:val="24"/>
          <w:shd w:val="clear" w:color="auto" w:fill="FFFFFF"/>
          <w:lang w:val="ru-RU"/>
        </w:rPr>
        <w:t xml:space="preserve">Споры или разногласия, возникающие из Договора или в связи с ним, урегулируются в досудебном порядке путем направления и рассмотрения претензий. </w:t>
      </w:r>
    </w:p>
    <w:p w14:paraId="709B2842" w14:textId="1FF47324" w:rsidR="00DD4264" w:rsidRPr="00DD4264" w:rsidRDefault="00BC7DB4" w:rsidP="00532199">
      <w:pPr>
        <w:pStyle w:val="aff8"/>
        <w:spacing w:after="0" w:line="240" w:lineRule="auto"/>
        <w:ind w:left="0" w:firstLine="709"/>
        <w:jc w:val="both"/>
        <w:rPr>
          <w:color w:val="000000" w:themeColor="text1"/>
          <w:szCs w:val="24"/>
          <w:shd w:val="clear" w:color="auto" w:fill="FFFFFF"/>
          <w:lang w:val="ru-RU"/>
        </w:rPr>
      </w:pPr>
      <w:r>
        <w:rPr>
          <w:color w:val="000000" w:themeColor="text1"/>
          <w:szCs w:val="24"/>
          <w:shd w:val="clear" w:color="auto" w:fill="FFFFFF"/>
          <w:lang w:val="ru-RU"/>
        </w:rPr>
        <w:t xml:space="preserve">10.2. </w:t>
      </w:r>
      <w:r w:rsidR="00DD4264" w:rsidRPr="00DD4264">
        <w:rPr>
          <w:color w:val="000000" w:themeColor="text1"/>
          <w:szCs w:val="24"/>
          <w:shd w:val="clear" w:color="auto" w:fill="FFFFFF"/>
          <w:lang w:val="ru-RU"/>
        </w:rPr>
        <w:t xml:space="preserve">Споры или разногласия, не решенные в претензионном порядке, передаются на разрешение в экономический суд </w:t>
      </w:r>
      <w:r w:rsidR="00DD4264" w:rsidRPr="00DD4264">
        <w:rPr>
          <w:bCs/>
          <w:color w:val="000000" w:themeColor="text1"/>
          <w:szCs w:val="24"/>
          <w:lang w:val="ru-RU"/>
        </w:rPr>
        <w:t>г.Минска</w:t>
      </w:r>
      <w:r w:rsidR="00DD4264" w:rsidRPr="00DD4264">
        <w:rPr>
          <w:color w:val="000000" w:themeColor="text1"/>
          <w:szCs w:val="24"/>
          <w:shd w:val="clear" w:color="auto" w:fill="FFFFFF"/>
          <w:lang w:val="ru-RU"/>
        </w:rPr>
        <w:t>.</w:t>
      </w:r>
    </w:p>
    <w:p w14:paraId="271D02D7" w14:textId="77777777" w:rsidR="00DD4264" w:rsidRPr="00243320" w:rsidRDefault="00DD4264" w:rsidP="00164492">
      <w:pPr>
        <w:spacing w:after="0" w:line="240" w:lineRule="auto"/>
        <w:jc w:val="both"/>
        <w:rPr>
          <w:rFonts w:cs="Times New Roman"/>
          <w:color w:val="000000" w:themeColor="text1"/>
          <w:lang w:val="ru-RU"/>
        </w:rPr>
      </w:pPr>
    </w:p>
    <w:p w14:paraId="5AB6F39C" w14:textId="1F335CBE" w:rsidR="00693C56" w:rsidRPr="00243320" w:rsidRDefault="00227427" w:rsidP="00164492">
      <w:pPr>
        <w:spacing w:after="0" w:line="240" w:lineRule="auto"/>
        <w:jc w:val="both"/>
        <w:rPr>
          <w:rFonts w:cs="Times New Roman"/>
          <w:color w:val="000000" w:themeColor="text1"/>
          <w:lang w:val="ru-RU"/>
        </w:rPr>
      </w:pPr>
      <w:r w:rsidRPr="00243320">
        <w:rPr>
          <w:rFonts w:cs="Times New Roman"/>
          <w:b/>
          <w:color w:val="000000" w:themeColor="text1"/>
          <w:lang w:val="ru-RU"/>
        </w:rPr>
        <w:t>1</w:t>
      </w:r>
      <w:r w:rsidR="00DD4264">
        <w:rPr>
          <w:rFonts w:cs="Times New Roman"/>
          <w:b/>
          <w:color w:val="000000" w:themeColor="text1"/>
          <w:lang w:val="ru-RU"/>
        </w:rPr>
        <w:t>1</w:t>
      </w:r>
      <w:r w:rsidRPr="00243320">
        <w:rPr>
          <w:rFonts w:cs="Times New Roman"/>
          <w:b/>
          <w:color w:val="000000" w:themeColor="text1"/>
          <w:lang w:val="ru-RU"/>
        </w:rPr>
        <w:t>. ЗАКЛЮЧИТЕЛЬНЫЕ ПОЛОЖЕНИЯ</w:t>
      </w:r>
    </w:p>
    <w:p w14:paraId="37AC9332" w14:textId="25072AB9" w:rsidR="00693C56" w:rsidRPr="00243320" w:rsidRDefault="00227427" w:rsidP="00532199">
      <w:pPr>
        <w:spacing w:after="0" w:line="240" w:lineRule="auto"/>
        <w:ind w:firstLine="709"/>
        <w:jc w:val="both"/>
        <w:rPr>
          <w:rFonts w:cs="Times New Roman"/>
          <w:color w:val="000000" w:themeColor="text1"/>
          <w:lang w:val="ru-RU"/>
        </w:rPr>
      </w:pPr>
      <w:r w:rsidRPr="00243320">
        <w:rPr>
          <w:rFonts w:cs="Times New Roman"/>
          <w:color w:val="000000" w:themeColor="text1"/>
          <w:lang w:val="ru-RU"/>
        </w:rPr>
        <w:t>1</w:t>
      </w:r>
      <w:r w:rsidR="00DD4264">
        <w:rPr>
          <w:rFonts w:cs="Times New Roman"/>
          <w:color w:val="000000" w:themeColor="text1"/>
          <w:lang w:val="ru-RU"/>
        </w:rPr>
        <w:t>1</w:t>
      </w:r>
      <w:r w:rsidRPr="00243320">
        <w:rPr>
          <w:rFonts w:cs="Times New Roman"/>
          <w:color w:val="000000" w:themeColor="text1"/>
          <w:lang w:val="ru-RU"/>
        </w:rPr>
        <w:t>.1. Договор подписан в двух экземплярах, обладающих равной юридической силой, по одному экземпляру для каждой из Сторон.</w:t>
      </w:r>
    </w:p>
    <w:p w14:paraId="7297B1BD" w14:textId="3031CB30" w:rsidR="00693C56" w:rsidRDefault="00227427" w:rsidP="00164492">
      <w:pPr>
        <w:spacing w:after="0" w:line="240" w:lineRule="auto"/>
        <w:ind w:firstLine="720"/>
        <w:jc w:val="both"/>
        <w:rPr>
          <w:rFonts w:cs="Times New Roman"/>
          <w:color w:val="000000" w:themeColor="text1"/>
          <w:lang w:val="ru-RU"/>
        </w:rPr>
      </w:pPr>
      <w:r w:rsidRPr="00243320">
        <w:rPr>
          <w:rFonts w:cs="Times New Roman"/>
          <w:color w:val="000000" w:themeColor="text1"/>
          <w:lang w:val="ru-RU"/>
        </w:rPr>
        <w:lastRenderedPageBreak/>
        <w:t>1</w:t>
      </w:r>
      <w:r w:rsidR="00DD4264">
        <w:rPr>
          <w:rFonts w:cs="Times New Roman"/>
          <w:color w:val="000000" w:themeColor="text1"/>
          <w:lang w:val="ru-RU"/>
        </w:rPr>
        <w:t>1</w:t>
      </w:r>
      <w:r w:rsidRPr="00243320">
        <w:rPr>
          <w:rFonts w:cs="Times New Roman"/>
          <w:color w:val="000000" w:themeColor="text1"/>
          <w:lang w:val="ru-RU"/>
        </w:rPr>
        <w:t>.2. Каждая из Сторон обязана письменно уведомить другую Сторону об изменении места нахождения, текущего (расчетного) банковского счета, других банковских реквизитов в течение двух календарных дней со дня их изменения.</w:t>
      </w:r>
    </w:p>
    <w:p w14:paraId="2AFC9AB4" w14:textId="70C9A0D2" w:rsidR="00A55DC1" w:rsidRDefault="00BD741B" w:rsidP="00164492">
      <w:pPr>
        <w:spacing w:after="0" w:line="240" w:lineRule="auto"/>
        <w:ind w:firstLine="720"/>
        <w:jc w:val="both"/>
        <w:rPr>
          <w:rFonts w:cs="Times New Roman"/>
          <w:color w:val="000000" w:themeColor="text1"/>
          <w:lang w:val="ru-RU"/>
        </w:rPr>
      </w:pPr>
      <w:r>
        <w:rPr>
          <w:rFonts w:cs="Times New Roman"/>
          <w:color w:val="000000" w:themeColor="text1"/>
          <w:lang w:val="ru-RU"/>
        </w:rPr>
        <w:t>1</w:t>
      </w:r>
      <w:r w:rsidR="00DD4264">
        <w:rPr>
          <w:rFonts w:cs="Times New Roman"/>
          <w:color w:val="000000" w:themeColor="text1"/>
          <w:lang w:val="ru-RU"/>
        </w:rPr>
        <w:t>1</w:t>
      </w:r>
      <w:r>
        <w:rPr>
          <w:rFonts w:cs="Times New Roman"/>
          <w:color w:val="000000" w:themeColor="text1"/>
          <w:lang w:val="ru-RU"/>
        </w:rPr>
        <w:t>.</w:t>
      </w:r>
      <w:r w:rsidR="00DD4264">
        <w:rPr>
          <w:rFonts w:cs="Times New Roman"/>
          <w:color w:val="000000" w:themeColor="text1"/>
          <w:lang w:val="ru-RU"/>
        </w:rPr>
        <w:t>3</w:t>
      </w:r>
      <w:r w:rsidR="00A55DC1" w:rsidRPr="00243320">
        <w:rPr>
          <w:rFonts w:cs="Times New Roman"/>
          <w:color w:val="000000" w:themeColor="text1"/>
          <w:lang w:val="ru-RU"/>
        </w:rPr>
        <w:t>.</w:t>
      </w:r>
      <w:r w:rsidR="00DD4264">
        <w:rPr>
          <w:rFonts w:cs="Times New Roman"/>
          <w:color w:val="000000" w:themeColor="text1"/>
          <w:lang w:val="ru-RU"/>
        </w:rPr>
        <w:t xml:space="preserve"> </w:t>
      </w:r>
      <w:r w:rsidR="00A55DC1" w:rsidRPr="00243320">
        <w:rPr>
          <w:rFonts w:cs="Times New Roman"/>
          <w:color w:val="000000" w:themeColor="text1"/>
          <w:lang w:val="ru-RU"/>
        </w:rPr>
        <w:t>Для целей настоящего договора под терминами «Исполнитель» и «Услуги» понимаются также термины</w:t>
      </w:r>
      <w:r w:rsidR="009A6A5D" w:rsidRPr="00243320">
        <w:rPr>
          <w:rFonts w:cs="Times New Roman"/>
          <w:color w:val="000000" w:themeColor="text1"/>
          <w:lang w:val="ru-RU"/>
        </w:rPr>
        <w:t xml:space="preserve"> «Подрядчик» и «Работы»</w:t>
      </w:r>
      <w:r w:rsidR="00EE0FEA">
        <w:rPr>
          <w:rFonts w:cs="Times New Roman"/>
          <w:color w:val="000000" w:themeColor="text1"/>
          <w:lang w:val="ru-RU"/>
        </w:rPr>
        <w:t xml:space="preserve">, </w:t>
      </w:r>
      <w:r w:rsidR="009A6A5D" w:rsidRPr="00243320">
        <w:rPr>
          <w:rFonts w:cs="Times New Roman"/>
          <w:color w:val="000000" w:themeColor="text1"/>
          <w:lang w:val="ru-RU"/>
        </w:rPr>
        <w:t>а под «Акт оказанных услуг» — «Акт выполненных работ»</w:t>
      </w:r>
      <w:r w:rsidR="00EE0FEA">
        <w:rPr>
          <w:rFonts w:cs="Times New Roman"/>
          <w:color w:val="000000" w:themeColor="text1"/>
          <w:lang w:val="ru-RU"/>
        </w:rPr>
        <w:t xml:space="preserve"> </w:t>
      </w:r>
      <w:r w:rsidR="00EE0FEA" w:rsidRPr="00243320">
        <w:rPr>
          <w:rFonts w:cs="Times New Roman"/>
          <w:color w:val="000000" w:themeColor="text1"/>
          <w:lang w:val="ru-RU"/>
        </w:rPr>
        <w:t xml:space="preserve">соответственно, </w:t>
      </w:r>
      <w:proofErr w:type="gramStart"/>
      <w:r w:rsidR="00EE0FEA" w:rsidRPr="00243320">
        <w:rPr>
          <w:rFonts w:cs="Times New Roman"/>
          <w:color w:val="000000" w:themeColor="text1"/>
          <w:lang w:val="ru-RU"/>
        </w:rPr>
        <w:t>если  таковые</w:t>
      </w:r>
      <w:proofErr w:type="gramEnd"/>
      <w:r w:rsidR="00EE0FEA" w:rsidRPr="00243320">
        <w:rPr>
          <w:rFonts w:cs="Times New Roman"/>
          <w:color w:val="000000" w:themeColor="text1"/>
          <w:lang w:val="ru-RU"/>
        </w:rPr>
        <w:t xml:space="preserve"> выполняются</w:t>
      </w:r>
      <w:r w:rsidR="00EE0FEA">
        <w:rPr>
          <w:rFonts w:cs="Times New Roman"/>
          <w:color w:val="000000" w:themeColor="text1"/>
          <w:lang w:val="ru-RU"/>
        </w:rPr>
        <w:t>.</w:t>
      </w:r>
    </w:p>
    <w:p w14:paraId="34865167" w14:textId="5A9D8404" w:rsidR="00DD4264" w:rsidRPr="00960D3F" w:rsidRDefault="00DD4264" w:rsidP="00DD4264">
      <w:pPr>
        <w:pStyle w:val="affa"/>
        <w:shd w:val="clear" w:color="auto" w:fill="FFFFFF"/>
        <w:spacing w:before="0" w:beforeAutospacing="0" w:after="0" w:afterAutospacing="0" w:line="240" w:lineRule="auto"/>
        <w:ind w:firstLine="709"/>
        <w:jc w:val="both"/>
        <w:rPr>
          <w:color w:val="000000" w:themeColor="text1"/>
          <w:shd w:val="clear" w:color="auto" w:fill="FFFFFF"/>
        </w:rPr>
      </w:pPr>
      <w:r>
        <w:rPr>
          <w:color w:val="000000" w:themeColor="text1"/>
          <w:shd w:val="clear" w:color="auto" w:fill="FFFFFF"/>
        </w:rPr>
        <w:t xml:space="preserve">11.4. </w:t>
      </w:r>
      <w:r w:rsidRPr="00960D3F">
        <w:rPr>
          <w:color w:val="000000" w:themeColor="text1"/>
          <w:shd w:val="clear" w:color="auto" w:fill="FFFFFF"/>
        </w:rPr>
        <w:t>Договор и приложения к нему полученные по факсимильной или электронной связи (в виде сканированных копий), имеют юридическую силу до обмена их оригиналами.</w:t>
      </w:r>
    </w:p>
    <w:p w14:paraId="1FEDAEFE" w14:textId="77777777" w:rsidR="00DD4264" w:rsidRPr="00D91133" w:rsidRDefault="00DD4264" w:rsidP="00DD4264">
      <w:pPr>
        <w:pStyle w:val="affa"/>
        <w:shd w:val="clear" w:color="auto" w:fill="FFFFFF"/>
        <w:spacing w:before="0" w:beforeAutospacing="0" w:after="0" w:afterAutospacing="0" w:line="240" w:lineRule="auto"/>
        <w:ind w:firstLine="709"/>
        <w:jc w:val="both"/>
        <w:rPr>
          <w:color w:val="000000" w:themeColor="text1"/>
          <w:shd w:val="clear" w:color="auto" w:fill="FFFFFF"/>
        </w:rPr>
      </w:pPr>
      <w:r w:rsidRPr="00960D3F">
        <w:rPr>
          <w:color w:val="000000" w:themeColor="text1"/>
          <w:shd w:val="clear" w:color="auto" w:fill="FFFFFF"/>
        </w:rPr>
        <w:t>Стороны обязуются обменяться оригиналами в течении 5 банковских дней с момента их подписания.</w:t>
      </w:r>
      <w:r>
        <w:rPr>
          <w:color w:val="000000" w:themeColor="text1"/>
          <w:shd w:val="clear" w:color="auto" w:fill="FFFFFF"/>
        </w:rPr>
        <w:t xml:space="preserve"> </w:t>
      </w:r>
    </w:p>
    <w:p w14:paraId="33888F9C" w14:textId="77777777" w:rsidR="007E58E8" w:rsidRPr="00243320" w:rsidRDefault="007E58E8" w:rsidP="00164492">
      <w:pPr>
        <w:spacing w:after="0" w:line="240" w:lineRule="auto"/>
        <w:jc w:val="both"/>
        <w:rPr>
          <w:rFonts w:cs="Times New Roman"/>
          <w:color w:val="000000" w:themeColor="text1"/>
          <w:lang w:val="ru-RU"/>
        </w:rPr>
      </w:pPr>
    </w:p>
    <w:p w14:paraId="408A91ED" w14:textId="0F81612C" w:rsidR="00693C56" w:rsidRPr="00243320" w:rsidRDefault="00227427" w:rsidP="00164492">
      <w:pPr>
        <w:spacing w:after="0" w:line="240" w:lineRule="auto"/>
        <w:jc w:val="both"/>
        <w:rPr>
          <w:rFonts w:cs="Times New Roman"/>
          <w:b/>
          <w:color w:val="000000" w:themeColor="text1"/>
          <w:lang w:val="ru-RU"/>
        </w:rPr>
      </w:pPr>
      <w:r w:rsidRPr="00243320">
        <w:rPr>
          <w:rFonts w:cs="Times New Roman"/>
          <w:b/>
          <w:color w:val="000000" w:themeColor="text1"/>
          <w:lang w:val="ru-RU"/>
        </w:rPr>
        <w:t>1</w:t>
      </w:r>
      <w:r w:rsidR="00532199">
        <w:rPr>
          <w:rFonts w:cs="Times New Roman"/>
          <w:b/>
          <w:color w:val="000000" w:themeColor="text1"/>
          <w:lang w:val="ru-RU"/>
        </w:rPr>
        <w:t>2</w:t>
      </w:r>
      <w:r w:rsidRPr="00243320">
        <w:rPr>
          <w:rFonts w:cs="Times New Roman"/>
          <w:b/>
          <w:color w:val="000000" w:themeColor="text1"/>
          <w:lang w:val="ru-RU"/>
        </w:rPr>
        <w:t>. РЕКВИЗИТЫ СТОРОН</w:t>
      </w:r>
    </w:p>
    <w:tbl>
      <w:tblPr>
        <w:tblStyle w:val="aff0"/>
        <w:tblW w:w="9639" w:type="dxa"/>
        <w:tblInd w:w="-5" w:type="dxa"/>
        <w:tblLook w:val="04A0" w:firstRow="1" w:lastRow="0" w:firstColumn="1" w:lastColumn="0" w:noHBand="0" w:noVBand="1"/>
      </w:tblPr>
      <w:tblGrid>
        <w:gridCol w:w="4678"/>
        <w:gridCol w:w="4961"/>
      </w:tblGrid>
      <w:tr w:rsidR="00243320" w:rsidRPr="00243320" w14:paraId="45B24244" w14:textId="77777777" w:rsidTr="00370170">
        <w:trPr>
          <w:trHeight w:val="3105"/>
        </w:trPr>
        <w:tc>
          <w:tcPr>
            <w:tcW w:w="4678" w:type="dxa"/>
            <w:tcBorders>
              <w:top w:val="single" w:sz="4" w:space="0" w:color="auto"/>
              <w:left w:val="single" w:sz="4" w:space="0" w:color="auto"/>
              <w:bottom w:val="single" w:sz="4" w:space="0" w:color="auto"/>
              <w:right w:val="single" w:sz="4" w:space="0" w:color="auto"/>
            </w:tcBorders>
          </w:tcPr>
          <w:p w14:paraId="2C83C510" w14:textId="77777777" w:rsidR="00243320" w:rsidRPr="00243320" w:rsidRDefault="00243320" w:rsidP="00164492">
            <w:pPr>
              <w:pStyle w:val="aff8"/>
              <w:spacing w:after="0"/>
              <w:ind w:left="0"/>
              <w:jc w:val="both"/>
              <w:rPr>
                <w:bCs/>
                <w:color w:val="000000" w:themeColor="text1"/>
                <w:szCs w:val="24"/>
                <w:lang w:val="ru-RU"/>
              </w:rPr>
            </w:pPr>
          </w:p>
        </w:tc>
        <w:tc>
          <w:tcPr>
            <w:tcW w:w="4961" w:type="dxa"/>
            <w:tcBorders>
              <w:top w:val="single" w:sz="4" w:space="0" w:color="auto"/>
              <w:left w:val="single" w:sz="4" w:space="0" w:color="auto"/>
              <w:bottom w:val="single" w:sz="4" w:space="0" w:color="auto"/>
              <w:right w:val="single" w:sz="4" w:space="0" w:color="auto"/>
            </w:tcBorders>
          </w:tcPr>
          <w:p w14:paraId="562BB4ED" w14:textId="77777777" w:rsidR="00243320" w:rsidRPr="00243320" w:rsidRDefault="00243320" w:rsidP="00164492">
            <w:pPr>
              <w:pStyle w:val="aff8"/>
              <w:spacing w:after="0"/>
              <w:ind w:left="0"/>
              <w:jc w:val="both"/>
              <w:rPr>
                <w:bCs/>
                <w:color w:val="000000" w:themeColor="text1"/>
                <w:szCs w:val="24"/>
                <w:lang w:val="ru-RU"/>
              </w:rPr>
            </w:pPr>
            <w:r w:rsidRPr="00243320">
              <w:rPr>
                <w:bCs/>
                <w:color w:val="000000" w:themeColor="text1"/>
                <w:szCs w:val="24"/>
                <w:lang w:val="ru-RU"/>
              </w:rPr>
              <w:t xml:space="preserve">Государственное предприятие </w:t>
            </w:r>
          </w:p>
          <w:p w14:paraId="65C8D830" w14:textId="77777777" w:rsidR="00243320" w:rsidRPr="00243320" w:rsidRDefault="00243320" w:rsidP="00164492">
            <w:pPr>
              <w:pStyle w:val="aff8"/>
              <w:spacing w:after="0"/>
              <w:ind w:left="0"/>
              <w:jc w:val="both"/>
              <w:rPr>
                <w:bCs/>
                <w:color w:val="000000" w:themeColor="text1"/>
                <w:szCs w:val="24"/>
                <w:lang w:val="ru-RU"/>
              </w:rPr>
            </w:pPr>
            <w:r w:rsidRPr="00243320">
              <w:rPr>
                <w:bCs/>
                <w:color w:val="000000" w:themeColor="text1"/>
                <w:szCs w:val="24"/>
                <w:lang w:val="ru-RU"/>
              </w:rPr>
              <w:t>"Минсккоммунтеплосеть"</w:t>
            </w:r>
          </w:p>
          <w:p w14:paraId="651A9F73" w14:textId="77777777" w:rsidR="00243320" w:rsidRPr="00243320" w:rsidRDefault="00243320" w:rsidP="00164492">
            <w:pPr>
              <w:pStyle w:val="aff8"/>
              <w:spacing w:after="0"/>
              <w:ind w:left="0"/>
              <w:jc w:val="both"/>
              <w:rPr>
                <w:bCs/>
                <w:color w:val="000000" w:themeColor="text1"/>
                <w:szCs w:val="24"/>
                <w:lang w:val="ru-RU"/>
              </w:rPr>
            </w:pPr>
            <w:r w:rsidRPr="00243320">
              <w:rPr>
                <w:bCs/>
                <w:color w:val="000000" w:themeColor="text1"/>
                <w:szCs w:val="24"/>
                <w:lang w:val="ru-RU"/>
              </w:rPr>
              <w:t>220049, г. Минск, ул. Волгоградская, 12</w:t>
            </w:r>
          </w:p>
          <w:p w14:paraId="4963DBD7" w14:textId="77777777" w:rsidR="00243320" w:rsidRPr="00243320" w:rsidRDefault="00243320" w:rsidP="00164492">
            <w:pPr>
              <w:pStyle w:val="aff8"/>
              <w:spacing w:after="0"/>
              <w:ind w:left="0"/>
              <w:jc w:val="both"/>
              <w:rPr>
                <w:bCs/>
                <w:color w:val="000000" w:themeColor="text1"/>
                <w:szCs w:val="24"/>
                <w:lang w:val="ru-RU"/>
              </w:rPr>
            </w:pPr>
            <w:r w:rsidRPr="00243320">
              <w:rPr>
                <w:bCs/>
                <w:color w:val="000000" w:themeColor="text1"/>
                <w:szCs w:val="24"/>
                <w:lang w:val="ru-RU"/>
              </w:rPr>
              <w:t>р/с BY 67AKBB30120143913625300000</w:t>
            </w:r>
          </w:p>
          <w:p w14:paraId="16F59183" w14:textId="77777777" w:rsidR="00243320" w:rsidRPr="00243320" w:rsidRDefault="00243320" w:rsidP="00164492">
            <w:pPr>
              <w:pStyle w:val="aff8"/>
              <w:spacing w:after="0"/>
              <w:ind w:left="0"/>
              <w:jc w:val="both"/>
              <w:rPr>
                <w:bCs/>
                <w:color w:val="000000" w:themeColor="text1"/>
                <w:szCs w:val="24"/>
                <w:lang w:val="ru-RU"/>
              </w:rPr>
            </w:pPr>
            <w:r w:rsidRPr="00243320">
              <w:rPr>
                <w:bCs/>
                <w:color w:val="000000" w:themeColor="text1"/>
                <w:szCs w:val="24"/>
                <w:lang w:val="ru-RU"/>
              </w:rPr>
              <w:t>в ЦБУ № 514 ОАО «АСБ Беларусбанк»</w:t>
            </w:r>
          </w:p>
          <w:p w14:paraId="65DC103A" w14:textId="77777777" w:rsidR="00243320" w:rsidRPr="00243320" w:rsidRDefault="00243320" w:rsidP="00164492">
            <w:pPr>
              <w:pStyle w:val="aff8"/>
              <w:spacing w:after="0"/>
              <w:ind w:left="0"/>
              <w:jc w:val="both"/>
              <w:rPr>
                <w:bCs/>
                <w:color w:val="000000" w:themeColor="text1"/>
                <w:szCs w:val="24"/>
                <w:lang w:val="ru-RU"/>
              </w:rPr>
            </w:pPr>
            <w:r w:rsidRPr="00243320">
              <w:rPr>
                <w:bCs/>
                <w:color w:val="000000" w:themeColor="text1"/>
                <w:szCs w:val="24"/>
                <w:lang w:val="ru-RU"/>
              </w:rPr>
              <w:t>г. Минск,    БИК: АКВВВY2X</w:t>
            </w:r>
          </w:p>
          <w:p w14:paraId="46675F68" w14:textId="77777777" w:rsidR="00243320" w:rsidRPr="00243320" w:rsidRDefault="00243320" w:rsidP="00164492">
            <w:pPr>
              <w:pStyle w:val="aff8"/>
              <w:spacing w:after="0"/>
              <w:ind w:left="0"/>
              <w:jc w:val="both"/>
              <w:rPr>
                <w:bCs/>
                <w:color w:val="000000" w:themeColor="text1"/>
                <w:szCs w:val="24"/>
                <w:lang w:val="ru-RU"/>
              </w:rPr>
            </w:pPr>
            <w:r w:rsidRPr="00243320">
              <w:rPr>
                <w:bCs/>
                <w:color w:val="000000" w:themeColor="text1"/>
                <w:szCs w:val="24"/>
                <w:lang w:val="ru-RU"/>
              </w:rPr>
              <w:t>УНП 100185328,</w:t>
            </w:r>
          </w:p>
          <w:p w14:paraId="06C3E690" w14:textId="77777777" w:rsidR="00243320" w:rsidRPr="00243320" w:rsidRDefault="00243320" w:rsidP="00164492">
            <w:pPr>
              <w:pStyle w:val="aff8"/>
              <w:spacing w:after="0"/>
              <w:ind w:left="0"/>
              <w:jc w:val="both"/>
              <w:rPr>
                <w:bCs/>
                <w:color w:val="000000" w:themeColor="text1"/>
                <w:szCs w:val="24"/>
                <w:lang w:val="ru-RU"/>
              </w:rPr>
            </w:pPr>
            <w:r w:rsidRPr="00243320">
              <w:rPr>
                <w:bCs/>
                <w:color w:val="000000" w:themeColor="text1"/>
                <w:szCs w:val="24"/>
                <w:lang w:val="ru-RU"/>
              </w:rPr>
              <w:t>Тел. 399-53-11, т/ф: 338-39-54</w:t>
            </w:r>
          </w:p>
          <w:p w14:paraId="2470C442" w14:textId="77777777" w:rsidR="00243320" w:rsidRPr="00243320" w:rsidRDefault="00243320" w:rsidP="00164492">
            <w:pPr>
              <w:pStyle w:val="aff8"/>
              <w:spacing w:after="0"/>
              <w:ind w:left="0"/>
              <w:jc w:val="both"/>
              <w:rPr>
                <w:bCs/>
                <w:color w:val="000000" w:themeColor="text1"/>
                <w:szCs w:val="24"/>
                <w:lang w:val="ru-RU"/>
              </w:rPr>
            </w:pPr>
            <w:r w:rsidRPr="00243320">
              <w:rPr>
                <w:bCs/>
                <w:color w:val="000000" w:themeColor="text1"/>
                <w:szCs w:val="24"/>
                <w:lang w:val="ru-RU"/>
              </w:rPr>
              <w:t>_________________</w:t>
            </w:r>
          </w:p>
          <w:p w14:paraId="1525D652" w14:textId="77777777" w:rsidR="00243320" w:rsidRPr="00243320" w:rsidRDefault="00243320" w:rsidP="00164492">
            <w:pPr>
              <w:pStyle w:val="aff8"/>
              <w:spacing w:after="0"/>
              <w:ind w:left="0"/>
              <w:jc w:val="both"/>
              <w:rPr>
                <w:bCs/>
                <w:color w:val="000000" w:themeColor="text1"/>
                <w:szCs w:val="24"/>
                <w:lang w:val="ru-RU"/>
              </w:rPr>
            </w:pPr>
          </w:p>
          <w:p w14:paraId="679BC00F" w14:textId="77777777" w:rsidR="00243320" w:rsidRPr="00243320" w:rsidRDefault="00243320" w:rsidP="00164492">
            <w:pPr>
              <w:pStyle w:val="aff8"/>
              <w:spacing w:after="0"/>
              <w:ind w:left="0"/>
              <w:jc w:val="both"/>
              <w:rPr>
                <w:bCs/>
                <w:color w:val="000000" w:themeColor="text1"/>
                <w:szCs w:val="24"/>
                <w:lang w:val="ru-RU"/>
              </w:rPr>
            </w:pPr>
            <w:r w:rsidRPr="00243320">
              <w:rPr>
                <w:bCs/>
                <w:color w:val="000000" w:themeColor="text1"/>
                <w:szCs w:val="24"/>
                <w:lang w:val="ru-RU"/>
              </w:rPr>
              <w:t>____________   ________________________</w:t>
            </w:r>
          </w:p>
          <w:p w14:paraId="5D23E919" w14:textId="77777777" w:rsidR="00243320" w:rsidRPr="00243320" w:rsidRDefault="00243320" w:rsidP="00164492">
            <w:pPr>
              <w:pStyle w:val="aff8"/>
              <w:spacing w:after="0"/>
              <w:ind w:left="0"/>
              <w:jc w:val="both"/>
              <w:rPr>
                <w:bCs/>
                <w:color w:val="000000" w:themeColor="text1"/>
                <w:szCs w:val="24"/>
                <w:lang w:val="ru-RU"/>
              </w:rPr>
            </w:pPr>
          </w:p>
        </w:tc>
      </w:tr>
    </w:tbl>
    <w:p w14:paraId="14B7AA76" w14:textId="695815A3" w:rsidR="00654C15" w:rsidRPr="006D6574" w:rsidRDefault="00654C15" w:rsidP="00164492">
      <w:pPr>
        <w:jc w:val="both"/>
        <w:rPr>
          <w:rFonts w:cs="Times New Roman"/>
          <w:color w:val="000000" w:themeColor="text1"/>
          <w:lang w:val="ru-RU"/>
        </w:rPr>
      </w:pPr>
    </w:p>
    <w:p w14:paraId="793058DF" w14:textId="77777777" w:rsidR="00227427" w:rsidRPr="00243320" w:rsidRDefault="00227427" w:rsidP="00164492">
      <w:pPr>
        <w:spacing w:after="0" w:line="240" w:lineRule="auto"/>
        <w:jc w:val="both"/>
        <w:rPr>
          <w:rFonts w:cs="Times New Roman"/>
          <w:color w:val="000000" w:themeColor="text1"/>
          <w:lang w:val="ru-RU"/>
        </w:rPr>
      </w:pPr>
    </w:p>
    <w:sectPr w:rsidR="00227427" w:rsidRPr="00243320" w:rsidSect="00BC7DB4">
      <w:footerReference w:type="default" r:id="rId8"/>
      <w:pgSz w:w="11906" w:h="16838"/>
      <w:pgMar w:top="567" w:right="709" w:bottom="567" w:left="1134"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7B940" w14:textId="77777777" w:rsidR="00746D56" w:rsidRDefault="00746D56" w:rsidP="00BC7DB4">
      <w:pPr>
        <w:spacing w:after="0" w:line="240" w:lineRule="auto"/>
      </w:pPr>
      <w:r>
        <w:separator/>
      </w:r>
    </w:p>
  </w:endnote>
  <w:endnote w:type="continuationSeparator" w:id="0">
    <w:p w14:paraId="5DC6A6B8" w14:textId="77777777" w:rsidR="00746D56" w:rsidRDefault="00746D56" w:rsidP="00BC7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2767916"/>
      <w:docPartObj>
        <w:docPartGallery w:val="Page Numbers (Bottom of Page)"/>
        <w:docPartUnique/>
      </w:docPartObj>
    </w:sdtPr>
    <w:sdtContent>
      <w:p w14:paraId="5A8A504D" w14:textId="7490EDAC" w:rsidR="00BC7DB4" w:rsidRDefault="00BC7DB4">
        <w:pPr>
          <w:pStyle w:val="a7"/>
        </w:pPr>
        <w:r>
          <w:fldChar w:fldCharType="begin"/>
        </w:r>
        <w:r>
          <w:instrText>PAGE   \* MERGEFORMAT</w:instrText>
        </w:r>
        <w:r>
          <w:fldChar w:fldCharType="separate"/>
        </w:r>
        <w:r>
          <w:rPr>
            <w:lang w:val="ru-RU"/>
          </w:rPr>
          <w:t>2</w:t>
        </w:r>
        <w:r>
          <w:fldChar w:fldCharType="end"/>
        </w:r>
      </w:p>
    </w:sdtContent>
  </w:sdt>
  <w:p w14:paraId="266E372F" w14:textId="77777777" w:rsidR="00BC7DB4" w:rsidRDefault="00BC7DB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1AB74" w14:textId="77777777" w:rsidR="00746D56" w:rsidRDefault="00746D56" w:rsidP="00BC7DB4">
      <w:pPr>
        <w:spacing w:after="0" w:line="240" w:lineRule="auto"/>
      </w:pPr>
      <w:r>
        <w:separator/>
      </w:r>
    </w:p>
  </w:footnote>
  <w:footnote w:type="continuationSeparator" w:id="0">
    <w:p w14:paraId="0BD6B612" w14:textId="77777777" w:rsidR="00746D56" w:rsidRDefault="00746D56" w:rsidP="00BC7D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22C3526"/>
    <w:multiLevelType w:val="multilevel"/>
    <w:tmpl w:val="44689A9E"/>
    <w:lvl w:ilvl="0">
      <w:start w:val="1"/>
      <w:numFmt w:val="decimal"/>
      <w:pStyle w:val="1241242134"/>
      <w:lvlText w:val="%1."/>
      <w:lvlJc w:val="left"/>
      <w:pPr>
        <w:tabs>
          <w:tab w:val="left" w:pos="360"/>
        </w:tabs>
        <w:ind w:left="2280" w:hanging="360"/>
      </w:pPr>
      <w:rPr>
        <w:rFonts w:hint="default"/>
        <w:b/>
        <w:bCs/>
      </w:rPr>
    </w:lvl>
    <w:lvl w:ilvl="1">
      <w:start w:val="1"/>
      <w:numFmt w:val="decimal"/>
      <w:isLgl/>
      <w:lvlText w:val="%1.%2."/>
      <w:lvlJc w:val="left"/>
      <w:pPr>
        <w:tabs>
          <w:tab w:val="left" w:pos="420"/>
        </w:tabs>
        <w:ind w:left="455" w:hanging="420"/>
      </w:pPr>
      <w:rPr>
        <w:rFonts w:hint="default"/>
        <w:b w:val="0"/>
        <w:bCs w:val="0"/>
        <w:sz w:val="24"/>
        <w:szCs w:val="24"/>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abstractNum w:abstractNumId="10" w15:restartNumberingAfterBreak="0">
    <w:nsid w:val="3F6A7FDD"/>
    <w:multiLevelType w:val="multilevel"/>
    <w:tmpl w:val="3F6A7FDD"/>
    <w:lvl w:ilvl="0">
      <w:start w:val="10"/>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CAB0898"/>
    <w:multiLevelType w:val="multilevel"/>
    <w:tmpl w:val="A3F0B892"/>
    <w:lvl w:ilvl="0">
      <w:start w:val="10"/>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E6450B0"/>
    <w:multiLevelType w:val="multilevel"/>
    <w:tmpl w:val="7BFCDFE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A5A2825"/>
    <w:multiLevelType w:val="hybridMultilevel"/>
    <w:tmpl w:val="04822C1A"/>
    <w:lvl w:ilvl="0" w:tplc="2000000F">
      <w:start w:val="10"/>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421534814">
    <w:abstractNumId w:val="8"/>
  </w:num>
  <w:num w:numId="2" w16cid:durableId="1912614479">
    <w:abstractNumId w:val="6"/>
  </w:num>
  <w:num w:numId="3" w16cid:durableId="147671612">
    <w:abstractNumId w:val="5"/>
  </w:num>
  <w:num w:numId="4" w16cid:durableId="1459759116">
    <w:abstractNumId w:val="4"/>
  </w:num>
  <w:num w:numId="5" w16cid:durableId="1951817191">
    <w:abstractNumId w:val="7"/>
  </w:num>
  <w:num w:numId="6" w16cid:durableId="2114813118">
    <w:abstractNumId w:val="3"/>
  </w:num>
  <w:num w:numId="7" w16cid:durableId="1141383093">
    <w:abstractNumId w:val="2"/>
  </w:num>
  <w:num w:numId="8" w16cid:durableId="86272846">
    <w:abstractNumId w:val="1"/>
  </w:num>
  <w:num w:numId="9" w16cid:durableId="1563910875">
    <w:abstractNumId w:val="0"/>
  </w:num>
  <w:num w:numId="10" w16cid:durableId="2140756622">
    <w:abstractNumId w:val="9"/>
  </w:num>
  <w:num w:numId="11" w16cid:durableId="1599830875">
    <w:abstractNumId w:val="10"/>
  </w:num>
  <w:num w:numId="12" w16cid:durableId="1106077511">
    <w:abstractNumId w:val="13"/>
  </w:num>
  <w:num w:numId="13" w16cid:durableId="873736251">
    <w:abstractNumId w:val="12"/>
  </w:num>
  <w:num w:numId="14" w16cid:durableId="15680280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F87"/>
    <w:rsid w:val="00034616"/>
    <w:rsid w:val="000368A6"/>
    <w:rsid w:val="0006063C"/>
    <w:rsid w:val="00063E32"/>
    <w:rsid w:val="000E6C41"/>
    <w:rsid w:val="0015074B"/>
    <w:rsid w:val="00156620"/>
    <w:rsid w:val="00164492"/>
    <w:rsid w:val="00207027"/>
    <w:rsid w:val="00227427"/>
    <w:rsid w:val="00242F28"/>
    <w:rsid w:val="00243320"/>
    <w:rsid w:val="002532DA"/>
    <w:rsid w:val="00282475"/>
    <w:rsid w:val="0029639D"/>
    <w:rsid w:val="00326F90"/>
    <w:rsid w:val="003320EF"/>
    <w:rsid w:val="00363815"/>
    <w:rsid w:val="00373E66"/>
    <w:rsid w:val="00435CE7"/>
    <w:rsid w:val="004926D5"/>
    <w:rsid w:val="004B1AF2"/>
    <w:rsid w:val="004C5574"/>
    <w:rsid w:val="004D30B5"/>
    <w:rsid w:val="0051217F"/>
    <w:rsid w:val="00532199"/>
    <w:rsid w:val="00654C15"/>
    <w:rsid w:val="00693C56"/>
    <w:rsid w:val="006948F4"/>
    <w:rsid w:val="006D6574"/>
    <w:rsid w:val="00707389"/>
    <w:rsid w:val="007156D3"/>
    <w:rsid w:val="00746D56"/>
    <w:rsid w:val="00752E37"/>
    <w:rsid w:val="00754B91"/>
    <w:rsid w:val="007620B2"/>
    <w:rsid w:val="007E58E8"/>
    <w:rsid w:val="008F7B34"/>
    <w:rsid w:val="009625A1"/>
    <w:rsid w:val="00986B72"/>
    <w:rsid w:val="009A6A5D"/>
    <w:rsid w:val="009C7899"/>
    <w:rsid w:val="00A128CB"/>
    <w:rsid w:val="00A55DC1"/>
    <w:rsid w:val="00A74541"/>
    <w:rsid w:val="00A935BF"/>
    <w:rsid w:val="00AA1D8D"/>
    <w:rsid w:val="00B356A7"/>
    <w:rsid w:val="00B44CA6"/>
    <w:rsid w:val="00B47730"/>
    <w:rsid w:val="00BB442A"/>
    <w:rsid w:val="00BC7DB4"/>
    <w:rsid w:val="00BD741B"/>
    <w:rsid w:val="00C21506"/>
    <w:rsid w:val="00CB0664"/>
    <w:rsid w:val="00CD1358"/>
    <w:rsid w:val="00D0124F"/>
    <w:rsid w:val="00D647E4"/>
    <w:rsid w:val="00D94644"/>
    <w:rsid w:val="00DD4264"/>
    <w:rsid w:val="00DF7C6A"/>
    <w:rsid w:val="00EC195F"/>
    <w:rsid w:val="00EE0FEA"/>
    <w:rsid w:val="00F64A0B"/>
    <w:rsid w:val="00F94999"/>
    <w:rsid w:val="00F97F23"/>
    <w:rsid w:val="00FB0A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467E20"/>
  <w14:defaultImageDpi w14:val="300"/>
  <w15:docId w15:val="{965A12C2-4C3A-BC4C-9AC8-EF942600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color w:val="000000"/>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qFormat/>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ody Text Indent"/>
    <w:basedOn w:val="a1"/>
    <w:link w:val="aff9"/>
    <w:uiPriority w:val="99"/>
    <w:semiHidden/>
    <w:unhideWhenUsed/>
    <w:rsid w:val="00243320"/>
    <w:pPr>
      <w:spacing w:after="120"/>
      <w:ind w:left="283"/>
    </w:pPr>
  </w:style>
  <w:style w:type="character" w:customStyle="1" w:styleId="aff9">
    <w:name w:val="Основной текст с отступом Знак"/>
    <w:basedOn w:val="a2"/>
    <w:link w:val="aff8"/>
    <w:uiPriority w:val="99"/>
    <w:semiHidden/>
    <w:rsid w:val="00243320"/>
    <w:rPr>
      <w:rFonts w:ascii="Times New Roman" w:hAnsi="Times New Roman"/>
      <w:color w:val="000000"/>
      <w:sz w:val="24"/>
    </w:rPr>
  </w:style>
  <w:style w:type="paragraph" w:customStyle="1" w:styleId="ConsCell">
    <w:name w:val="ConsCell"/>
    <w:qFormat/>
    <w:rsid w:val="00654C15"/>
    <w:pPr>
      <w:widowControl w:val="0"/>
      <w:autoSpaceDE w:val="0"/>
      <w:autoSpaceDN w:val="0"/>
      <w:adjustRightInd w:val="0"/>
      <w:spacing w:after="160" w:line="259" w:lineRule="auto"/>
      <w:ind w:right="19772"/>
    </w:pPr>
    <w:rPr>
      <w:rFonts w:ascii="Arial" w:eastAsia="SimSun" w:hAnsi="Arial" w:cs="Arial"/>
      <w:sz w:val="20"/>
      <w:szCs w:val="20"/>
      <w:lang w:val="ru-RU" w:eastAsia="ru-RU"/>
    </w:rPr>
  </w:style>
  <w:style w:type="paragraph" w:styleId="affa">
    <w:name w:val="Normal (Web)"/>
    <w:basedOn w:val="a1"/>
    <w:uiPriority w:val="99"/>
    <w:unhideWhenUsed/>
    <w:qFormat/>
    <w:rsid w:val="00DD4264"/>
    <w:pPr>
      <w:spacing w:before="100" w:beforeAutospacing="1" w:after="100" w:afterAutospacing="1" w:line="259" w:lineRule="auto"/>
    </w:pPr>
    <w:rPr>
      <w:rFonts w:eastAsia="SimSun" w:cs="Times New Roman"/>
      <w:color w:val="auto"/>
      <w:szCs w:val="24"/>
      <w:lang w:val="ru-RU" w:eastAsia="ru-RU"/>
    </w:rPr>
  </w:style>
  <w:style w:type="paragraph" w:customStyle="1" w:styleId="1241242134">
    <w:name w:val="1241242134"/>
    <w:basedOn w:val="aff8"/>
    <w:link w:val="12412421340"/>
    <w:qFormat/>
    <w:rsid w:val="00DD4264"/>
    <w:pPr>
      <w:numPr>
        <w:numId w:val="10"/>
      </w:numPr>
      <w:spacing w:after="0" w:line="240" w:lineRule="auto"/>
      <w:ind w:left="0" w:firstLine="0"/>
    </w:pPr>
    <w:rPr>
      <w:rFonts w:eastAsia="SimSun" w:cs="Times New Roman"/>
      <w:b/>
      <w:bCs/>
      <w:color w:val="000000" w:themeColor="text1"/>
      <w:szCs w:val="24"/>
      <w:shd w:val="clear" w:color="auto" w:fill="FFFFFF"/>
      <w:lang w:eastAsia="ru-RU"/>
    </w:rPr>
  </w:style>
  <w:style w:type="character" w:customStyle="1" w:styleId="12412421340">
    <w:name w:val="1241242134 Знак"/>
    <w:basedOn w:val="aff9"/>
    <w:link w:val="1241242134"/>
    <w:rsid w:val="00DD4264"/>
    <w:rPr>
      <w:rFonts w:ascii="Times New Roman" w:eastAsia="SimSun" w:hAnsi="Times New Roman" w:cs="Times New Roman"/>
      <w:b/>
      <w:bCs/>
      <w:color w:val="000000" w:themeColor="text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5571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1753</Words>
  <Characters>9995</Characters>
  <Application>Microsoft Office Word</Application>
  <DocSecurity>0</DocSecurity>
  <Lines>83</Lines>
  <Paragraphs>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11725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Пользователь</cp:lastModifiedBy>
  <cp:revision>10</cp:revision>
  <cp:lastPrinted>2026-10-29T14:04:00Z</cp:lastPrinted>
  <dcterms:created xsi:type="dcterms:W3CDTF">2026-07-30T09:07:00Z</dcterms:created>
  <dcterms:modified xsi:type="dcterms:W3CDTF">2026-10-29T14:04:00Z</dcterms:modified>
  <cp:category/>
</cp:coreProperties>
</file>