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119" w:rsidRDefault="00304119">
      <w:pPr>
        <w:jc w:val="center"/>
        <w:rPr>
          <w:b/>
          <w:lang w:val="ru-RU"/>
        </w:rPr>
      </w:pPr>
    </w:p>
    <w:p w:rsidR="00304119" w:rsidRDefault="00304119" w:rsidP="00304119">
      <w:pPr>
        <w:ind w:left="8222"/>
        <w:rPr>
          <w:b/>
          <w:lang w:val="ru-RU"/>
        </w:rPr>
      </w:pPr>
      <w:r>
        <w:rPr>
          <w:b/>
          <w:lang w:val="ru-RU"/>
        </w:rPr>
        <w:t>Приложение 1</w:t>
      </w:r>
    </w:p>
    <w:p w:rsidR="00304119" w:rsidRDefault="00304119" w:rsidP="00304119">
      <w:pPr>
        <w:ind w:left="8222"/>
        <w:rPr>
          <w:b/>
          <w:lang w:val="ru-RU"/>
        </w:rPr>
      </w:pPr>
      <w:r>
        <w:rPr>
          <w:b/>
          <w:lang w:val="ru-RU"/>
        </w:rPr>
        <w:t>Проект договора</w:t>
      </w:r>
    </w:p>
    <w:p w:rsidR="00304119" w:rsidRDefault="00304119">
      <w:pPr>
        <w:jc w:val="center"/>
        <w:rPr>
          <w:b/>
          <w:lang w:val="ru-RU"/>
        </w:rPr>
      </w:pPr>
    </w:p>
    <w:p w:rsidR="00447F9F" w:rsidRPr="00F41307" w:rsidRDefault="00CF0253">
      <w:pPr>
        <w:jc w:val="center"/>
        <w:rPr>
          <w:lang w:val="ru-RU"/>
        </w:rPr>
      </w:pPr>
      <w:r w:rsidRPr="00F41307">
        <w:rPr>
          <w:b/>
          <w:lang w:val="ru-RU"/>
        </w:rPr>
        <w:t>ДОГОВОР ПОСТАВКИ ПРЯЖИ № ______</w:t>
      </w:r>
    </w:p>
    <w:p w:rsidR="00447F9F" w:rsidRPr="00F41307" w:rsidRDefault="00CF0253" w:rsidP="00F41307">
      <w:pPr>
        <w:rPr>
          <w:lang w:val="ru-RU"/>
        </w:rPr>
      </w:pPr>
      <w:r w:rsidRPr="00F41307">
        <w:rPr>
          <w:lang w:val="ru-RU"/>
        </w:rPr>
        <w:t>г. Жодино</w:t>
      </w:r>
      <w:r w:rsidR="00F41307">
        <w:rPr>
          <w:lang w:val="ru-RU"/>
        </w:rPr>
        <w:t xml:space="preserve">                                                                        </w:t>
      </w:r>
      <w:r w:rsidRPr="00F41307">
        <w:rPr>
          <w:lang w:val="ru-RU"/>
        </w:rPr>
        <w:t xml:space="preserve">                                                 </w:t>
      </w:r>
      <w:proofErr w:type="gramStart"/>
      <w:r w:rsidRPr="00F41307">
        <w:rPr>
          <w:lang w:val="ru-RU"/>
        </w:rPr>
        <w:t xml:space="preserve">   «</w:t>
      </w:r>
      <w:proofErr w:type="gramEnd"/>
      <w:r w:rsidRPr="00F41307">
        <w:rPr>
          <w:lang w:val="ru-RU"/>
        </w:rPr>
        <w:t>___» __________ 20___ г.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Открытое акционерное общество «</w:t>
      </w:r>
      <w:proofErr w:type="spellStart"/>
      <w:r w:rsidRPr="00F41307">
        <w:rPr>
          <w:rFonts w:cs="Times New Roman"/>
          <w:lang w:val="ru-RU"/>
        </w:rPr>
        <w:t>Св</w:t>
      </w:r>
      <w:r w:rsidRPr="00F41307">
        <w:rPr>
          <w:rFonts w:cs="Times New Roman"/>
        </w:rPr>
        <w:t>i</w:t>
      </w:r>
      <w:r w:rsidRPr="00F41307">
        <w:rPr>
          <w:rFonts w:cs="Times New Roman"/>
          <w:lang w:val="ru-RU"/>
        </w:rPr>
        <w:t>танак</w:t>
      </w:r>
      <w:proofErr w:type="spellEnd"/>
      <w:r w:rsidRPr="00F41307">
        <w:rPr>
          <w:rFonts w:cs="Times New Roman"/>
          <w:lang w:val="ru-RU"/>
        </w:rPr>
        <w:t>», г. Жодино, Республика Беларусь, именуемое в дальнейшем «Покупатель», в лице ________________________________________________, действующего на основании ________________________________, с одной стороны, и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________________________________________________________________________________, (полное наименование / Ф.И.О. поставщика), именуемое(</w:t>
      </w:r>
      <w:proofErr w:type="spellStart"/>
      <w:r w:rsidRPr="00F41307">
        <w:rPr>
          <w:rFonts w:cs="Times New Roman"/>
          <w:lang w:val="ru-RU"/>
        </w:rPr>
        <w:t>ый</w:t>
      </w:r>
      <w:proofErr w:type="spellEnd"/>
      <w:r w:rsidRPr="00F41307">
        <w:rPr>
          <w:rFonts w:cs="Times New Roman"/>
          <w:lang w:val="ru-RU"/>
        </w:rPr>
        <w:t>) в дальнейшем «Поставщик», в лице ________________________________________________, действующего на основании ________________________________, с другой стороны, совместно именуемые «Стороны», заключили настоящий Договор о нижеследующем.</w:t>
      </w:r>
    </w:p>
    <w:p w:rsidR="00447F9F" w:rsidRPr="00F41307" w:rsidRDefault="00CF0253" w:rsidP="00F41307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F41307">
        <w:rPr>
          <w:rFonts w:ascii="Times New Roman" w:hAnsi="Times New Roman" w:cs="Times New Roman"/>
          <w:color w:val="auto"/>
          <w:lang w:val="ru-RU"/>
        </w:rPr>
        <w:t>1. ПРЕДМЕТ ДОГОВОРА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1.1. Поставщик обязуется поставить, а Покупатель принять и оплатить пряжу (далее — «Товар») наименование/состав: ________________________________; тип/ассортимент: ________________________________; номер метрический </w:t>
      </w:r>
      <w:r w:rsidRPr="00F41307">
        <w:rPr>
          <w:rFonts w:cs="Times New Roman"/>
        </w:rPr>
        <w:t>Nm</w:t>
      </w:r>
      <w:bookmarkStart w:id="0" w:name="_GoBack"/>
      <w:bookmarkEnd w:id="0"/>
      <w:r w:rsidRPr="00F41307">
        <w:rPr>
          <w:rFonts w:cs="Times New Roman"/>
          <w:lang w:val="ru-RU"/>
        </w:rPr>
        <w:t xml:space="preserve"> ______ (</w:t>
      </w:r>
      <w:r w:rsidRPr="00F41307">
        <w:rPr>
          <w:rFonts w:cs="Times New Roman"/>
        </w:rPr>
        <w:t>Ne</w:t>
      </w:r>
      <w:r w:rsidRPr="00F41307">
        <w:rPr>
          <w:rFonts w:cs="Times New Roman"/>
          <w:lang w:val="ru-RU"/>
        </w:rPr>
        <w:t xml:space="preserve"> ______); производитель ________________________________; страна происхождения ________________________________; код ТН ВЭД __________________; количество ______ кг; цена за 1 кг __________________ (без НДС / с учетом применимых налогов); общая стоимость __________________.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1.2. </w:t>
      </w:r>
      <w:r w:rsidR="00F41307">
        <w:rPr>
          <w:rFonts w:cs="Times New Roman"/>
          <w:lang w:val="ru-RU"/>
        </w:rPr>
        <w:t>В процессе исполнения обязательств по настоящему Договору по поставке пряжи допускаются отклонения в количестве поставляемой пряжи в пределах</w:t>
      </w:r>
      <w:r w:rsidRPr="00F41307">
        <w:rPr>
          <w:rFonts w:cs="Times New Roman"/>
          <w:lang w:val="ru-RU"/>
        </w:rPr>
        <w:t xml:space="preserve"> ±5% от объема партии</w:t>
      </w:r>
      <w:r w:rsidR="00F41307">
        <w:rPr>
          <w:rFonts w:cs="Times New Roman"/>
          <w:lang w:val="ru-RU"/>
        </w:rPr>
        <w:t xml:space="preserve"> пряжи, подлежащей поставке.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1.4. Товар приобретается Покупателем для собственного потребления и/или производства.</w:t>
      </w:r>
    </w:p>
    <w:p w:rsidR="00447F9F" w:rsidRPr="00F41307" w:rsidRDefault="00CF0253" w:rsidP="00F41307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F41307">
        <w:rPr>
          <w:rFonts w:ascii="Times New Roman" w:hAnsi="Times New Roman" w:cs="Times New Roman"/>
          <w:color w:val="auto"/>
          <w:lang w:val="ru-RU"/>
        </w:rPr>
        <w:t>2. ЦЕНА И ПОРЯДОК РАСЧЕТОВ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2.1. </w:t>
      </w:r>
      <w:r w:rsidR="00F41307">
        <w:rPr>
          <w:rFonts w:cs="Times New Roman"/>
          <w:lang w:val="ru-RU"/>
        </w:rPr>
        <w:t>Цена на пряжу устанавливается в долларах США, не подлежит увеличению в течение всего срока действия настоящего Договора.</w:t>
      </w:r>
    </w:p>
    <w:p w:rsidR="00447F9F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2.2. Покупатель оплачивает </w:t>
      </w:r>
      <w:r w:rsidR="00C42C30">
        <w:rPr>
          <w:rFonts w:cs="Times New Roman"/>
          <w:lang w:val="ru-RU"/>
        </w:rPr>
        <w:t>поставленную пряжу путем перечисления безналичных денежных средств на расчетный счет Поставщика (платежным поручением) в течение</w:t>
      </w:r>
      <w:r w:rsidRPr="00F41307">
        <w:rPr>
          <w:rFonts w:cs="Times New Roman"/>
          <w:lang w:val="ru-RU"/>
        </w:rPr>
        <w:t xml:space="preserve"> ______ календарных дней с</w:t>
      </w:r>
      <w:r w:rsidR="00C42C30">
        <w:rPr>
          <w:rFonts w:cs="Times New Roman"/>
          <w:lang w:val="ru-RU"/>
        </w:rPr>
        <w:t>о дня</w:t>
      </w:r>
      <w:r w:rsidRPr="00F41307">
        <w:rPr>
          <w:rFonts w:cs="Times New Roman"/>
          <w:lang w:val="ru-RU"/>
        </w:rPr>
        <w:t xml:space="preserve"> поставки.</w:t>
      </w:r>
      <w:r w:rsidR="00C42C30">
        <w:rPr>
          <w:rFonts w:cs="Times New Roman"/>
          <w:lang w:val="ru-RU"/>
        </w:rPr>
        <w:t xml:space="preserve"> Валюта платежа – доллар США. Датой оплаты считается дата списания денежных средств с расчетного счета Покупателя.</w:t>
      </w:r>
    </w:p>
    <w:p w:rsidR="00C42C30" w:rsidRDefault="00C42C30" w:rsidP="00C42C30">
      <w:p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ЛИБО:</w:t>
      </w:r>
    </w:p>
    <w:p w:rsidR="00C42C30" w:rsidRPr="00C42C30" w:rsidRDefault="00C42C30" w:rsidP="00C42C30">
      <w:pPr>
        <w:jc w:val="both"/>
        <w:rPr>
          <w:rFonts w:cs="Times New Roman"/>
          <w:lang w:val="ru-RU"/>
        </w:rPr>
      </w:pPr>
      <w:r w:rsidRPr="00C42C30">
        <w:rPr>
          <w:snapToGrid w:val="0"/>
          <w:lang w:val="ru-RU"/>
        </w:rPr>
        <w:t>Покупатель оплачивает поставленную пряжу путем перечисления безналичных денежных средств на расчетный счет Поставщика (платежным поручением) в порядке 100% предоплаты. Валюта платежа – белорусский рубль по курсу Национального банка Республики Беларусь на дату оплаты. Датой оплаты считается дата списания денежных средств с расчетного счета Покупателя.</w:t>
      </w:r>
    </w:p>
    <w:p w:rsidR="00C42C30" w:rsidRPr="00F41307" w:rsidRDefault="00C42C30" w:rsidP="00F41307">
      <w:pPr>
        <w:jc w:val="both"/>
        <w:rPr>
          <w:rFonts w:cs="Times New Roman"/>
          <w:lang w:val="ru-RU"/>
        </w:rPr>
      </w:pP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2.3. Общая сумма Договора составляет ________________________________ (_________________________</w:t>
      </w:r>
      <w:r w:rsidR="00C42C30">
        <w:rPr>
          <w:rFonts w:cs="Times New Roman"/>
          <w:lang w:val="ru-RU"/>
        </w:rPr>
        <w:t>_______), включая НДС / без НДС</w:t>
      </w:r>
      <w:r w:rsidRPr="00F41307">
        <w:rPr>
          <w:rFonts w:cs="Times New Roman"/>
          <w:lang w:val="ru-RU"/>
        </w:rPr>
        <w:t xml:space="preserve">. 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2.</w:t>
      </w:r>
      <w:r w:rsidR="00705DC5">
        <w:rPr>
          <w:rFonts w:cs="Times New Roman"/>
          <w:lang w:val="ru-RU"/>
        </w:rPr>
        <w:t>4</w:t>
      </w:r>
      <w:r w:rsidRPr="00F41307">
        <w:rPr>
          <w:rFonts w:cs="Times New Roman"/>
          <w:lang w:val="ru-RU"/>
        </w:rPr>
        <w:t xml:space="preserve">. </w:t>
      </w:r>
      <w:r w:rsidR="00705DC5">
        <w:rPr>
          <w:rFonts w:cs="Times New Roman"/>
          <w:lang w:val="ru-RU"/>
        </w:rPr>
        <w:t xml:space="preserve">При осуществлении расчетов комиссионные расходы, взимаемые </w:t>
      </w:r>
      <w:proofErr w:type="gramStart"/>
      <w:r w:rsidR="00705DC5">
        <w:rPr>
          <w:rFonts w:cs="Times New Roman"/>
          <w:lang w:val="ru-RU"/>
        </w:rPr>
        <w:t>банками</w:t>
      </w:r>
      <w:proofErr w:type="gramEnd"/>
      <w:r w:rsidR="00705DC5">
        <w:rPr>
          <w:rFonts w:cs="Times New Roman"/>
          <w:lang w:val="ru-RU"/>
        </w:rPr>
        <w:t xml:space="preserve"> оплачивает Покупатель.</w:t>
      </w:r>
    </w:p>
    <w:p w:rsidR="00447F9F" w:rsidRPr="00F41307" w:rsidRDefault="00CF0253" w:rsidP="00705DC5">
      <w:pPr>
        <w:pStyle w:val="1"/>
        <w:jc w:val="center"/>
        <w:rPr>
          <w:rFonts w:ascii="Times New Roman" w:hAnsi="Times New Roman" w:cs="Times New Roman"/>
          <w:lang w:val="ru-RU"/>
        </w:rPr>
      </w:pPr>
      <w:r w:rsidRPr="00705DC5">
        <w:rPr>
          <w:rFonts w:ascii="Times New Roman" w:hAnsi="Times New Roman" w:cs="Times New Roman"/>
          <w:color w:val="auto"/>
          <w:lang w:val="ru-RU"/>
        </w:rPr>
        <w:t>3. ПОРЯДОК И СРОКИ ПОСТАВКИ</w:t>
      </w:r>
    </w:p>
    <w:p w:rsidR="00705DC5" w:rsidRPr="00705DC5" w:rsidRDefault="00705DC5" w:rsidP="00705DC5">
      <w:pPr>
        <w:jc w:val="both"/>
        <w:rPr>
          <w:rFonts w:cs="Times New Roman"/>
          <w:sz w:val="22"/>
          <w:lang w:val="ru-RU" w:eastAsia="ru-RU"/>
        </w:rPr>
      </w:pPr>
      <w:r>
        <w:rPr>
          <w:rFonts w:cs="Times New Roman"/>
          <w:lang w:val="ru-RU"/>
        </w:rPr>
        <w:t xml:space="preserve">3.1. </w:t>
      </w:r>
      <w:r w:rsidRPr="00705DC5">
        <w:rPr>
          <w:rFonts w:cs="Times New Roman"/>
          <w:snapToGrid w:val="0"/>
          <w:sz w:val="22"/>
          <w:lang w:val="ru-RU" w:eastAsia="ru-RU"/>
        </w:rPr>
        <w:t xml:space="preserve">Поставка пряжи производится автомобильным транспортом и считается выполненной в момент прибытия транспортного средства на условиях </w:t>
      </w:r>
      <w:r>
        <w:rPr>
          <w:rFonts w:cs="Times New Roman"/>
          <w:snapToGrid w:val="0"/>
          <w:sz w:val="22"/>
          <w:lang w:val="ru-RU" w:eastAsia="ru-RU"/>
        </w:rPr>
        <w:t>______</w:t>
      </w:r>
      <w:r w:rsidRPr="00705DC5">
        <w:rPr>
          <w:rFonts w:cs="Times New Roman"/>
          <w:snapToGrid w:val="0"/>
          <w:sz w:val="22"/>
          <w:lang w:val="ru-RU" w:eastAsia="ru-RU"/>
        </w:rPr>
        <w:t xml:space="preserve"> </w:t>
      </w:r>
      <w:r w:rsidRPr="00705DC5">
        <w:rPr>
          <w:rFonts w:cs="Times New Roman"/>
          <w:sz w:val="22"/>
          <w:lang w:val="ru-RU" w:eastAsia="ru-RU"/>
        </w:rPr>
        <w:t xml:space="preserve">г. Жодино </w:t>
      </w:r>
      <w:r w:rsidRPr="00705DC5">
        <w:rPr>
          <w:rFonts w:cs="Times New Roman"/>
          <w:snapToGrid w:val="0"/>
          <w:sz w:val="22"/>
          <w:lang w:val="ru-RU" w:eastAsia="ru-RU"/>
        </w:rPr>
        <w:t>(</w:t>
      </w:r>
      <w:proofErr w:type="spellStart"/>
      <w:r w:rsidRPr="00705DC5">
        <w:rPr>
          <w:rFonts w:cs="Times New Roman"/>
          <w:snapToGrid w:val="0"/>
          <w:sz w:val="22"/>
          <w:lang w:val="ru-RU" w:eastAsia="ru-RU"/>
        </w:rPr>
        <w:t>Инкотермс</w:t>
      </w:r>
      <w:proofErr w:type="spellEnd"/>
      <w:r w:rsidRPr="00705DC5">
        <w:rPr>
          <w:rFonts w:cs="Times New Roman"/>
          <w:snapToGrid w:val="0"/>
          <w:sz w:val="22"/>
          <w:lang w:val="ru-RU" w:eastAsia="ru-RU"/>
        </w:rPr>
        <w:t xml:space="preserve"> 2020)</w:t>
      </w:r>
      <w:r w:rsidRPr="00705DC5">
        <w:rPr>
          <w:rFonts w:cs="Times New Roman"/>
          <w:sz w:val="22"/>
          <w:lang w:val="ru-RU" w:eastAsia="ru-RU"/>
        </w:rPr>
        <w:t xml:space="preserve"> на склад Покупателя: г. Жодино, ул. 8 Марта, 1. Товар проходит таможенную очистку на ПТО «Жодино-Логистик», г. Жодино, ул. Богуслав Поле 2</w:t>
      </w:r>
      <w:r w:rsidRPr="00705DC5">
        <w:rPr>
          <w:rFonts w:cs="Times New Roman"/>
          <w:snapToGrid w:val="0"/>
          <w:sz w:val="22"/>
          <w:lang w:val="ru-RU" w:eastAsia="ru-RU"/>
        </w:rPr>
        <w:t>, код 06613.</w:t>
      </w:r>
      <w:r w:rsidRPr="00705DC5">
        <w:rPr>
          <w:rFonts w:cs="Times New Roman"/>
          <w:sz w:val="22"/>
          <w:lang w:val="ru-RU" w:eastAsia="ru-RU"/>
        </w:rPr>
        <w:t xml:space="preserve"> </w:t>
      </w:r>
    </w:p>
    <w:p w:rsidR="00705DC5" w:rsidRPr="00705DC5" w:rsidRDefault="00705DC5" w:rsidP="00705DC5">
      <w:pPr>
        <w:spacing w:after="0" w:line="240" w:lineRule="auto"/>
        <w:jc w:val="both"/>
        <w:rPr>
          <w:rFonts w:cs="Times New Roman"/>
          <w:sz w:val="22"/>
          <w:lang w:val="ru-RU" w:eastAsia="ru-RU"/>
        </w:rPr>
      </w:pPr>
      <w:r w:rsidRPr="00705DC5">
        <w:rPr>
          <w:rFonts w:cs="Times New Roman"/>
          <w:sz w:val="22"/>
          <w:lang w:val="ru-RU" w:eastAsia="ru-RU"/>
        </w:rPr>
        <w:t>Покупатель не несет ответственность за простой транспорт и другие расходы, понесенные Поставщиком в случае поставки пряжи в несогласованные сроки.</w:t>
      </w:r>
    </w:p>
    <w:p w:rsidR="00705DC5" w:rsidRPr="00705DC5" w:rsidRDefault="00705DC5" w:rsidP="00705DC5">
      <w:pPr>
        <w:spacing w:after="0" w:line="240" w:lineRule="auto"/>
        <w:jc w:val="both"/>
        <w:rPr>
          <w:rFonts w:cs="Times New Roman"/>
          <w:sz w:val="22"/>
          <w:lang w:val="ru-RU" w:eastAsia="ru-RU"/>
        </w:rPr>
      </w:pPr>
      <w:r w:rsidRPr="00705DC5">
        <w:rPr>
          <w:rFonts w:cs="Times New Roman"/>
          <w:snapToGrid w:val="0"/>
          <w:sz w:val="22"/>
          <w:lang w:val="ru-RU" w:eastAsia="ru-RU"/>
        </w:rPr>
        <w:t xml:space="preserve">Поставка пряжи с территории </w:t>
      </w:r>
      <w:r>
        <w:rPr>
          <w:rFonts w:cs="Times New Roman"/>
          <w:snapToGrid w:val="0"/>
          <w:sz w:val="22"/>
          <w:lang w:val="ru-RU" w:eastAsia="ru-RU"/>
        </w:rPr>
        <w:t>____________</w:t>
      </w:r>
      <w:r w:rsidRPr="00705DC5">
        <w:rPr>
          <w:rFonts w:cs="Times New Roman"/>
          <w:snapToGrid w:val="0"/>
          <w:sz w:val="22"/>
          <w:lang w:val="ru-RU" w:eastAsia="ru-RU"/>
        </w:rPr>
        <w:t xml:space="preserve"> на территорию Республики Беларусь осуществляется автомобильным транспортом транзитом через территорию </w:t>
      </w:r>
      <w:r>
        <w:rPr>
          <w:rFonts w:cs="Times New Roman"/>
          <w:snapToGrid w:val="0"/>
          <w:sz w:val="22"/>
          <w:lang w:val="ru-RU" w:eastAsia="ru-RU"/>
        </w:rPr>
        <w:t>____________________</w:t>
      </w:r>
      <w:r w:rsidRPr="00705DC5">
        <w:rPr>
          <w:rFonts w:cs="Times New Roman"/>
          <w:snapToGrid w:val="0"/>
          <w:sz w:val="22"/>
          <w:lang w:val="ru-RU" w:eastAsia="ru-RU"/>
        </w:rPr>
        <w:t xml:space="preserve">. </w:t>
      </w:r>
    </w:p>
    <w:p w:rsidR="00705DC5" w:rsidRDefault="00705DC5" w:rsidP="00F41307">
      <w:p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ЛИБО:</w:t>
      </w:r>
    </w:p>
    <w:p w:rsidR="00705DC5" w:rsidRPr="00705DC5" w:rsidRDefault="00705DC5" w:rsidP="00705DC5">
      <w:pPr>
        <w:jc w:val="both"/>
        <w:rPr>
          <w:rFonts w:cs="Times New Roman"/>
          <w:lang w:val="ru-RU"/>
        </w:rPr>
      </w:pPr>
      <w:r w:rsidRPr="00705DC5">
        <w:rPr>
          <w:rFonts w:cs="Times New Roman"/>
          <w:lang w:val="ru-RU"/>
        </w:rPr>
        <w:lastRenderedPageBreak/>
        <w:t>Поставка товара до склада Покупателя производится автомобильным транспортом Покупателя и за его счет.</w:t>
      </w:r>
    </w:p>
    <w:p w:rsidR="00705DC5" w:rsidRPr="00705DC5" w:rsidRDefault="00CF0253" w:rsidP="00705DC5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3.</w:t>
      </w:r>
      <w:r w:rsidR="00705DC5">
        <w:rPr>
          <w:rFonts w:cs="Times New Roman"/>
          <w:lang w:val="ru-RU"/>
        </w:rPr>
        <w:t>2</w:t>
      </w:r>
      <w:r w:rsidRPr="00F41307">
        <w:rPr>
          <w:rFonts w:cs="Times New Roman"/>
          <w:lang w:val="ru-RU"/>
        </w:rPr>
        <w:t xml:space="preserve">. </w:t>
      </w:r>
      <w:r w:rsidR="00705DC5" w:rsidRPr="00705DC5">
        <w:rPr>
          <w:rFonts w:cs="Times New Roman"/>
          <w:lang w:val="ru-RU"/>
        </w:rPr>
        <w:t xml:space="preserve">Срок поставки товара </w:t>
      </w:r>
      <w:r w:rsidR="00705DC5">
        <w:rPr>
          <w:rFonts w:cs="Times New Roman"/>
          <w:lang w:val="ru-RU"/>
        </w:rPr>
        <w:t>_____________</w:t>
      </w:r>
      <w:r w:rsidR="00705DC5" w:rsidRPr="00705DC5">
        <w:rPr>
          <w:rFonts w:cs="Times New Roman"/>
          <w:lang w:val="ru-RU"/>
        </w:rPr>
        <w:t xml:space="preserve">календарных дней с момента подписания </w:t>
      </w:r>
      <w:r w:rsidR="00705DC5">
        <w:rPr>
          <w:rFonts w:cs="Times New Roman"/>
          <w:lang w:val="ru-RU"/>
        </w:rPr>
        <w:t>Договора</w:t>
      </w:r>
      <w:r w:rsidR="00705DC5" w:rsidRPr="00705DC5">
        <w:rPr>
          <w:rFonts w:cs="Times New Roman"/>
          <w:lang w:val="ru-RU"/>
        </w:rPr>
        <w:t>.</w:t>
      </w:r>
    </w:p>
    <w:p w:rsidR="00705DC5" w:rsidRDefault="00705DC5" w:rsidP="00705DC5">
      <w:pPr>
        <w:jc w:val="both"/>
        <w:rPr>
          <w:rFonts w:cs="Times New Roman"/>
          <w:lang w:val="ru-RU"/>
        </w:rPr>
      </w:pPr>
      <w:r w:rsidRPr="00705DC5">
        <w:rPr>
          <w:rFonts w:cs="Times New Roman"/>
          <w:lang w:val="ru-RU"/>
        </w:rPr>
        <w:t>В течение 24 часов после передачи пряжи грузоперевозчику Поставщик обязан за свой счёт сообщить Покупателю по факсимильной связ</w:t>
      </w:r>
      <w:r>
        <w:rPr>
          <w:rFonts w:cs="Times New Roman"/>
          <w:lang w:val="ru-RU"/>
        </w:rPr>
        <w:t>и дату отгрузки, номер Договора</w:t>
      </w:r>
      <w:r w:rsidRPr="00705DC5">
        <w:rPr>
          <w:rFonts w:cs="Times New Roman"/>
          <w:lang w:val="ru-RU"/>
        </w:rPr>
        <w:t xml:space="preserve">, номер накладной, наименование и количество отгруженной пряжи, ее общую стоимость, место назначения и направить на электронный адрес: </w:t>
      </w:r>
      <w:hyperlink r:id="rId6" w:history="1">
        <w:proofErr w:type="spellStart"/>
        <w:r w:rsidRPr="00705DC5">
          <w:rPr>
            <w:rStyle w:val="aff8"/>
            <w:rFonts w:cs="Times New Roman"/>
          </w:rPr>
          <w:t>snabdep</w:t>
        </w:r>
        <w:proofErr w:type="spellEnd"/>
        <w:r w:rsidRPr="00705DC5">
          <w:rPr>
            <w:rStyle w:val="aff8"/>
            <w:rFonts w:cs="Times New Roman"/>
            <w:lang w:val="ru-RU"/>
          </w:rPr>
          <w:t>@</w:t>
        </w:r>
        <w:proofErr w:type="spellStart"/>
        <w:r w:rsidRPr="00705DC5">
          <w:rPr>
            <w:rStyle w:val="aff8"/>
            <w:rFonts w:cs="Times New Roman"/>
          </w:rPr>
          <w:t>svitanak</w:t>
        </w:r>
        <w:proofErr w:type="spellEnd"/>
        <w:r w:rsidRPr="00705DC5">
          <w:rPr>
            <w:rStyle w:val="aff8"/>
            <w:rFonts w:cs="Times New Roman"/>
            <w:lang w:val="ru-RU"/>
          </w:rPr>
          <w:t>.</w:t>
        </w:r>
        <w:r w:rsidRPr="00705DC5">
          <w:rPr>
            <w:rStyle w:val="aff8"/>
            <w:rFonts w:cs="Times New Roman"/>
          </w:rPr>
          <w:t>by</w:t>
        </w:r>
      </w:hyperlink>
      <w:r w:rsidRPr="00705DC5">
        <w:rPr>
          <w:rFonts w:cs="Times New Roman"/>
          <w:lang w:val="ru-RU"/>
        </w:rPr>
        <w:t>.</w:t>
      </w:r>
    </w:p>
    <w:p w:rsidR="00705DC5" w:rsidRDefault="00705DC5" w:rsidP="00705DC5">
      <w:p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ЛИБО:</w:t>
      </w:r>
    </w:p>
    <w:p w:rsidR="00705DC5" w:rsidRPr="00705DC5" w:rsidRDefault="00705DC5" w:rsidP="00705DC5">
      <w:pPr>
        <w:jc w:val="both"/>
        <w:rPr>
          <w:rFonts w:cs="Times New Roman"/>
          <w:lang w:val="ru-RU"/>
        </w:rPr>
      </w:pPr>
      <w:r w:rsidRPr="00705DC5">
        <w:rPr>
          <w:rFonts w:cs="Times New Roman"/>
          <w:lang w:val="ru-RU"/>
        </w:rPr>
        <w:t xml:space="preserve">Поставка пряжи производится отдельными партиями. Ассортимент и количество поставляемой партии пряжи определяется в спецификации. </w:t>
      </w:r>
    </w:p>
    <w:p w:rsidR="00CF7604" w:rsidRDefault="00CF0253" w:rsidP="00CF7604">
      <w:pPr>
        <w:jc w:val="both"/>
        <w:rPr>
          <w:rFonts w:cs="Times New Roman"/>
          <w:bCs/>
          <w:lang w:val="ru-RU"/>
        </w:rPr>
      </w:pPr>
      <w:r w:rsidRPr="00F41307">
        <w:rPr>
          <w:rFonts w:cs="Times New Roman"/>
          <w:lang w:val="ru-RU"/>
        </w:rPr>
        <w:t>3.</w:t>
      </w:r>
      <w:r w:rsidR="00705DC5">
        <w:rPr>
          <w:rFonts w:cs="Times New Roman"/>
          <w:lang w:val="ru-RU"/>
        </w:rPr>
        <w:t>3</w:t>
      </w:r>
      <w:r w:rsidRPr="00F41307">
        <w:rPr>
          <w:rFonts w:cs="Times New Roman"/>
          <w:lang w:val="ru-RU"/>
        </w:rPr>
        <w:t xml:space="preserve">. </w:t>
      </w:r>
      <w:r w:rsidR="00CF7604" w:rsidRPr="00CF7604">
        <w:rPr>
          <w:rFonts w:cs="Times New Roman"/>
          <w:lang w:val="ru-RU"/>
        </w:rPr>
        <w:t xml:space="preserve">Поставщик обязуется передать вместе с поставляемой партией пряжи следующий перечень документов: счет-фактуру, упаковочный лист с разбивкой по весам брутто и нетто, сертификат происхождения, сертификат качества, </w:t>
      </w:r>
      <w:proofErr w:type="gramStart"/>
      <w:r w:rsidR="00CF7604" w:rsidRPr="00CF7604">
        <w:rPr>
          <w:rFonts w:cs="Times New Roman"/>
          <w:lang w:val="ru-RU"/>
        </w:rPr>
        <w:t>фито-санитарный</w:t>
      </w:r>
      <w:proofErr w:type="gramEnd"/>
      <w:r w:rsidR="00CF7604" w:rsidRPr="00CF7604">
        <w:rPr>
          <w:rFonts w:cs="Times New Roman"/>
          <w:lang w:val="ru-RU"/>
        </w:rPr>
        <w:t xml:space="preserve"> сертификат, международную товарно-транспортную накладную</w:t>
      </w:r>
      <w:r w:rsidR="00CF7604" w:rsidRPr="00CF7604">
        <w:rPr>
          <w:rFonts w:cs="Times New Roman"/>
          <w:bCs/>
          <w:lang w:val="ru-RU"/>
        </w:rPr>
        <w:t>.</w:t>
      </w:r>
    </w:p>
    <w:p w:rsidR="00CF7604" w:rsidRPr="00CF7604" w:rsidRDefault="00CF0253" w:rsidP="00CF7604">
      <w:pPr>
        <w:jc w:val="both"/>
        <w:rPr>
          <w:rFonts w:cs="Times New Roman"/>
          <w:bCs/>
          <w:lang w:val="ru-RU"/>
        </w:rPr>
      </w:pPr>
      <w:r w:rsidRPr="00F41307">
        <w:rPr>
          <w:rFonts w:cs="Times New Roman"/>
          <w:lang w:val="ru-RU"/>
        </w:rPr>
        <w:t>3.</w:t>
      </w:r>
      <w:r w:rsidR="00CF7604">
        <w:rPr>
          <w:rFonts w:cs="Times New Roman"/>
          <w:lang w:val="ru-RU"/>
        </w:rPr>
        <w:t>4</w:t>
      </w:r>
      <w:r w:rsidRPr="00F41307">
        <w:rPr>
          <w:rFonts w:cs="Times New Roman"/>
          <w:lang w:val="ru-RU"/>
        </w:rPr>
        <w:t xml:space="preserve">. </w:t>
      </w:r>
      <w:r w:rsidR="00CF7604" w:rsidRPr="00CF7604">
        <w:rPr>
          <w:rFonts w:cs="Times New Roman"/>
          <w:lang w:val="ru-RU"/>
        </w:rPr>
        <w:t xml:space="preserve">Риск случайной гибели или повреждения пряжи переходит к Покупателю в момент получения пряжи </w:t>
      </w:r>
      <w:r w:rsidR="00CF7604">
        <w:rPr>
          <w:rFonts w:cs="Times New Roman"/>
          <w:lang w:val="ru-RU"/>
        </w:rPr>
        <w:t>на условиях _________</w:t>
      </w:r>
      <w:r w:rsidR="00CF7604" w:rsidRPr="00CF7604">
        <w:rPr>
          <w:rFonts w:cs="Times New Roman"/>
          <w:lang w:val="ru-RU"/>
        </w:rPr>
        <w:t xml:space="preserve"> г. Жодино (</w:t>
      </w:r>
      <w:proofErr w:type="spellStart"/>
      <w:r w:rsidR="00CF7604" w:rsidRPr="00CF7604">
        <w:rPr>
          <w:rFonts w:cs="Times New Roman"/>
          <w:lang w:val="ru-RU"/>
        </w:rPr>
        <w:t>Инкотермс</w:t>
      </w:r>
      <w:proofErr w:type="spellEnd"/>
      <w:r w:rsidR="00CF7604" w:rsidRPr="00CF7604">
        <w:rPr>
          <w:rFonts w:cs="Times New Roman"/>
          <w:lang w:val="ru-RU"/>
        </w:rPr>
        <w:t xml:space="preserve"> 2020) на складе Покупателя: г. Жодино, ул. 8 Марта, 1.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3.</w:t>
      </w:r>
      <w:r w:rsidR="00CF7604">
        <w:rPr>
          <w:rFonts w:cs="Times New Roman"/>
          <w:lang w:val="ru-RU"/>
        </w:rPr>
        <w:t>5</w:t>
      </w:r>
      <w:r w:rsidRPr="00F41307">
        <w:rPr>
          <w:rFonts w:cs="Times New Roman"/>
          <w:lang w:val="ru-RU"/>
        </w:rPr>
        <w:t>. Поставщик гарантирует, что Товар свободен от прав и притязаний третьих лиц.</w:t>
      </w:r>
    </w:p>
    <w:p w:rsidR="00447F9F" w:rsidRPr="00CF7604" w:rsidRDefault="00CF0253" w:rsidP="00CF7604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CF7604">
        <w:rPr>
          <w:rFonts w:ascii="Times New Roman" w:hAnsi="Times New Roman" w:cs="Times New Roman"/>
          <w:color w:val="auto"/>
          <w:lang w:val="ru-RU"/>
        </w:rPr>
        <w:t>4. КАЧЕСТВО, МАРКИРОВКА И ПРИЕМКА</w:t>
      </w:r>
    </w:p>
    <w:p w:rsidR="00CF7604" w:rsidRPr="00CF7604" w:rsidRDefault="00CF0253" w:rsidP="00CF7604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4.1. </w:t>
      </w:r>
      <w:r w:rsidR="00CF7604" w:rsidRPr="00CF7604">
        <w:rPr>
          <w:rFonts w:cs="Times New Roman"/>
          <w:lang w:val="ru-RU"/>
        </w:rPr>
        <w:t>Поставляемая пряжа должна сопровождаться сертификатом происхождения, паспортом и сертификатом качества предприятия-изготовителя на каждую партию пряжи, а также одним из следующих документов:</w:t>
      </w:r>
    </w:p>
    <w:p w:rsidR="00CF7604" w:rsidRPr="00CF7604" w:rsidRDefault="00CF7604" w:rsidP="00CF7604">
      <w:pPr>
        <w:jc w:val="both"/>
        <w:rPr>
          <w:rFonts w:cs="Times New Roman"/>
          <w:lang w:val="ru-RU"/>
        </w:rPr>
      </w:pPr>
      <w:r w:rsidRPr="00CF7604">
        <w:rPr>
          <w:rFonts w:cs="Times New Roman"/>
          <w:lang w:val="ru-RU"/>
        </w:rPr>
        <w:t>- фитосанитарный сертификат;</w:t>
      </w:r>
    </w:p>
    <w:p w:rsidR="00CF7604" w:rsidRPr="00CF7604" w:rsidRDefault="00CF7604" w:rsidP="00CF7604">
      <w:pPr>
        <w:jc w:val="both"/>
        <w:rPr>
          <w:rFonts w:cs="Times New Roman"/>
          <w:lang w:val="ru-RU"/>
        </w:rPr>
      </w:pPr>
      <w:r w:rsidRPr="00CF7604">
        <w:rPr>
          <w:rFonts w:cs="Times New Roman"/>
          <w:lang w:val="ru-RU"/>
        </w:rPr>
        <w:t>- сертификат «</w:t>
      </w:r>
      <w:proofErr w:type="spellStart"/>
      <w:r w:rsidRPr="00CF7604">
        <w:rPr>
          <w:rFonts w:cs="Times New Roman"/>
          <w:lang w:val="ru-RU"/>
        </w:rPr>
        <w:t>Uster</w:t>
      </w:r>
      <w:proofErr w:type="spellEnd"/>
      <w:r w:rsidRPr="00CF7604">
        <w:rPr>
          <w:rFonts w:cs="Times New Roman"/>
          <w:lang w:val="ru-RU"/>
        </w:rPr>
        <w:t xml:space="preserve"> лаборатория;</w:t>
      </w:r>
    </w:p>
    <w:p w:rsidR="00CF7604" w:rsidRPr="00CF7604" w:rsidRDefault="00CF7604" w:rsidP="00CF7604">
      <w:pPr>
        <w:jc w:val="both"/>
        <w:rPr>
          <w:rFonts w:cs="Times New Roman"/>
          <w:lang w:val="ru-RU"/>
        </w:rPr>
      </w:pPr>
      <w:r w:rsidRPr="00CF7604">
        <w:rPr>
          <w:rFonts w:cs="Times New Roman"/>
          <w:lang w:val="ru-RU"/>
        </w:rPr>
        <w:t>- испытания санитарной лаборатории;</w:t>
      </w:r>
    </w:p>
    <w:p w:rsidR="00CF7604" w:rsidRPr="00CF7604" w:rsidRDefault="00CF7604" w:rsidP="00CF7604">
      <w:pPr>
        <w:jc w:val="both"/>
        <w:rPr>
          <w:rFonts w:cs="Times New Roman"/>
          <w:lang w:val="ru-RU"/>
        </w:rPr>
      </w:pPr>
      <w:r w:rsidRPr="00CF7604">
        <w:rPr>
          <w:rFonts w:cs="Times New Roman"/>
          <w:lang w:val="ru-RU"/>
        </w:rPr>
        <w:t>- иные документы, подтверждающие безопасность пряжи;</w:t>
      </w:r>
    </w:p>
    <w:p w:rsidR="00447F9F" w:rsidRDefault="00CF7604" w:rsidP="00CF7604">
      <w:pPr>
        <w:jc w:val="both"/>
        <w:rPr>
          <w:rFonts w:cs="Times New Roman"/>
          <w:lang w:val="ru-RU"/>
        </w:rPr>
      </w:pPr>
      <w:r w:rsidRPr="00CF7604">
        <w:rPr>
          <w:rFonts w:cs="Times New Roman"/>
          <w:lang w:val="ru-RU"/>
        </w:rPr>
        <w:t>- сертификат страны происхождения (форма СТ-1).</w:t>
      </w:r>
    </w:p>
    <w:p w:rsidR="00CF7604" w:rsidRPr="00F41307" w:rsidRDefault="00CF7604" w:rsidP="00CF7604">
      <w:pPr>
        <w:jc w:val="both"/>
        <w:rPr>
          <w:rFonts w:cs="Times New Roman"/>
          <w:lang w:val="ru-RU"/>
        </w:rPr>
      </w:pPr>
      <w:r w:rsidRPr="00CF7604">
        <w:rPr>
          <w:rFonts w:cs="Times New Roman"/>
          <w:lang w:val="ru-RU"/>
        </w:rPr>
        <w:t>Упаковка пряжи должна соответствовать сохранности при транспортировке. На каждом упаковочном месте должна быть этикетка с указанием вида, номера пряжи, номера партии (лота), наименование фабрики-производителя, название страны фабрики-производителя.</w:t>
      </w:r>
    </w:p>
    <w:p w:rsidR="00CF7604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4</w:t>
      </w:r>
      <w:r w:rsidR="00CF7604">
        <w:rPr>
          <w:rFonts w:cs="Times New Roman"/>
          <w:lang w:val="ru-RU"/>
        </w:rPr>
        <w:t xml:space="preserve">.2. </w:t>
      </w:r>
      <w:r w:rsidR="00CF7604" w:rsidRPr="00CF7604">
        <w:rPr>
          <w:rFonts w:cs="Times New Roman"/>
          <w:lang w:val="ru-RU"/>
        </w:rPr>
        <w:t xml:space="preserve">Качество пряжи должно соответствовать ГОСТ 9092-81 кроме показателей, оговоренных настоящим </w:t>
      </w:r>
      <w:r w:rsidR="00CF7604">
        <w:rPr>
          <w:rFonts w:cs="Times New Roman"/>
          <w:lang w:val="ru-RU"/>
        </w:rPr>
        <w:t>Договором</w:t>
      </w:r>
      <w:r w:rsidR="00CF7604" w:rsidRPr="00CF7604">
        <w:rPr>
          <w:rFonts w:cs="Times New Roman"/>
          <w:lang w:val="ru-RU"/>
        </w:rPr>
        <w:t xml:space="preserve">. 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4.3. </w:t>
      </w:r>
      <w:r w:rsidR="00CF7604" w:rsidRPr="00CF7604">
        <w:rPr>
          <w:rFonts w:cs="Times New Roman"/>
          <w:lang w:val="ru-RU"/>
        </w:rPr>
        <w:t>При выявлении несоответствия количества поставленной пряжи заявленному в международной товарно-транспортной накладной, а также при выявлении несоответствия качества пряжи, ее маркировки и тары или упаковки установленным требованиям в случае необходимости составления двустороннего акта вызов представителя Поставщика является обязательным. В том случае, если представитель Поставщика в письменной форме уведомит Покупателя о невозможности своего участия в приемке пряжи по количеству и качеству, последний имеет право произвести приемку пряжи самостоятельно, без участия иных представителей, указанных в п. 6 «Положения о приемке товаров по количеству и качеству», утвержденного Постановлением Совета Министров Республики Беларусь от 03.09.2008 г. № 1290.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4.4. Если при испытаниях выявлены отклонения отдельных физико-механических показателей в сторону ухудшения относительно Приложения № 1, приемка партии может производиться по результатам выработки опытной партии полотна. Качественные показатели полотна должны соответствовать характеристикам, утвержденным Покупателем на момент приемки. При несоответствии Стороны согласовывают уценку или возврат партии.</w:t>
      </w:r>
    </w:p>
    <w:p w:rsidR="00CF7604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4.5. </w:t>
      </w:r>
      <w:r w:rsidR="00CF7604" w:rsidRPr="00CF7604">
        <w:rPr>
          <w:rFonts w:cs="Times New Roman"/>
          <w:lang w:val="ru-RU"/>
        </w:rPr>
        <w:t>Все расходы и обязательные платежи по возврату некачественной пряжи относятся на Поставщика.</w:t>
      </w:r>
    </w:p>
    <w:p w:rsidR="00CF7604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4.6. </w:t>
      </w:r>
      <w:r w:rsidR="00CF7604" w:rsidRPr="00CF7604">
        <w:rPr>
          <w:rFonts w:cs="Times New Roman"/>
          <w:lang w:val="ru-RU"/>
        </w:rPr>
        <w:t xml:space="preserve">Скрытые пороки пряжи определяются согласно ГОСТ 9092-81 и устанавливаются не более </w:t>
      </w:r>
      <w:r w:rsidR="00CF7604">
        <w:rPr>
          <w:rFonts w:cs="Times New Roman"/>
          <w:lang w:val="ru-RU"/>
        </w:rPr>
        <w:t>__</w:t>
      </w:r>
      <w:r w:rsidR="00CF7604" w:rsidRPr="00CF7604">
        <w:rPr>
          <w:rFonts w:cs="Times New Roman"/>
          <w:lang w:val="ru-RU"/>
        </w:rPr>
        <w:t>-х на 100 км пряжи.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4.7. </w:t>
      </w:r>
      <w:r w:rsidR="00CF7604" w:rsidRPr="00CF7604">
        <w:rPr>
          <w:rFonts w:cs="Times New Roman"/>
          <w:lang w:val="ru-RU"/>
        </w:rPr>
        <w:t>Претензии по скрытым порокам принимаются Поставщиком в течение 2 месяцев со дня поступления партии пряжи на склад Покупателя.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lastRenderedPageBreak/>
        <w:t>4.8. Скрытые пороки определяются согласно ГОСТ 9092-81 в части применимости и не должны превышать ______ на 100 км нити. Претензии по скрытым порокам принимаются в течение 2 месяцев со дня поступления партии на склад Покупателя, если иной срок не установлен спецификацией или императивными нормами применимого права.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4.9. Дефектные бобины, а также бобины с загрязнениями и потертостями, возникшими при транспортировке вследствие ненадлежащей упаковки Поставщика, подлежат возврату Поставщику.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4.10. </w:t>
      </w:r>
      <w:r w:rsidR="00CF7604" w:rsidRPr="00CF7604">
        <w:rPr>
          <w:rFonts w:cs="Times New Roman"/>
          <w:lang w:val="ru-RU"/>
        </w:rPr>
        <w:t>В остальном, приемка пряжи по количеству и качеству производится в соответствии с «Положением о приемке товаров по количеству и качеству», утвержденным Постановлением Совета Министров Республики Беларусь 03.09.2008 г. № 1290.</w:t>
      </w:r>
    </w:p>
    <w:p w:rsidR="00447F9F" w:rsidRPr="00CF7604" w:rsidRDefault="00CF0253" w:rsidP="00CF7604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CF7604">
        <w:rPr>
          <w:rFonts w:ascii="Times New Roman" w:hAnsi="Times New Roman" w:cs="Times New Roman"/>
          <w:color w:val="auto"/>
          <w:lang w:val="ru-RU"/>
        </w:rPr>
        <w:t>5. ТАРА, УПАКОВКА И МАРКИРОВКА</w:t>
      </w:r>
    </w:p>
    <w:p w:rsidR="00447F9F" w:rsidRP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5.1. </w:t>
      </w:r>
      <w:r w:rsidR="00027BD0" w:rsidRPr="00027BD0">
        <w:rPr>
          <w:rFonts w:cs="Times New Roman"/>
          <w:lang w:val="ru-RU"/>
        </w:rPr>
        <w:t>Пряжа должна быть упакована в соответствии со стандартами страны-изготовителя. Упаковка должна обеспечить целостность и сохранность пряжи от всякого рода повреждений при ее транспортировке. Бобины должны быть упакованы в полипропиленовые мешки, обеспечивающие полную безопасность пряжи во время транспортировки.</w:t>
      </w:r>
    </w:p>
    <w:p w:rsidR="00027BD0" w:rsidRP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5.2. </w:t>
      </w:r>
      <w:r w:rsidR="00027BD0" w:rsidRPr="00027BD0">
        <w:rPr>
          <w:rFonts w:cs="Times New Roman"/>
          <w:lang w:val="ru-RU"/>
        </w:rPr>
        <w:t>Каждый мешок должен быть с этикеткой, где указаны: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 xml:space="preserve"> </w:t>
      </w:r>
      <w:r w:rsidRPr="00027BD0">
        <w:rPr>
          <w:rFonts w:cs="Times New Roman"/>
          <w:lang w:val="ru-RU"/>
        </w:rPr>
        <w:t>наименование страны происхождения товара;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 xml:space="preserve"> </w:t>
      </w:r>
      <w:r w:rsidRPr="00027BD0">
        <w:rPr>
          <w:rFonts w:cs="Times New Roman"/>
          <w:lang w:val="ru-RU"/>
        </w:rPr>
        <w:t>наименование, ассортимент пряжи;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 xml:space="preserve"> </w:t>
      </w:r>
      <w:r w:rsidRPr="00027BD0">
        <w:rPr>
          <w:rFonts w:cs="Times New Roman"/>
          <w:lang w:val="ru-RU"/>
        </w:rPr>
        <w:t>номер партии, дата изготовления;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 xml:space="preserve"> </w:t>
      </w:r>
      <w:r w:rsidRPr="00027BD0">
        <w:rPr>
          <w:rFonts w:cs="Times New Roman"/>
          <w:lang w:val="ru-RU"/>
        </w:rPr>
        <w:t>вес брутто, в килограммах для каждого мешка;</w:t>
      </w:r>
    </w:p>
    <w:p w:rsid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 xml:space="preserve"> </w:t>
      </w:r>
      <w:r w:rsidRPr="00027BD0">
        <w:rPr>
          <w:rFonts w:cs="Times New Roman"/>
          <w:lang w:val="ru-RU"/>
        </w:rPr>
        <w:t xml:space="preserve">номер каждого мешка. </w:t>
      </w:r>
    </w:p>
    <w:p w:rsid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5.3. </w:t>
      </w:r>
      <w:r w:rsidR="00027BD0" w:rsidRPr="00027BD0">
        <w:rPr>
          <w:rFonts w:cs="Times New Roman"/>
          <w:lang w:val="ru-RU"/>
        </w:rPr>
        <w:t>Тара не подлежит возврату в адрес Поставщика. В счет-фактуре необходимо указывать: наименование тары, количество, вес нетто.</w:t>
      </w:r>
    </w:p>
    <w:p w:rsidR="00447F9F" w:rsidRPr="00027BD0" w:rsidRDefault="00CF0253" w:rsidP="00027BD0">
      <w:pPr>
        <w:jc w:val="center"/>
        <w:rPr>
          <w:rFonts w:cs="Times New Roman"/>
          <w:b/>
          <w:lang w:val="ru-RU"/>
        </w:rPr>
      </w:pPr>
      <w:r w:rsidRPr="00027BD0">
        <w:rPr>
          <w:rFonts w:cs="Times New Roman"/>
          <w:b/>
          <w:lang w:val="ru-RU"/>
        </w:rPr>
        <w:t>6. ПРЕТЕНЗИИ И РАЗРЕШЕНИЕ СПОРОВ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6.1. </w:t>
      </w:r>
      <w:r w:rsidR="00027BD0" w:rsidRPr="00027BD0">
        <w:rPr>
          <w:rFonts w:cs="Times New Roman"/>
          <w:lang w:val="ru-RU"/>
        </w:rPr>
        <w:t>Претензии, за исключением оговоренных в разделе 4, рассматриваются в сроки, установленные действующим законодательством Республики Беларусь</w:t>
      </w:r>
    </w:p>
    <w:p w:rsidR="00027BD0" w:rsidRP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6.2. </w:t>
      </w:r>
      <w:r w:rsidR="00027BD0" w:rsidRPr="00027BD0">
        <w:rPr>
          <w:rFonts w:cs="Times New Roman"/>
          <w:lang w:val="ru-RU"/>
        </w:rPr>
        <w:t xml:space="preserve">Все споры по настоящему договору стороны разрешают путем переговоров. При этом претензионный порядок урегулирования спора является обязательным перед обращением в суд в порядке любого вида судопроизводства. 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 xml:space="preserve">      В этих случаях сторона, право которой нарушено, до обращения в суд обяз</w:t>
      </w:r>
      <w:r>
        <w:rPr>
          <w:rFonts w:cs="Times New Roman"/>
          <w:lang w:val="ru-RU"/>
        </w:rPr>
        <w:t xml:space="preserve">ана предъявить другой стороне </w:t>
      </w:r>
      <w:r w:rsidRPr="00027BD0">
        <w:rPr>
          <w:rFonts w:cs="Times New Roman"/>
          <w:lang w:val="ru-RU"/>
        </w:rPr>
        <w:t xml:space="preserve">претензию. Претензия предъявляется в письменной форме и направляется по электронной почте на 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 xml:space="preserve">электронный адрес Поставщика </w:t>
      </w:r>
      <w:r>
        <w:rPr>
          <w:rFonts w:cs="Times New Roman"/>
          <w:lang w:val="ru-RU"/>
        </w:rPr>
        <w:t>____________</w:t>
      </w:r>
      <w:r w:rsidRPr="00027BD0">
        <w:rPr>
          <w:rFonts w:cs="Times New Roman"/>
          <w:lang w:val="ru-RU"/>
        </w:rPr>
        <w:t>, Покупателя snabdep</w:t>
      </w:r>
      <w:r>
        <w:rPr>
          <w:rFonts w:cs="Times New Roman"/>
          <w:lang w:val="ru-RU"/>
        </w:rPr>
        <w:t xml:space="preserve">@svitanak.by. Датой </w:t>
      </w:r>
      <w:proofErr w:type="gramStart"/>
      <w:r>
        <w:rPr>
          <w:rFonts w:cs="Times New Roman"/>
          <w:lang w:val="ru-RU"/>
        </w:rPr>
        <w:t xml:space="preserve">получения  </w:t>
      </w:r>
      <w:r w:rsidRPr="00027BD0">
        <w:rPr>
          <w:rFonts w:cs="Times New Roman"/>
          <w:lang w:val="ru-RU"/>
        </w:rPr>
        <w:t>претензии</w:t>
      </w:r>
      <w:proofErr w:type="gramEnd"/>
      <w:r w:rsidRPr="00027BD0">
        <w:rPr>
          <w:rFonts w:cs="Times New Roman"/>
          <w:lang w:val="ru-RU"/>
        </w:rPr>
        <w:t xml:space="preserve"> считается день направления претензии. </w:t>
      </w:r>
    </w:p>
    <w:p w:rsidR="00027BD0" w:rsidRDefault="00027BD0" w:rsidP="00027BD0">
      <w:p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</w:t>
      </w:r>
      <w:r w:rsidRPr="00027BD0">
        <w:rPr>
          <w:rFonts w:cs="Times New Roman"/>
          <w:lang w:val="ru-RU"/>
        </w:rPr>
        <w:t xml:space="preserve">Срок для ответа на претензию устанавливается 10 календарных дней со дня ее направления. Ответ на   претензию направляется на указанные электронные адреса. В случае, </w:t>
      </w:r>
      <w:r>
        <w:rPr>
          <w:rFonts w:cs="Times New Roman"/>
          <w:lang w:val="ru-RU"/>
        </w:rPr>
        <w:t xml:space="preserve">если в указанный срок ответ на </w:t>
      </w:r>
      <w:r w:rsidRPr="00027BD0">
        <w:rPr>
          <w:rFonts w:cs="Times New Roman"/>
          <w:lang w:val="ru-RU"/>
        </w:rPr>
        <w:t>претензию не направлен, сторона, право которой нарушено, вправе обр</w:t>
      </w:r>
      <w:r>
        <w:rPr>
          <w:rFonts w:cs="Times New Roman"/>
          <w:lang w:val="ru-RU"/>
        </w:rPr>
        <w:t>атиться с исковым заявлением в судебные органы.</w:t>
      </w:r>
    </w:p>
    <w:p w:rsidR="00027BD0" w:rsidRPr="00027BD0" w:rsidRDefault="00027BD0" w:rsidP="00027BD0">
      <w:p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</w:t>
      </w:r>
      <w:r w:rsidRPr="00027BD0">
        <w:rPr>
          <w:rFonts w:cs="Times New Roman"/>
          <w:lang w:val="ru-RU"/>
        </w:rPr>
        <w:t>Стороны признают, что доказательствами подтверждения направ</w:t>
      </w:r>
      <w:r>
        <w:rPr>
          <w:rFonts w:cs="Times New Roman"/>
          <w:lang w:val="ru-RU"/>
        </w:rPr>
        <w:t xml:space="preserve">ления претензий будут являться </w:t>
      </w:r>
      <w:r w:rsidRPr="00027BD0">
        <w:rPr>
          <w:rFonts w:cs="Times New Roman"/>
          <w:lang w:val="ru-RU"/>
        </w:rPr>
        <w:t xml:space="preserve">скриншот страницы из диалогового окна сервиса почтовой службы либо поступившее любым </w:t>
      </w:r>
      <w:r>
        <w:rPr>
          <w:rFonts w:cs="Times New Roman"/>
          <w:lang w:val="ru-RU"/>
        </w:rPr>
        <w:t xml:space="preserve">способом </w:t>
      </w:r>
      <w:r w:rsidRPr="00027BD0">
        <w:rPr>
          <w:rFonts w:cs="Times New Roman"/>
          <w:lang w:val="ru-RU"/>
        </w:rPr>
        <w:t>в ответ на претензию сообщение от второй стороны о ее признании, либо отклонении.</w:t>
      </w:r>
    </w:p>
    <w:p w:rsidR="00027BD0" w:rsidRDefault="00027BD0" w:rsidP="00027BD0">
      <w:pPr>
        <w:jc w:val="both"/>
        <w:rPr>
          <w:rFonts w:cs="Times New Roman"/>
          <w:lang w:val="ru-RU"/>
        </w:rPr>
      </w:pPr>
      <w:r w:rsidRPr="00027BD0">
        <w:rPr>
          <w:rFonts w:cs="Times New Roman"/>
          <w:lang w:val="ru-RU"/>
        </w:rPr>
        <w:t xml:space="preserve">      На скриншоте должны быть четко видны: текст электронного пись</w:t>
      </w:r>
      <w:r>
        <w:rPr>
          <w:rFonts w:cs="Times New Roman"/>
          <w:lang w:val="ru-RU"/>
        </w:rPr>
        <w:t xml:space="preserve">ма с уведомлением о </w:t>
      </w:r>
      <w:proofErr w:type="gramStart"/>
      <w:r>
        <w:rPr>
          <w:rFonts w:cs="Times New Roman"/>
          <w:lang w:val="ru-RU"/>
        </w:rPr>
        <w:t xml:space="preserve">претензии; </w:t>
      </w:r>
      <w:r w:rsidRPr="00027BD0">
        <w:rPr>
          <w:rFonts w:cs="Times New Roman"/>
          <w:lang w:val="ru-RU"/>
        </w:rPr>
        <w:t xml:space="preserve"> вложенный</w:t>
      </w:r>
      <w:proofErr w:type="gramEnd"/>
      <w:r w:rsidRPr="00027BD0">
        <w:rPr>
          <w:rFonts w:cs="Times New Roman"/>
          <w:lang w:val="ru-RU"/>
        </w:rPr>
        <w:t xml:space="preserve"> файл; адрес электронной почты получателя; адрес интернет-страницы, с которой произведена       отправка; дата и время направления. </w:t>
      </w:r>
    </w:p>
    <w:p w:rsid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6.3. </w:t>
      </w:r>
      <w:r w:rsidR="00027BD0" w:rsidRPr="00027BD0">
        <w:rPr>
          <w:rFonts w:cs="Times New Roman"/>
          <w:lang w:val="ru-RU"/>
        </w:rPr>
        <w:t xml:space="preserve">При не достижении соглашения спор подлежит рассмотрению в Экономическом суде Минской области. При разрешении споров стороны руководствуются условиями настоящего </w:t>
      </w:r>
      <w:r w:rsidR="00027BD0">
        <w:rPr>
          <w:rFonts w:cs="Times New Roman"/>
          <w:lang w:val="ru-RU"/>
        </w:rPr>
        <w:t>Договора</w:t>
      </w:r>
      <w:r w:rsidR="00027BD0" w:rsidRPr="00027BD0">
        <w:rPr>
          <w:rFonts w:cs="Times New Roman"/>
          <w:lang w:val="ru-RU"/>
        </w:rPr>
        <w:t xml:space="preserve"> и действующим законодательством Республики Беларусь. </w:t>
      </w:r>
    </w:p>
    <w:p w:rsidR="00027BD0" w:rsidRPr="00027BD0" w:rsidRDefault="00CF0253" w:rsidP="00027BD0">
      <w:pPr>
        <w:jc w:val="center"/>
        <w:rPr>
          <w:rFonts w:cs="Times New Roman"/>
          <w:b/>
          <w:lang w:val="ru-RU"/>
        </w:rPr>
      </w:pPr>
      <w:r w:rsidRPr="00027BD0">
        <w:rPr>
          <w:rFonts w:cs="Times New Roman"/>
          <w:b/>
          <w:lang w:val="ru-RU"/>
        </w:rPr>
        <w:t>7. ОТВЕТСТВЕННОСТЬ СТОРОН</w:t>
      </w:r>
    </w:p>
    <w:p w:rsidR="00027BD0" w:rsidRPr="00027BD0" w:rsidRDefault="00027BD0" w:rsidP="00027BD0">
      <w:pPr>
        <w:pStyle w:val="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7.</w:t>
      </w:r>
      <w:proofErr w:type="gramStart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1.За</w:t>
      </w:r>
      <w:proofErr w:type="gramEnd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неисполнение или ненадлежащее исполнение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Договора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стороны несут ответственность, предусмотренную действующим законодательством Республики Беларусь.</w:t>
      </w:r>
    </w:p>
    <w:p w:rsidR="00027BD0" w:rsidRPr="00027BD0" w:rsidRDefault="00027BD0" w:rsidP="00027BD0">
      <w:pPr>
        <w:pStyle w:val="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7.</w:t>
      </w:r>
      <w:proofErr w:type="gramStart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2.За</w:t>
      </w:r>
      <w:proofErr w:type="gramEnd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нарушение сроков оплаты товара Покупатель уплачивает Поставщику пеню в размере 0,01 % от несвоевременно оплаченной сумы за каждый день просрочки платежа, но не более 5% стоимости неоплаченного товара.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</w:t>
      </w:r>
      <w:r w:rsidRPr="00027BD0">
        <w:rPr>
          <w:rFonts w:ascii="Times New Roman" w:eastAsia="Times New Roman" w:hAnsi="Times New Roman" w:cs="Times New Roman"/>
          <w:b w:val="0"/>
          <w:bCs w:val="0"/>
          <w:i/>
          <w:color w:val="auto"/>
          <w:sz w:val="21"/>
          <w:szCs w:val="22"/>
          <w:lang w:val="ru-RU"/>
        </w:rPr>
        <w:t>(в случае отсрочки платежа)</w:t>
      </w:r>
    </w:p>
    <w:p w:rsidR="00027BD0" w:rsidRPr="00027BD0" w:rsidRDefault="00027BD0" w:rsidP="00027BD0">
      <w:pPr>
        <w:pStyle w:val="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7.</w:t>
      </w:r>
      <w:proofErr w:type="gramStart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3.За</w:t>
      </w:r>
      <w:proofErr w:type="gramEnd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нарушение сроков поставки товара Поставщик уплачивает Покупателю пеню в размере 0,01% от стоимости не поставленного в срок товара за каждый день несвоевременной поставки, но не более 5% стоимости не поставленного товара.</w:t>
      </w:r>
    </w:p>
    <w:p w:rsidR="00027BD0" w:rsidRPr="00027BD0" w:rsidRDefault="00027BD0" w:rsidP="00027BD0">
      <w:pPr>
        <w:pStyle w:val="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7.</w:t>
      </w:r>
      <w:proofErr w:type="gramStart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4.За</w:t>
      </w:r>
      <w:proofErr w:type="gramEnd"/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односторонний отказ от исполнения обязательств по поставке товара Сторона, заявившая об отказе, уплачивает другой Стороне штраф в размере 10% от стоимости товара поставка (приемка) которого была отменена.  </w:t>
      </w:r>
    </w:p>
    <w:p w:rsidR="00027BD0" w:rsidRDefault="00027BD0" w:rsidP="00027BD0">
      <w:pPr>
        <w:pStyle w:val="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7.5.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В случае поставки ненадлежащего качества 1 партии поставляемого товара, Покупатель имеет право в одностороннем порядке отказаться от исполнения обязательств в части поставки оставшегося товара. </w:t>
      </w:r>
    </w:p>
    <w:p w:rsidR="00447F9F" w:rsidRPr="00027BD0" w:rsidRDefault="00CF0253" w:rsidP="00027BD0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027BD0">
        <w:rPr>
          <w:rFonts w:ascii="Times New Roman" w:hAnsi="Times New Roman" w:cs="Times New Roman"/>
          <w:color w:val="auto"/>
          <w:lang w:val="ru-RU"/>
        </w:rPr>
        <w:t>8. ОБСТОЯТЕЛЬСТВА НЕПРЕОДОЛИМОЙ СИЛЫ</w:t>
      </w:r>
    </w:p>
    <w:p w:rsid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8.1. </w:t>
      </w:r>
      <w:r w:rsidR="00027BD0" w:rsidRPr="00027BD0">
        <w:rPr>
          <w:rFonts w:cs="Times New Roman"/>
          <w:lang w:val="ru-RU"/>
        </w:rPr>
        <w:t>При наступлении обстоятельств невозможности полного или частичного выполнения любой из сторон своих</w:t>
      </w:r>
      <w:r w:rsidR="00027BD0">
        <w:rPr>
          <w:rFonts w:cs="Times New Roman"/>
          <w:lang w:val="ru-RU"/>
        </w:rPr>
        <w:t xml:space="preserve"> </w:t>
      </w:r>
      <w:r w:rsidR="00027BD0" w:rsidRPr="00027BD0">
        <w:rPr>
          <w:rFonts w:cs="Times New Roman"/>
          <w:lang w:val="ru-RU"/>
        </w:rPr>
        <w:t>обязательств по настоящему Контракту, а именно: пожара, стихийных бедствий, войны, блокады, решений органов власти Республики Беларусь, препятствующих выполнению условий Контракта, запрещения экспорта или импорта, или других, не зависящих от сторон обстоятельств, срок исполнения обязательств отодвигается соразмерно времени, в течение которого будут действовать такие обстоятельства.</w:t>
      </w:r>
    </w:p>
    <w:p w:rsidR="00027BD0" w:rsidRDefault="00CF0253" w:rsidP="00027BD0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8.2. </w:t>
      </w:r>
      <w:r w:rsidR="00027BD0" w:rsidRPr="00027BD0">
        <w:rPr>
          <w:rFonts w:cs="Times New Roman"/>
          <w:lang w:val="ru-RU"/>
        </w:rPr>
        <w:t>Поставщик обязан известить Покупателя о начале и окончании действия обстоятельств непреодолимой силы. При невыполнении условий Контракта вследствие выше указанных событий в течение более 6 месяцев Покупатель имеет право отказаться от исполнения Контракта.</w:t>
      </w:r>
    </w:p>
    <w:p w:rsidR="00447F9F" w:rsidRPr="00027BD0" w:rsidRDefault="00CF0253" w:rsidP="00027BD0">
      <w:pPr>
        <w:jc w:val="center"/>
        <w:rPr>
          <w:rFonts w:cs="Times New Roman"/>
          <w:b/>
          <w:lang w:val="ru-RU"/>
        </w:rPr>
      </w:pPr>
      <w:r w:rsidRPr="00027BD0">
        <w:rPr>
          <w:rFonts w:cs="Times New Roman"/>
          <w:b/>
          <w:lang w:val="ru-RU"/>
        </w:rPr>
        <w:t>9. ПРОЧИЕ УСЛОВИЯ</w:t>
      </w:r>
    </w:p>
    <w:p w:rsidR="00027BD0" w:rsidRPr="00027BD0" w:rsidRDefault="00027BD0" w:rsidP="00CF0253">
      <w:pPr>
        <w:pStyle w:val="1"/>
        <w:spacing w:after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9.1.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ab/>
        <w:t xml:space="preserve">Во всем остальном, что не предусмотрено настоящим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Договором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, стороны руководствуются действующим законодательством Республики Беларусь.</w:t>
      </w:r>
    </w:p>
    <w:p w:rsidR="00027BD0" w:rsidRPr="00027BD0" w:rsidRDefault="00027BD0" w:rsidP="00CF0253">
      <w:pPr>
        <w:pStyle w:val="1"/>
        <w:spacing w:before="0" w:after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9.2.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ab/>
        <w:t xml:space="preserve">Ни одна из сторон не имеет права передавать свои права и обязанности по настоящему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Договору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третьему лицу без письменного на то согласия другой стороны.</w:t>
      </w:r>
    </w:p>
    <w:p w:rsidR="00027BD0" w:rsidRPr="00027BD0" w:rsidRDefault="00027BD0" w:rsidP="00CF0253">
      <w:pPr>
        <w:pStyle w:val="1"/>
        <w:spacing w:before="0" w:after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9.3.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ab/>
        <w:t>Факсимильные копии документов имеют юридическую силу.</w:t>
      </w:r>
    </w:p>
    <w:p w:rsidR="00027BD0" w:rsidRPr="00027BD0" w:rsidRDefault="00027BD0" w:rsidP="00CF0253">
      <w:pPr>
        <w:pStyle w:val="1"/>
        <w:spacing w:before="0" w:after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9.4.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ab/>
        <w:t xml:space="preserve">Вся переписка, соглашения и переговоры по всем вопросам, изложенным в настоящем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Договоре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и имевшим место до подписания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Договора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, теряют силу с даты подписания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Договора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. Переписка считается надлежаще направленной и полученной сторонами по электронным адресам, указанным в настоящем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Договоре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.</w:t>
      </w:r>
    </w:p>
    <w:p w:rsidR="00027BD0" w:rsidRPr="00027BD0" w:rsidRDefault="00027BD0" w:rsidP="00CF0253">
      <w:pPr>
        <w:pStyle w:val="1"/>
        <w:spacing w:before="0" w:after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9.5.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ab/>
        <w:t xml:space="preserve">Любые изменения и дополнения к настоящему </w:t>
      </w:r>
      <w:r w:rsidR="00CF0253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Договору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 xml:space="preserve"> считаются действительными и являются его неотъемлемыми частями, если они совершены в письменной форме и подписаны надлежащим образом уполномоченными представителями обеих Сторон.</w:t>
      </w:r>
    </w:p>
    <w:p w:rsidR="00027BD0" w:rsidRDefault="00027BD0" w:rsidP="00CF0253">
      <w:pPr>
        <w:pStyle w:val="1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</w:pP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>9.6.</w:t>
      </w:r>
      <w:r w:rsidRPr="00027BD0">
        <w:rPr>
          <w:rFonts w:ascii="Times New Roman" w:eastAsia="Times New Roman" w:hAnsi="Times New Roman" w:cs="Times New Roman"/>
          <w:b w:val="0"/>
          <w:bCs w:val="0"/>
          <w:color w:val="auto"/>
          <w:sz w:val="21"/>
          <w:szCs w:val="22"/>
          <w:lang w:val="ru-RU"/>
        </w:rPr>
        <w:tab/>
        <w:t>В случае изменения реквизитов (почтовых, банковских, отгрузочных и т.п.), Сторона, испытывающая такого рода изменения, обязана известить о них другую Сторону в течение 3 (трёх) дней с момента возникновения таких обстоятельств.</w:t>
      </w:r>
    </w:p>
    <w:p w:rsidR="00447F9F" w:rsidRPr="00CF0253" w:rsidRDefault="00CF0253" w:rsidP="00CF0253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CF0253">
        <w:rPr>
          <w:rFonts w:ascii="Times New Roman" w:hAnsi="Times New Roman" w:cs="Times New Roman"/>
          <w:color w:val="auto"/>
          <w:lang w:val="ru-RU"/>
        </w:rPr>
        <w:t>10. СРОК ДЕЙСТВИЯ ДОГОВОРА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>10.1. Договор вступает в силу с даты его подписания обеими Сторонами и действует по «___» __________ 20___ г., а в части неисполненных обязательств — до их полного исполнения.</w:t>
      </w:r>
    </w:p>
    <w:p w:rsidR="00447F9F" w:rsidRPr="00F41307" w:rsidRDefault="00CF0253" w:rsidP="00F41307">
      <w:pPr>
        <w:jc w:val="both"/>
        <w:rPr>
          <w:rFonts w:cs="Times New Roman"/>
          <w:lang w:val="ru-RU"/>
        </w:rPr>
      </w:pPr>
      <w:r w:rsidRPr="00F41307">
        <w:rPr>
          <w:rFonts w:cs="Times New Roman"/>
          <w:lang w:val="ru-RU"/>
        </w:rPr>
        <w:t xml:space="preserve">10.2. Договор составлен на русском языке в двух экземплярах, по одному для каждой Стороны, имеющих одинаковую юридическую силу. </w:t>
      </w:r>
    </w:p>
    <w:p w:rsidR="00447F9F" w:rsidRPr="00CF0253" w:rsidRDefault="00CF0253" w:rsidP="00CF0253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CF0253">
        <w:rPr>
          <w:rFonts w:ascii="Times New Roman" w:hAnsi="Times New Roman" w:cs="Times New Roman"/>
          <w:color w:val="auto"/>
          <w:lang w:val="ru-RU"/>
        </w:rPr>
        <w:t>11. ЮРИДИЧЕСКИЕ АДРЕСА, БАНКОВСКИЕ РЕКВИЗИТЫ И ПОДПИСИ СТОРОН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447F9F" w:rsidRPr="00304119">
        <w:trPr>
          <w:jc w:val="center"/>
        </w:trPr>
        <w:tc>
          <w:tcPr>
            <w:tcW w:w="4535" w:type="dxa"/>
          </w:tcPr>
          <w:p w:rsidR="00447F9F" w:rsidRPr="00F41307" w:rsidRDefault="00CF0253" w:rsidP="00F41307">
            <w:pPr>
              <w:spacing w:after="60"/>
              <w:jc w:val="both"/>
              <w:rPr>
                <w:rFonts w:cs="Times New Roman"/>
                <w:lang w:val="ru-RU"/>
              </w:rPr>
            </w:pPr>
            <w:r w:rsidRPr="00F41307">
              <w:rPr>
                <w:rFonts w:cs="Times New Roman"/>
                <w:sz w:val="19"/>
                <w:lang w:val="ru-RU"/>
              </w:rPr>
              <w:t>ПОСТАВЩИК</w:t>
            </w:r>
            <w:r w:rsidRPr="00F41307">
              <w:rPr>
                <w:rFonts w:cs="Times New Roman"/>
                <w:sz w:val="19"/>
                <w:lang w:val="ru-RU"/>
              </w:rPr>
              <w:br/>
              <w:t>Полное наименование: 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>Страна регистрации: 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>Адрес: _______________________________________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>Регистрационный / налоговый номер: 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>Банк: ________________________________________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 xml:space="preserve">Счет / </w:t>
            </w:r>
            <w:r w:rsidRPr="00F41307">
              <w:rPr>
                <w:rFonts w:cs="Times New Roman"/>
                <w:sz w:val="19"/>
              </w:rPr>
              <w:t>IBAN</w:t>
            </w:r>
            <w:r w:rsidRPr="00F41307">
              <w:rPr>
                <w:rFonts w:cs="Times New Roman"/>
                <w:sz w:val="19"/>
                <w:lang w:val="ru-RU"/>
              </w:rPr>
              <w:t>: 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</w:rPr>
              <w:t>SWIFT</w:t>
            </w:r>
            <w:r w:rsidRPr="00F41307">
              <w:rPr>
                <w:rFonts w:cs="Times New Roman"/>
                <w:sz w:val="19"/>
                <w:lang w:val="ru-RU"/>
              </w:rPr>
              <w:t>/</w:t>
            </w:r>
            <w:r w:rsidRPr="00F41307">
              <w:rPr>
                <w:rFonts w:cs="Times New Roman"/>
                <w:sz w:val="19"/>
              </w:rPr>
              <w:t>BIC</w:t>
            </w:r>
            <w:r w:rsidRPr="00F41307">
              <w:rPr>
                <w:rFonts w:cs="Times New Roman"/>
                <w:sz w:val="19"/>
                <w:lang w:val="ru-RU"/>
              </w:rPr>
              <w:t>: ____________________________________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>Валюта счета: 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  <w:t>Телефон: _____________________________________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</w:rPr>
              <w:t>E</w:t>
            </w:r>
            <w:r w:rsidRPr="00F41307">
              <w:rPr>
                <w:rFonts w:cs="Times New Roman"/>
                <w:sz w:val="19"/>
                <w:lang w:val="ru-RU"/>
              </w:rPr>
              <w:t>-</w:t>
            </w:r>
            <w:r w:rsidRPr="00F41307">
              <w:rPr>
                <w:rFonts w:cs="Times New Roman"/>
                <w:sz w:val="19"/>
              </w:rPr>
              <w:t>mail</w:t>
            </w:r>
            <w:r w:rsidRPr="00F41307">
              <w:rPr>
                <w:rFonts w:cs="Times New Roman"/>
                <w:sz w:val="19"/>
                <w:lang w:val="ru-RU"/>
              </w:rPr>
              <w:t>: _______________________________________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  <w:lang w:val="ru-RU"/>
              </w:rPr>
              <w:br/>
              <w:t>Подпись: ______________ /________________/</w:t>
            </w:r>
            <w:r w:rsidRPr="00F41307">
              <w:rPr>
                <w:rFonts w:cs="Times New Roman"/>
                <w:sz w:val="19"/>
                <w:lang w:val="ru-RU"/>
              </w:rPr>
              <w:br/>
              <w:t>М.П. (при наличии)</w:t>
            </w:r>
          </w:p>
        </w:tc>
        <w:tc>
          <w:tcPr>
            <w:tcW w:w="4535" w:type="dxa"/>
          </w:tcPr>
          <w:p w:rsidR="00447F9F" w:rsidRPr="00F41307" w:rsidRDefault="00CF0253" w:rsidP="00F41307">
            <w:pPr>
              <w:spacing w:after="60"/>
              <w:jc w:val="both"/>
              <w:rPr>
                <w:rFonts w:cs="Times New Roman"/>
                <w:lang w:val="ru-RU"/>
              </w:rPr>
            </w:pPr>
            <w:r w:rsidRPr="00F41307">
              <w:rPr>
                <w:rFonts w:cs="Times New Roman"/>
                <w:sz w:val="19"/>
                <w:lang w:val="ru-RU"/>
              </w:rPr>
              <w:t>ПОКУПАТЕЛЬ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proofErr w:type="spellStart"/>
            <w:r w:rsidRPr="00F41307">
              <w:rPr>
                <w:rFonts w:cs="Times New Roman"/>
                <w:sz w:val="19"/>
                <w:lang w:val="ru-RU"/>
              </w:rPr>
              <w:t>ОАО</w:t>
            </w:r>
            <w:proofErr w:type="spellEnd"/>
            <w:r w:rsidRPr="00F41307">
              <w:rPr>
                <w:rFonts w:cs="Times New Roman"/>
                <w:sz w:val="19"/>
                <w:lang w:val="ru-RU"/>
              </w:rPr>
              <w:t xml:space="preserve"> «</w:t>
            </w:r>
            <w:proofErr w:type="spellStart"/>
            <w:r w:rsidRPr="00F41307">
              <w:rPr>
                <w:rFonts w:cs="Times New Roman"/>
                <w:sz w:val="19"/>
                <w:lang w:val="ru-RU"/>
              </w:rPr>
              <w:t>Св</w:t>
            </w:r>
            <w:r w:rsidRPr="00F41307">
              <w:rPr>
                <w:rFonts w:cs="Times New Roman"/>
                <w:sz w:val="19"/>
              </w:rPr>
              <w:t>i</w:t>
            </w:r>
            <w:r w:rsidRPr="00F41307">
              <w:rPr>
                <w:rFonts w:cs="Times New Roman"/>
                <w:sz w:val="19"/>
                <w:lang w:val="ru-RU"/>
              </w:rPr>
              <w:t>танак</w:t>
            </w:r>
            <w:proofErr w:type="spellEnd"/>
            <w:r w:rsidRPr="00F41307">
              <w:rPr>
                <w:rFonts w:cs="Times New Roman"/>
                <w:sz w:val="19"/>
                <w:lang w:val="ru-RU"/>
              </w:rPr>
              <w:t>», г. Жодино</w:t>
            </w:r>
            <w:r w:rsidRPr="00F41307">
              <w:rPr>
                <w:rFonts w:cs="Times New Roman"/>
                <w:sz w:val="19"/>
                <w:lang w:val="ru-RU"/>
              </w:rPr>
              <w:br/>
              <w:t>222160, Республика Беларусь, Минская обл.,</w:t>
            </w:r>
            <w:r w:rsidRPr="00F41307">
              <w:rPr>
                <w:rFonts w:cs="Times New Roman"/>
                <w:sz w:val="19"/>
                <w:lang w:val="ru-RU"/>
              </w:rPr>
              <w:br/>
              <w:t>г. Жодино, ул. 8 Марта, 1</w:t>
            </w:r>
            <w:r w:rsidRPr="00F41307">
              <w:rPr>
                <w:rFonts w:cs="Times New Roman"/>
                <w:sz w:val="19"/>
                <w:lang w:val="ru-RU"/>
              </w:rPr>
              <w:br/>
              <w:t>УНП 600038919; ОКПО 05569348</w:t>
            </w:r>
            <w:r w:rsidRPr="00F41307">
              <w:rPr>
                <w:rFonts w:cs="Times New Roman"/>
                <w:sz w:val="19"/>
                <w:lang w:val="ru-RU"/>
              </w:rPr>
              <w:br/>
              <w:t xml:space="preserve">ЦБУ № 616 </w:t>
            </w:r>
            <w:proofErr w:type="spellStart"/>
            <w:r w:rsidRPr="00F41307">
              <w:rPr>
                <w:rFonts w:cs="Times New Roman"/>
                <w:sz w:val="19"/>
                <w:lang w:val="ru-RU"/>
              </w:rPr>
              <w:t>ОАО</w:t>
            </w:r>
            <w:proofErr w:type="spellEnd"/>
            <w:r w:rsidRPr="00F41307">
              <w:rPr>
                <w:rFonts w:cs="Times New Roman"/>
                <w:sz w:val="19"/>
                <w:lang w:val="ru-RU"/>
              </w:rPr>
              <w:t xml:space="preserve"> «</w:t>
            </w:r>
            <w:proofErr w:type="spellStart"/>
            <w:r w:rsidRPr="00F41307">
              <w:rPr>
                <w:rFonts w:cs="Times New Roman"/>
                <w:sz w:val="19"/>
                <w:lang w:val="ru-RU"/>
              </w:rPr>
              <w:t>АСБ</w:t>
            </w:r>
            <w:proofErr w:type="spellEnd"/>
            <w:r w:rsidRPr="00F41307">
              <w:rPr>
                <w:rFonts w:cs="Times New Roman"/>
                <w:sz w:val="19"/>
                <w:lang w:val="ru-RU"/>
              </w:rPr>
              <w:t xml:space="preserve"> </w:t>
            </w:r>
            <w:proofErr w:type="spellStart"/>
            <w:r w:rsidRPr="00F41307">
              <w:rPr>
                <w:rFonts w:cs="Times New Roman"/>
                <w:sz w:val="19"/>
                <w:lang w:val="ru-RU"/>
              </w:rPr>
              <w:t>Беларусбанк</w:t>
            </w:r>
            <w:proofErr w:type="spellEnd"/>
            <w:r w:rsidRPr="00F41307">
              <w:rPr>
                <w:rFonts w:cs="Times New Roman"/>
                <w:sz w:val="19"/>
                <w:lang w:val="ru-RU"/>
              </w:rPr>
              <w:t>», г. Жодино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</w:rPr>
              <w:t>SWIFT</w:t>
            </w:r>
            <w:r w:rsidRPr="00F41307">
              <w:rPr>
                <w:rFonts w:cs="Times New Roman"/>
                <w:sz w:val="19"/>
                <w:lang w:val="ru-RU"/>
              </w:rPr>
              <w:t xml:space="preserve">: </w:t>
            </w:r>
            <w:r w:rsidRPr="00F41307">
              <w:rPr>
                <w:rFonts w:cs="Times New Roman"/>
                <w:sz w:val="19"/>
              </w:rPr>
              <w:t>AKBBBY</w:t>
            </w:r>
            <w:r w:rsidRPr="00F41307">
              <w:rPr>
                <w:rFonts w:cs="Times New Roman"/>
                <w:sz w:val="19"/>
                <w:lang w:val="ru-RU"/>
              </w:rPr>
              <w:t>2</w:t>
            </w:r>
            <w:r w:rsidRPr="00F41307">
              <w:rPr>
                <w:rFonts w:cs="Times New Roman"/>
                <w:sz w:val="19"/>
              </w:rPr>
              <w:t>X</w:t>
            </w:r>
            <w:r w:rsidRPr="00F41307">
              <w:rPr>
                <w:rFonts w:cs="Times New Roman"/>
                <w:sz w:val="19"/>
                <w:lang w:val="ru-RU"/>
              </w:rPr>
              <w:br/>
              <w:t xml:space="preserve">Счет: </w:t>
            </w:r>
            <w:r w:rsidRPr="00F41307">
              <w:rPr>
                <w:rFonts w:cs="Times New Roman"/>
                <w:sz w:val="19"/>
              </w:rPr>
              <w:t>BY</w:t>
            </w:r>
            <w:r w:rsidRPr="00F41307">
              <w:rPr>
                <w:rFonts w:cs="Times New Roman"/>
                <w:sz w:val="19"/>
                <w:lang w:val="ru-RU"/>
              </w:rPr>
              <w:t xml:space="preserve">46 </w:t>
            </w:r>
            <w:r w:rsidRPr="00F41307">
              <w:rPr>
                <w:rFonts w:cs="Times New Roman"/>
                <w:sz w:val="19"/>
              </w:rPr>
              <w:t>AKBB</w:t>
            </w:r>
            <w:r w:rsidRPr="00F41307">
              <w:rPr>
                <w:rFonts w:cs="Times New Roman"/>
                <w:sz w:val="19"/>
                <w:lang w:val="ru-RU"/>
              </w:rPr>
              <w:t xml:space="preserve"> 3012 0616 2442 4620 0000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  <w:lang w:val="ru-RU"/>
              </w:rPr>
              <w:br/>
              <w:t>Тел.: 4-00-22; факс: 4-02-10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</w:rPr>
              <w:t>E</w:t>
            </w:r>
            <w:r w:rsidRPr="00F41307">
              <w:rPr>
                <w:rFonts w:cs="Times New Roman"/>
                <w:sz w:val="19"/>
                <w:lang w:val="ru-RU"/>
              </w:rPr>
              <w:t>-</w:t>
            </w:r>
            <w:r w:rsidRPr="00F41307">
              <w:rPr>
                <w:rFonts w:cs="Times New Roman"/>
                <w:sz w:val="19"/>
              </w:rPr>
              <w:t>mail</w:t>
            </w:r>
            <w:r w:rsidRPr="00F41307">
              <w:rPr>
                <w:rFonts w:cs="Times New Roman"/>
                <w:sz w:val="19"/>
                <w:lang w:val="ru-RU"/>
              </w:rPr>
              <w:t>: _______________________________________</w:t>
            </w:r>
            <w:r w:rsidRPr="00F41307">
              <w:rPr>
                <w:rFonts w:cs="Times New Roman"/>
                <w:sz w:val="19"/>
                <w:lang w:val="ru-RU"/>
              </w:rPr>
              <w:br/>
            </w:r>
            <w:r w:rsidRPr="00F41307">
              <w:rPr>
                <w:rFonts w:cs="Times New Roman"/>
                <w:sz w:val="19"/>
                <w:lang w:val="ru-RU"/>
              </w:rPr>
              <w:br/>
              <w:t>Генеральный директор</w:t>
            </w:r>
            <w:r w:rsidRPr="00F41307">
              <w:rPr>
                <w:rFonts w:cs="Times New Roman"/>
                <w:sz w:val="19"/>
                <w:lang w:val="ru-RU"/>
              </w:rPr>
              <w:br/>
              <w:t>______________ /________________________/</w:t>
            </w:r>
            <w:r w:rsidRPr="00F41307">
              <w:rPr>
                <w:rFonts w:cs="Times New Roman"/>
                <w:sz w:val="19"/>
                <w:lang w:val="ru-RU"/>
              </w:rPr>
              <w:br/>
              <w:t>М.П. (при наличии)</w:t>
            </w:r>
          </w:p>
        </w:tc>
      </w:tr>
    </w:tbl>
    <w:p w:rsidR="00447F9F" w:rsidRPr="00F41307" w:rsidRDefault="00447F9F" w:rsidP="00CF0253">
      <w:pPr>
        <w:rPr>
          <w:lang w:val="ru-RU"/>
        </w:rPr>
      </w:pPr>
    </w:p>
    <w:sectPr w:rsidR="00447F9F" w:rsidRPr="00F41307" w:rsidSect="00034616"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6B3B2F"/>
    <w:multiLevelType w:val="multilevel"/>
    <w:tmpl w:val="99C0E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BD0"/>
    <w:rsid w:val="00034616"/>
    <w:rsid w:val="0006063C"/>
    <w:rsid w:val="0015074B"/>
    <w:rsid w:val="0029639D"/>
    <w:rsid w:val="00304119"/>
    <w:rsid w:val="00326F90"/>
    <w:rsid w:val="00447F9F"/>
    <w:rsid w:val="00586507"/>
    <w:rsid w:val="00705DC5"/>
    <w:rsid w:val="00AA1D8D"/>
    <w:rsid w:val="00B47730"/>
    <w:rsid w:val="00C42C30"/>
    <w:rsid w:val="00CB0664"/>
    <w:rsid w:val="00CF0253"/>
    <w:rsid w:val="00CF7604"/>
    <w:rsid w:val="00F413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393D1"/>
  <w14:defaultImageDpi w14:val="300"/>
  <w15:docId w15:val="{F9EE14D3-80BB-4E2E-8257-B3709299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05D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nabdep@svitanak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872F06-6D48-4D2F-A6D1-B1B340041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2159</Words>
  <Characters>12312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snab6</cp:lastModifiedBy>
  <cp:revision>2</cp:revision>
  <dcterms:created xsi:type="dcterms:W3CDTF">2026-10-29T08:35:00Z</dcterms:created>
  <dcterms:modified xsi:type="dcterms:W3CDTF">2026-10-29T08:35:00Z</dcterms:modified>
  <cp:category/>
</cp:coreProperties>
</file>