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5385" w:rsidRPr="00825777" w:rsidRDefault="004B5385" w:rsidP="004B5385">
      <w:pPr>
        <w:jc w:val="right"/>
        <w:rPr>
          <w:b/>
          <w:sz w:val="28"/>
          <w:szCs w:val="28"/>
          <w:lang w:val="ru-RU"/>
        </w:rPr>
      </w:pPr>
      <w:r w:rsidRPr="00825777">
        <w:rPr>
          <w:b/>
          <w:sz w:val="28"/>
          <w:szCs w:val="28"/>
          <w:lang w:val="ru-RU"/>
        </w:rPr>
        <w:t>Проект договора</w:t>
      </w:r>
    </w:p>
    <w:p w:rsidR="007C1920" w:rsidRPr="00825777" w:rsidRDefault="00391957">
      <w:pPr>
        <w:jc w:val="center"/>
        <w:rPr>
          <w:sz w:val="28"/>
          <w:szCs w:val="28"/>
          <w:lang w:val="ru-RU"/>
        </w:rPr>
      </w:pPr>
      <w:r w:rsidRPr="00825777">
        <w:rPr>
          <w:b/>
          <w:sz w:val="28"/>
          <w:szCs w:val="28"/>
          <w:lang w:val="ru-RU"/>
        </w:rPr>
        <w:t>ДОГОВОР</w:t>
      </w:r>
    </w:p>
    <w:p w:rsidR="007C1920" w:rsidRPr="00825777" w:rsidRDefault="00391957">
      <w:pPr>
        <w:spacing w:after="120"/>
        <w:jc w:val="center"/>
        <w:rPr>
          <w:sz w:val="28"/>
          <w:szCs w:val="28"/>
          <w:lang w:val="ru-RU"/>
        </w:rPr>
      </w:pPr>
      <w:r w:rsidRPr="00825777">
        <w:rPr>
          <w:b/>
          <w:sz w:val="28"/>
          <w:szCs w:val="28"/>
          <w:lang w:val="ru-RU"/>
        </w:rPr>
        <w:t>оказания услуг № __________</w:t>
      </w:r>
      <w:r w:rsidR="00F07326">
        <w:rPr>
          <w:b/>
          <w:sz w:val="28"/>
          <w:szCs w:val="28"/>
          <w:lang w:val="ru-RU"/>
        </w:rPr>
        <w:t xml:space="preserve">  </w:t>
      </w:r>
    </w:p>
    <w:tbl>
      <w:tblPr>
        <w:tblW w:w="14345" w:type="dxa"/>
        <w:tblBorders>
          <w:top w:val="nil"/>
          <w:left w:val="nil"/>
          <w:bottom w:val="nil"/>
          <w:right w:val="nil"/>
          <w:insideH w:val="nil"/>
          <w:insideV w:val="nil"/>
        </w:tblBorders>
        <w:tblLayout w:type="fixed"/>
        <w:tblLook w:val="04A0" w:firstRow="1" w:lastRow="0" w:firstColumn="1" w:lastColumn="0" w:noHBand="0" w:noVBand="1"/>
      </w:tblPr>
      <w:tblGrid>
        <w:gridCol w:w="4706"/>
        <w:gridCol w:w="4933"/>
        <w:gridCol w:w="4706"/>
      </w:tblGrid>
      <w:tr w:rsidR="00570F7C" w:rsidRPr="00825777" w:rsidTr="003559AE">
        <w:tc>
          <w:tcPr>
            <w:tcW w:w="4706" w:type="dxa"/>
            <w:tcMar>
              <w:top w:w="0" w:type="dxa"/>
              <w:left w:w="0" w:type="dxa"/>
              <w:bottom w:w="0" w:type="dxa"/>
              <w:right w:w="0" w:type="dxa"/>
            </w:tcMar>
          </w:tcPr>
          <w:p w:rsidR="00570F7C" w:rsidRPr="00825777" w:rsidRDefault="00570F7C">
            <w:pPr>
              <w:jc w:val="left"/>
              <w:rPr>
                <w:sz w:val="28"/>
                <w:szCs w:val="28"/>
              </w:rPr>
            </w:pPr>
            <w:r w:rsidRPr="00825777">
              <w:rPr>
                <w:sz w:val="28"/>
                <w:szCs w:val="28"/>
              </w:rPr>
              <w:t xml:space="preserve">г. </w:t>
            </w:r>
            <w:proofErr w:type="spellStart"/>
            <w:r w:rsidRPr="00825777">
              <w:rPr>
                <w:sz w:val="28"/>
                <w:szCs w:val="28"/>
              </w:rPr>
              <w:t>Минск</w:t>
            </w:r>
            <w:proofErr w:type="spellEnd"/>
          </w:p>
        </w:tc>
        <w:tc>
          <w:tcPr>
            <w:tcW w:w="4933" w:type="dxa"/>
            <w:tcMar>
              <w:top w:w="0" w:type="dxa"/>
              <w:left w:w="0" w:type="dxa"/>
              <w:bottom w:w="0" w:type="dxa"/>
              <w:right w:w="0" w:type="dxa"/>
            </w:tcMar>
          </w:tcPr>
          <w:p w:rsidR="00570F7C" w:rsidRPr="00825777" w:rsidRDefault="00F07326">
            <w:pPr>
              <w:jc w:val="right"/>
              <w:rPr>
                <w:sz w:val="28"/>
                <w:szCs w:val="28"/>
              </w:rPr>
            </w:pPr>
            <w:r>
              <w:rPr>
                <w:sz w:val="28"/>
                <w:szCs w:val="28"/>
                <w:lang w:val="ru-RU"/>
              </w:rPr>
              <w:t xml:space="preserve">                </w:t>
            </w:r>
            <w:r w:rsidR="00570F7C" w:rsidRPr="00825777">
              <w:rPr>
                <w:sz w:val="28"/>
                <w:szCs w:val="28"/>
              </w:rPr>
              <w:t>«____» __________ 2026 г.</w:t>
            </w:r>
          </w:p>
        </w:tc>
        <w:tc>
          <w:tcPr>
            <w:tcW w:w="4706" w:type="dxa"/>
          </w:tcPr>
          <w:p w:rsidR="00570F7C" w:rsidRPr="00F07326" w:rsidRDefault="00F07326" w:rsidP="00F07326">
            <w:pPr>
              <w:jc w:val="left"/>
              <w:rPr>
                <w:sz w:val="28"/>
                <w:szCs w:val="28"/>
                <w:lang w:val="ru-RU"/>
              </w:rPr>
            </w:pPr>
            <w:r>
              <w:rPr>
                <w:sz w:val="28"/>
                <w:szCs w:val="28"/>
                <w:lang w:val="ru-RU"/>
              </w:rPr>
              <w:t xml:space="preserve"> </w:t>
            </w:r>
          </w:p>
        </w:tc>
      </w:tr>
    </w:tbl>
    <w:p w:rsidR="007C1920" w:rsidRPr="00825777" w:rsidRDefault="00391957">
      <w:pPr>
        <w:pStyle w:val="ContractBody"/>
        <w:spacing w:before="100"/>
        <w:rPr>
          <w:sz w:val="28"/>
          <w:szCs w:val="28"/>
          <w:lang w:val="ru-RU"/>
        </w:rPr>
      </w:pPr>
      <w:r w:rsidRPr="00825777">
        <w:rPr>
          <w:sz w:val="28"/>
          <w:szCs w:val="28"/>
          <w:lang w:val="ru-RU"/>
        </w:rPr>
        <w:t xml:space="preserve">Учреждение образования «Белорусский государственный медицинский университет», именуемое в дальнейшем «Заказчик», в лице </w:t>
      </w:r>
      <w:r w:rsidR="004B5385" w:rsidRPr="00825777">
        <w:rPr>
          <w:sz w:val="28"/>
          <w:szCs w:val="28"/>
          <w:lang w:val="ru-RU"/>
        </w:rPr>
        <w:t>____________________________</w:t>
      </w:r>
      <w:r w:rsidRPr="00825777">
        <w:rPr>
          <w:sz w:val="28"/>
          <w:szCs w:val="28"/>
          <w:lang w:val="ru-RU"/>
        </w:rPr>
        <w:t xml:space="preserve">, действующего на основании </w:t>
      </w:r>
      <w:r w:rsidR="004B5385" w:rsidRPr="00825777">
        <w:rPr>
          <w:sz w:val="28"/>
          <w:szCs w:val="28"/>
          <w:lang w:val="ru-RU"/>
        </w:rPr>
        <w:t>___________________</w:t>
      </w:r>
      <w:r w:rsidRPr="00825777">
        <w:rPr>
          <w:sz w:val="28"/>
          <w:szCs w:val="28"/>
          <w:lang w:val="ru-RU"/>
        </w:rPr>
        <w:t>, с одной стороны, и ________________________________, именуемое в дальнейшем «Исполнитель», в лице ________________________________, действующего на основании ________________________________, с другой стороны, совместно именуемые в дальнейшем «Стороны», а по отдельности «Сторона», заключили договор о нижеследующем:</w:t>
      </w:r>
    </w:p>
    <w:p w:rsidR="007C1920" w:rsidRPr="00825777" w:rsidRDefault="00391957">
      <w:pPr>
        <w:keepNext/>
        <w:spacing w:before="160"/>
        <w:jc w:val="center"/>
        <w:rPr>
          <w:sz w:val="28"/>
          <w:szCs w:val="28"/>
          <w:lang w:val="ru-RU"/>
        </w:rPr>
      </w:pPr>
      <w:r w:rsidRPr="00825777">
        <w:rPr>
          <w:sz w:val="28"/>
          <w:szCs w:val="28"/>
          <w:lang w:val="ru-RU"/>
        </w:rPr>
        <w:t>1.ТЕРМИНЫ ИСПОЛЬЗУЕМЫЕ В НАСТОЯЩЕМ ДОГОВОРЕ</w:t>
      </w:r>
    </w:p>
    <w:p w:rsidR="007C1920" w:rsidRPr="00825777" w:rsidRDefault="00391957">
      <w:pPr>
        <w:pStyle w:val="ContractBody"/>
        <w:rPr>
          <w:sz w:val="28"/>
          <w:szCs w:val="28"/>
          <w:lang w:val="ru-RU"/>
        </w:rPr>
      </w:pPr>
      <w:r w:rsidRPr="00825777">
        <w:rPr>
          <w:sz w:val="28"/>
          <w:szCs w:val="28"/>
          <w:lang w:val="ru-RU"/>
        </w:rPr>
        <w:t>Настоящие термины имеют следующее значение только для настоящего договора и не могут толковаться иначе применительно к услугам, оказываемых по договору.</w:t>
      </w:r>
    </w:p>
    <w:p w:rsidR="007C1920" w:rsidRPr="00825777" w:rsidRDefault="00391957">
      <w:pPr>
        <w:pStyle w:val="ContractBody"/>
        <w:rPr>
          <w:sz w:val="28"/>
          <w:szCs w:val="28"/>
          <w:lang w:val="ru-RU"/>
        </w:rPr>
      </w:pPr>
      <w:r w:rsidRPr="00825777">
        <w:rPr>
          <w:b/>
          <w:sz w:val="28"/>
          <w:szCs w:val="28"/>
          <w:lang w:val="ru-RU"/>
        </w:rPr>
        <w:t>Интернет-проект «Клиники Беларуси» (далее – Проект «Клиники Беларуси»)</w:t>
      </w:r>
      <w:r w:rsidRPr="00825777">
        <w:rPr>
          <w:sz w:val="28"/>
          <w:szCs w:val="28"/>
          <w:lang w:val="ru-RU"/>
        </w:rPr>
        <w:t xml:space="preserve"> – интернет-портал государственного оператора медицинского туризма, размещенный в сети Интернет на домене </w:t>
      </w:r>
      <w:proofErr w:type="spellStart"/>
      <w:r w:rsidRPr="00825777">
        <w:rPr>
          <w:sz w:val="28"/>
          <w:szCs w:val="28"/>
        </w:rPr>
        <w:t>clinicsbel</w:t>
      </w:r>
      <w:proofErr w:type="spellEnd"/>
      <w:r w:rsidRPr="00825777">
        <w:rPr>
          <w:sz w:val="28"/>
          <w:szCs w:val="28"/>
          <w:lang w:val="ru-RU"/>
        </w:rPr>
        <w:t>.</w:t>
      </w:r>
      <w:r w:rsidRPr="00825777">
        <w:rPr>
          <w:sz w:val="28"/>
          <w:szCs w:val="28"/>
        </w:rPr>
        <w:t>by</w:t>
      </w:r>
      <w:r w:rsidRPr="00825777">
        <w:rPr>
          <w:sz w:val="28"/>
          <w:szCs w:val="28"/>
          <w:lang w:val="ru-RU"/>
        </w:rPr>
        <w:t>.</w:t>
      </w:r>
    </w:p>
    <w:p w:rsidR="007C1920" w:rsidRPr="00825777" w:rsidRDefault="00391957">
      <w:pPr>
        <w:pStyle w:val="ContractBody"/>
        <w:rPr>
          <w:sz w:val="28"/>
          <w:szCs w:val="28"/>
          <w:lang w:val="ru-RU"/>
        </w:rPr>
      </w:pPr>
      <w:r w:rsidRPr="00825777">
        <w:rPr>
          <w:b/>
          <w:sz w:val="28"/>
          <w:szCs w:val="28"/>
          <w:lang w:val="ru-RU"/>
        </w:rPr>
        <w:t>Продвижение в сети Интернет Проекта «Клиники Беларуси» (далее – Продвижение)</w:t>
      </w:r>
      <w:r w:rsidRPr="00825777">
        <w:rPr>
          <w:sz w:val="28"/>
          <w:szCs w:val="28"/>
          <w:lang w:val="ru-RU"/>
        </w:rPr>
        <w:t xml:space="preserve"> – комплекс мероприятий по организации, размещению и ведению контекстной рекламы Проекта «Клиники Беларуси» в системах </w:t>
      </w:r>
      <w:r w:rsidRPr="00825777">
        <w:rPr>
          <w:sz w:val="28"/>
          <w:szCs w:val="28"/>
        </w:rPr>
        <w:t>Google</w:t>
      </w:r>
      <w:r w:rsidRPr="00825777">
        <w:rPr>
          <w:sz w:val="28"/>
          <w:szCs w:val="28"/>
          <w:lang w:val="ru-RU"/>
        </w:rPr>
        <w:t xml:space="preserve"> </w:t>
      </w:r>
      <w:r w:rsidRPr="00825777">
        <w:rPr>
          <w:sz w:val="28"/>
          <w:szCs w:val="28"/>
        </w:rPr>
        <w:t>Ads</w:t>
      </w:r>
      <w:r w:rsidRPr="00825777">
        <w:rPr>
          <w:sz w:val="28"/>
          <w:szCs w:val="28"/>
          <w:lang w:val="ru-RU"/>
        </w:rPr>
        <w:t xml:space="preserve"> и Яндекс Директ, включая рекламу в поисковой выдаче и рекламных сетях (контекстно-медийной сети </w:t>
      </w:r>
      <w:r w:rsidRPr="00825777">
        <w:rPr>
          <w:sz w:val="28"/>
          <w:szCs w:val="28"/>
        </w:rPr>
        <w:t>Google</w:t>
      </w:r>
      <w:r w:rsidRPr="00825777">
        <w:rPr>
          <w:sz w:val="28"/>
          <w:szCs w:val="28"/>
          <w:lang w:val="ru-RU"/>
        </w:rPr>
        <w:t xml:space="preserve"> и Рекламной сети Яндекса), направленный на привлечение целевой аудитории на сайт </w:t>
      </w:r>
      <w:proofErr w:type="spellStart"/>
      <w:r w:rsidRPr="00825777">
        <w:rPr>
          <w:sz w:val="28"/>
          <w:szCs w:val="28"/>
        </w:rPr>
        <w:t>clinicsbel</w:t>
      </w:r>
      <w:proofErr w:type="spellEnd"/>
      <w:r w:rsidRPr="00825777">
        <w:rPr>
          <w:sz w:val="28"/>
          <w:szCs w:val="28"/>
          <w:lang w:val="ru-RU"/>
        </w:rPr>
        <w:t>.</w:t>
      </w:r>
      <w:r w:rsidRPr="00825777">
        <w:rPr>
          <w:sz w:val="28"/>
          <w:szCs w:val="28"/>
        </w:rPr>
        <w:t>by</w:t>
      </w:r>
      <w:r w:rsidRPr="00825777">
        <w:rPr>
          <w:sz w:val="28"/>
          <w:szCs w:val="28"/>
          <w:lang w:val="ru-RU"/>
        </w:rPr>
        <w:t xml:space="preserve"> в регионах, определенных Техническим заданием.</w:t>
      </w:r>
    </w:p>
    <w:p w:rsidR="007C1920" w:rsidRPr="00825777" w:rsidRDefault="00391957">
      <w:pPr>
        <w:pStyle w:val="ContractBody"/>
        <w:rPr>
          <w:sz w:val="28"/>
          <w:szCs w:val="28"/>
          <w:lang w:val="ru-RU"/>
        </w:rPr>
      </w:pPr>
      <w:r w:rsidRPr="00825777">
        <w:rPr>
          <w:b/>
          <w:sz w:val="28"/>
          <w:szCs w:val="28"/>
          <w:lang w:val="ru-RU"/>
        </w:rPr>
        <w:t>Ключевые показатели эффективности</w:t>
      </w:r>
      <w:r w:rsidRPr="00825777">
        <w:rPr>
          <w:sz w:val="28"/>
          <w:szCs w:val="28"/>
          <w:lang w:val="ru-RU"/>
        </w:rPr>
        <w:t xml:space="preserve"> – численные характеристики Продвижения и его составных частей, качественные и количественные значения которых отражают степень соответствия выполненных (проводимых) Исполнителем работ поставленным целям и ожидаемым результатам, в том числе относительно затраченных средств.</w:t>
      </w:r>
    </w:p>
    <w:p w:rsidR="007C1920" w:rsidRPr="00825777" w:rsidRDefault="00391957">
      <w:pPr>
        <w:pStyle w:val="ContractBody"/>
        <w:rPr>
          <w:sz w:val="28"/>
          <w:szCs w:val="28"/>
          <w:lang w:val="ru-RU"/>
        </w:rPr>
      </w:pPr>
      <w:r w:rsidRPr="00825777">
        <w:rPr>
          <w:b/>
          <w:sz w:val="28"/>
          <w:szCs w:val="28"/>
          <w:lang w:val="ru-RU"/>
        </w:rPr>
        <w:t>Результат оказанных услуг</w:t>
      </w:r>
      <w:r w:rsidRPr="00825777">
        <w:rPr>
          <w:sz w:val="28"/>
          <w:szCs w:val="28"/>
          <w:lang w:val="ru-RU"/>
        </w:rPr>
        <w:t xml:space="preserve"> – оказания Исполнителем всех услуг согласно техническому заданию</w:t>
      </w:r>
      <w:r w:rsidR="00651253" w:rsidRPr="00825777">
        <w:rPr>
          <w:sz w:val="28"/>
          <w:szCs w:val="28"/>
          <w:lang w:val="ru-RU"/>
        </w:rPr>
        <w:t xml:space="preserve"> (Приложение 1 к настоящему договору)</w:t>
      </w:r>
      <w:r w:rsidRPr="00825777">
        <w:rPr>
          <w:sz w:val="28"/>
          <w:szCs w:val="28"/>
          <w:lang w:val="ru-RU"/>
        </w:rPr>
        <w:t xml:space="preserve"> и настоящему договору.</w:t>
      </w:r>
    </w:p>
    <w:p w:rsidR="007C1920" w:rsidRPr="00825777" w:rsidRDefault="00391957">
      <w:pPr>
        <w:pStyle w:val="ContractBody"/>
        <w:rPr>
          <w:sz w:val="28"/>
          <w:szCs w:val="28"/>
          <w:lang w:val="ru-RU"/>
        </w:rPr>
      </w:pPr>
      <w:r w:rsidRPr="00825777">
        <w:rPr>
          <w:b/>
          <w:sz w:val="28"/>
          <w:szCs w:val="28"/>
          <w:lang w:val="ru-RU"/>
        </w:rPr>
        <w:t>Акт сдачи-приемки оказанных услуг</w:t>
      </w:r>
      <w:r w:rsidRPr="00825777">
        <w:rPr>
          <w:sz w:val="28"/>
          <w:szCs w:val="28"/>
          <w:lang w:val="ru-RU"/>
        </w:rPr>
        <w:t xml:space="preserve"> – документ, заверенный подписями Сторон, свидетельствующий об отсутствии претензий и замечаний у Заказчика к оказанным услугам.</w:t>
      </w:r>
    </w:p>
    <w:p w:rsidR="007C1920" w:rsidRPr="00825777" w:rsidRDefault="00391957">
      <w:pPr>
        <w:keepNext/>
        <w:spacing w:before="160"/>
        <w:jc w:val="center"/>
        <w:rPr>
          <w:sz w:val="28"/>
          <w:szCs w:val="28"/>
          <w:lang w:val="ru-RU"/>
        </w:rPr>
      </w:pPr>
      <w:r w:rsidRPr="00825777">
        <w:rPr>
          <w:sz w:val="28"/>
          <w:szCs w:val="28"/>
          <w:lang w:val="ru-RU"/>
        </w:rPr>
        <w:t>2. ПРЕДМЕТ ДОГОВОРА</w:t>
      </w:r>
    </w:p>
    <w:p w:rsidR="007C1920" w:rsidRPr="00825777" w:rsidRDefault="00391957">
      <w:pPr>
        <w:pStyle w:val="ContractBody"/>
        <w:rPr>
          <w:sz w:val="28"/>
          <w:szCs w:val="28"/>
          <w:lang w:val="ru-RU"/>
        </w:rPr>
      </w:pPr>
      <w:r w:rsidRPr="00825777">
        <w:rPr>
          <w:sz w:val="28"/>
          <w:szCs w:val="28"/>
          <w:lang w:val="ru-RU"/>
        </w:rPr>
        <w:t xml:space="preserve">2.1. В соответствии с настоящим договором Исполнитель обязуется по заданию Заказчика оказать услуги по организации и ведению контекстной рекламы интернет-проекта «Клиники Беларуси» в системах </w:t>
      </w:r>
      <w:r w:rsidRPr="00825777">
        <w:rPr>
          <w:sz w:val="28"/>
          <w:szCs w:val="28"/>
        </w:rPr>
        <w:t>Google</w:t>
      </w:r>
      <w:r w:rsidRPr="00825777">
        <w:rPr>
          <w:sz w:val="28"/>
          <w:szCs w:val="28"/>
          <w:lang w:val="ru-RU"/>
        </w:rPr>
        <w:t xml:space="preserve"> </w:t>
      </w:r>
      <w:r w:rsidRPr="00825777">
        <w:rPr>
          <w:sz w:val="28"/>
          <w:szCs w:val="28"/>
        </w:rPr>
        <w:t>Ads</w:t>
      </w:r>
      <w:r w:rsidRPr="00825777">
        <w:rPr>
          <w:sz w:val="28"/>
          <w:szCs w:val="28"/>
          <w:lang w:val="ru-RU"/>
        </w:rPr>
        <w:t xml:space="preserve"> и Яндекс Директ, включая размещение рекламы в поисковой выдаче и рекламных сетях, в регионах, определенных Техническим заданием (Приложение</w:t>
      </w:r>
      <w:r w:rsidR="00651253" w:rsidRPr="00825777">
        <w:rPr>
          <w:sz w:val="28"/>
          <w:szCs w:val="28"/>
          <w:lang w:val="ru-RU"/>
        </w:rPr>
        <w:t xml:space="preserve"> 1</w:t>
      </w:r>
      <w:r w:rsidRPr="00825777">
        <w:rPr>
          <w:sz w:val="28"/>
          <w:szCs w:val="28"/>
          <w:lang w:val="ru-RU"/>
        </w:rPr>
        <w:t xml:space="preserve"> </w:t>
      </w:r>
      <w:r w:rsidR="00B101B4" w:rsidRPr="00825777">
        <w:rPr>
          <w:sz w:val="28"/>
          <w:szCs w:val="28"/>
          <w:lang w:val="ru-RU"/>
        </w:rPr>
        <w:t>к настоящему договору</w:t>
      </w:r>
      <w:r w:rsidRPr="00825777">
        <w:rPr>
          <w:sz w:val="28"/>
          <w:szCs w:val="28"/>
          <w:lang w:val="ru-RU"/>
        </w:rPr>
        <w:t>).</w:t>
      </w:r>
    </w:p>
    <w:p w:rsidR="007C1920" w:rsidRPr="00825777" w:rsidRDefault="00391957">
      <w:pPr>
        <w:pStyle w:val="ContractBody"/>
        <w:rPr>
          <w:sz w:val="28"/>
          <w:szCs w:val="28"/>
          <w:lang w:val="ru-RU"/>
        </w:rPr>
      </w:pPr>
      <w:r w:rsidRPr="00825777">
        <w:rPr>
          <w:sz w:val="28"/>
          <w:szCs w:val="28"/>
          <w:lang w:val="ru-RU"/>
        </w:rPr>
        <w:lastRenderedPageBreak/>
        <w:t>2.2. Заказчик обязуется принять результаты оказанных услуг и обеспечить их оплату в порядке, предусмотренном договором.</w:t>
      </w:r>
    </w:p>
    <w:p w:rsidR="007C1920" w:rsidRPr="00825777" w:rsidRDefault="00391957">
      <w:pPr>
        <w:pStyle w:val="ContractBody"/>
        <w:rPr>
          <w:sz w:val="28"/>
          <w:szCs w:val="28"/>
          <w:lang w:val="ru-RU"/>
        </w:rPr>
      </w:pPr>
      <w:r w:rsidRPr="00825777">
        <w:rPr>
          <w:sz w:val="28"/>
          <w:szCs w:val="28"/>
          <w:lang w:val="ru-RU"/>
        </w:rPr>
        <w:t>2.3. Услуги включают в себя:</w:t>
      </w:r>
    </w:p>
    <w:p w:rsidR="007C1920" w:rsidRPr="00825777" w:rsidRDefault="00391957">
      <w:pPr>
        <w:pStyle w:val="ContractBody"/>
        <w:rPr>
          <w:sz w:val="28"/>
          <w:szCs w:val="28"/>
          <w:lang w:val="ru-RU"/>
        </w:rPr>
      </w:pPr>
      <w:r w:rsidRPr="00825777">
        <w:rPr>
          <w:sz w:val="28"/>
          <w:szCs w:val="28"/>
          <w:lang w:val="ru-RU"/>
        </w:rPr>
        <w:t>2.3.1. осуществление Продвижения согласно условиям Технического задания</w:t>
      </w:r>
      <w:r w:rsidR="002D2583" w:rsidRPr="00825777">
        <w:rPr>
          <w:sz w:val="28"/>
          <w:szCs w:val="28"/>
          <w:lang w:val="ru-RU"/>
        </w:rPr>
        <w:t xml:space="preserve"> (Приложение 1 к настоящему договору)</w:t>
      </w:r>
      <w:r w:rsidRPr="00825777">
        <w:rPr>
          <w:sz w:val="28"/>
          <w:szCs w:val="28"/>
          <w:lang w:val="ru-RU"/>
        </w:rPr>
        <w:t xml:space="preserve"> и </w:t>
      </w:r>
      <w:r w:rsidR="002D2583" w:rsidRPr="00825777">
        <w:rPr>
          <w:sz w:val="28"/>
          <w:szCs w:val="28"/>
          <w:lang w:val="ru-RU"/>
        </w:rPr>
        <w:t xml:space="preserve">настоящего </w:t>
      </w:r>
      <w:r w:rsidRPr="00825777">
        <w:rPr>
          <w:sz w:val="28"/>
          <w:szCs w:val="28"/>
          <w:lang w:val="ru-RU"/>
        </w:rPr>
        <w:t>договора, включая настройку, запуск, ведение и оптимизацию контекстных рекламных кампаний;</w:t>
      </w:r>
    </w:p>
    <w:p w:rsidR="007C1920" w:rsidRPr="00825777" w:rsidRDefault="00391957">
      <w:pPr>
        <w:pStyle w:val="ContractBody"/>
        <w:rPr>
          <w:sz w:val="28"/>
          <w:szCs w:val="28"/>
          <w:lang w:val="ru-RU"/>
        </w:rPr>
      </w:pPr>
      <w:r w:rsidRPr="00825777">
        <w:rPr>
          <w:sz w:val="28"/>
          <w:szCs w:val="28"/>
          <w:lang w:val="ru-RU"/>
        </w:rPr>
        <w:t>2.3.2. осуществление отчетности в течение всего периода действия договора:</w:t>
      </w:r>
    </w:p>
    <w:p w:rsidR="007C1920" w:rsidRPr="00825777" w:rsidRDefault="00391957">
      <w:pPr>
        <w:ind w:left="709"/>
        <w:rPr>
          <w:sz w:val="28"/>
          <w:szCs w:val="28"/>
          <w:lang w:val="ru-RU"/>
        </w:rPr>
      </w:pPr>
      <w:r w:rsidRPr="00825777">
        <w:rPr>
          <w:sz w:val="28"/>
          <w:szCs w:val="28"/>
          <w:lang w:val="ru-RU"/>
        </w:rPr>
        <w:t>- еженедельно (текущий отчет, каждую пятницу);</w:t>
      </w:r>
    </w:p>
    <w:p w:rsidR="007C1920" w:rsidRPr="00825777" w:rsidRDefault="00391957">
      <w:pPr>
        <w:ind w:left="709"/>
        <w:rPr>
          <w:sz w:val="28"/>
          <w:szCs w:val="28"/>
          <w:lang w:val="ru-RU"/>
        </w:rPr>
      </w:pPr>
      <w:r w:rsidRPr="00825777">
        <w:rPr>
          <w:sz w:val="28"/>
          <w:szCs w:val="28"/>
          <w:lang w:val="ru-RU"/>
        </w:rPr>
        <w:t>- ежемесячно (подробный отчет, до 3 числа месяца, следующего за отчетным);</w:t>
      </w:r>
    </w:p>
    <w:p w:rsidR="007C1920" w:rsidRPr="00825777" w:rsidRDefault="00391957">
      <w:pPr>
        <w:ind w:left="709"/>
        <w:rPr>
          <w:sz w:val="28"/>
          <w:szCs w:val="28"/>
          <w:lang w:val="ru-RU"/>
        </w:rPr>
      </w:pPr>
      <w:r w:rsidRPr="00825777">
        <w:rPr>
          <w:sz w:val="28"/>
          <w:szCs w:val="28"/>
          <w:lang w:val="ru-RU"/>
        </w:rPr>
        <w:t>- предоставление Заказчику гостевого доступа в кабинеты;</w:t>
      </w:r>
    </w:p>
    <w:p w:rsidR="007C1920" w:rsidRPr="00825777" w:rsidRDefault="00391957">
      <w:pPr>
        <w:ind w:left="709"/>
        <w:rPr>
          <w:sz w:val="28"/>
          <w:szCs w:val="28"/>
          <w:lang w:val="ru-RU"/>
        </w:rPr>
      </w:pPr>
      <w:r w:rsidRPr="00825777">
        <w:rPr>
          <w:sz w:val="28"/>
          <w:szCs w:val="28"/>
          <w:lang w:val="ru-RU"/>
        </w:rPr>
        <w:t>- по завершению кампании - анализ кампании, подведение итогов (до 3 числа месяца, следующего за отчетным);</w:t>
      </w:r>
    </w:p>
    <w:p w:rsidR="007C1920" w:rsidRPr="00825777" w:rsidRDefault="00391957">
      <w:pPr>
        <w:ind w:left="709"/>
        <w:rPr>
          <w:sz w:val="28"/>
          <w:szCs w:val="28"/>
          <w:lang w:val="ru-RU"/>
        </w:rPr>
      </w:pPr>
      <w:r w:rsidRPr="00825777">
        <w:rPr>
          <w:sz w:val="28"/>
          <w:szCs w:val="28"/>
          <w:lang w:val="ru-RU"/>
        </w:rPr>
        <w:t>- по завершению кампании – передать настройки рекламной кампании Заказчику;</w:t>
      </w:r>
    </w:p>
    <w:p w:rsidR="007C1920" w:rsidRPr="00825777" w:rsidRDefault="00391957" w:rsidP="004B5385">
      <w:pPr>
        <w:pStyle w:val="ContractBody"/>
        <w:rPr>
          <w:sz w:val="28"/>
          <w:szCs w:val="28"/>
          <w:lang w:val="ru-RU"/>
        </w:rPr>
      </w:pPr>
      <w:r w:rsidRPr="00825777">
        <w:rPr>
          <w:sz w:val="28"/>
          <w:szCs w:val="28"/>
          <w:lang w:val="ru-RU"/>
        </w:rPr>
        <w:t>2.3.3. бесплатную консультацию сотрудников Заказчика по вопросам оказания услуг в течение всего периода действия договора.</w:t>
      </w:r>
    </w:p>
    <w:p w:rsidR="007C1920" w:rsidRPr="00825777" w:rsidRDefault="00391957">
      <w:pPr>
        <w:pStyle w:val="ContractCompact"/>
        <w:rPr>
          <w:sz w:val="28"/>
          <w:szCs w:val="28"/>
          <w:lang w:val="ru-RU"/>
        </w:rPr>
      </w:pPr>
      <w:r w:rsidRPr="00825777">
        <w:rPr>
          <w:sz w:val="28"/>
          <w:szCs w:val="28"/>
          <w:lang w:val="ru-RU"/>
        </w:rPr>
        <w:t>2.4. Качество оказываемых услуг по договору должно соответствовать требованиям законодательства Республики Беларусь, а также требованиям, обычно предъявляемым к услугам подобного рода и обеспечивать достижение показателей, определенных Техническим заданием</w:t>
      </w:r>
      <w:r w:rsidR="00104F74" w:rsidRPr="00825777">
        <w:rPr>
          <w:sz w:val="28"/>
          <w:szCs w:val="28"/>
          <w:lang w:val="ru-RU"/>
        </w:rPr>
        <w:t xml:space="preserve"> (Приложение 1 к настоящему договору)</w:t>
      </w:r>
      <w:r w:rsidRPr="00825777">
        <w:rPr>
          <w:sz w:val="28"/>
          <w:szCs w:val="28"/>
          <w:lang w:val="ru-RU"/>
        </w:rPr>
        <w:t>.</w:t>
      </w:r>
    </w:p>
    <w:p w:rsidR="007C1920" w:rsidRPr="00825777" w:rsidRDefault="00391957">
      <w:pPr>
        <w:pStyle w:val="ContractCompact"/>
        <w:rPr>
          <w:sz w:val="28"/>
          <w:szCs w:val="28"/>
          <w:lang w:val="ru-RU"/>
        </w:rPr>
      </w:pPr>
      <w:r w:rsidRPr="00825777">
        <w:rPr>
          <w:sz w:val="28"/>
          <w:szCs w:val="28"/>
          <w:lang w:val="ru-RU"/>
        </w:rPr>
        <w:t xml:space="preserve">2.5. Срок оказания услуг: </w:t>
      </w:r>
      <w:r w:rsidR="00B737B3" w:rsidRPr="00825777">
        <w:rPr>
          <w:sz w:val="28"/>
          <w:szCs w:val="28"/>
          <w:lang w:val="ru-RU"/>
        </w:rPr>
        <w:t xml:space="preserve">6 месяцев </w:t>
      </w:r>
      <w:r w:rsidRPr="00825777">
        <w:rPr>
          <w:sz w:val="28"/>
          <w:szCs w:val="28"/>
          <w:lang w:val="ru-RU"/>
        </w:rPr>
        <w:t>с момента подписания договора</w:t>
      </w:r>
      <w:r w:rsidR="00B737B3" w:rsidRPr="00825777">
        <w:rPr>
          <w:sz w:val="28"/>
          <w:szCs w:val="28"/>
          <w:lang w:val="ru-RU"/>
        </w:rPr>
        <w:t xml:space="preserve"> обеими </w:t>
      </w:r>
      <w:r w:rsidR="001851B4" w:rsidRPr="00825777">
        <w:rPr>
          <w:sz w:val="28"/>
          <w:szCs w:val="28"/>
          <w:lang w:val="ru-RU"/>
        </w:rPr>
        <w:t>С</w:t>
      </w:r>
      <w:r w:rsidR="00B737B3" w:rsidRPr="00825777">
        <w:rPr>
          <w:sz w:val="28"/>
          <w:szCs w:val="28"/>
          <w:lang w:val="ru-RU"/>
        </w:rPr>
        <w:t>торонами.</w:t>
      </w:r>
      <w:r w:rsidRPr="00825777">
        <w:rPr>
          <w:sz w:val="28"/>
          <w:szCs w:val="28"/>
          <w:lang w:val="ru-RU"/>
        </w:rPr>
        <w:t xml:space="preserve"> </w:t>
      </w:r>
    </w:p>
    <w:p w:rsidR="007C1920" w:rsidRPr="00825777" w:rsidRDefault="00391957">
      <w:pPr>
        <w:pStyle w:val="ContractCompact"/>
        <w:rPr>
          <w:sz w:val="28"/>
          <w:szCs w:val="28"/>
          <w:lang w:val="ru-RU"/>
        </w:rPr>
      </w:pPr>
      <w:r w:rsidRPr="00825777">
        <w:rPr>
          <w:sz w:val="28"/>
          <w:szCs w:val="28"/>
          <w:lang w:val="ru-RU"/>
        </w:rPr>
        <w:t>2.6. Исполнитель оказывает услуги, предусмотренные договором, собственными силами.</w:t>
      </w:r>
    </w:p>
    <w:p w:rsidR="007C1920" w:rsidRPr="00825777" w:rsidRDefault="00391957">
      <w:pPr>
        <w:keepNext/>
        <w:spacing w:before="140"/>
        <w:jc w:val="center"/>
        <w:rPr>
          <w:sz w:val="28"/>
          <w:szCs w:val="28"/>
          <w:lang w:val="ru-RU"/>
        </w:rPr>
      </w:pPr>
      <w:r w:rsidRPr="00825777">
        <w:rPr>
          <w:sz w:val="28"/>
          <w:szCs w:val="28"/>
          <w:lang w:val="ru-RU"/>
        </w:rPr>
        <w:t>3. ПРАВА И ОБЯЗАННОСТИ СТОРОН</w:t>
      </w:r>
    </w:p>
    <w:p w:rsidR="007C1920" w:rsidRPr="00825777" w:rsidRDefault="00391957">
      <w:pPr>
        <w:pStyle w:val="ContractCompact"/>
        <w:rPr>
          <w:sz w:val="28"/>
          <w:szCs w:val="28"/>
          <w:lang w:val="ru-RU"/>
        </w:rPr>
      </w:pPr>
      <w:r w:rsidRPr="00825777">
        <w:rPr>
          <w:sz w:val="28"/>
          <w:szCs w:val="28"/>
          <w:lang w:val="ru-RU"/>
        </w:rPr>
        <w:t>3.1. Исполнитель обязан:</w:t>
      </w:r>
    </w:p>
    <w:p w:rsidR="007C1920" w:rsidRPr="00825777" w:rsidRDefault="00391957">
      <w:pPr>
        <w:pStyle w:val="ContractCompact"/>
        <w:rPr>
          <w:sz w:val="28"/>
          <w:szCs w:val="28"/>
          <w:lang w:val="ru-RU"/>
        </w:rPr>
      </w:pPr>
      <w:r w:rsidRPr="00825777">
        <w:rPr>
          <w:sz w:val="28"/>
          <w:szCs w:val="28"/>
          <w:lang w:val="ru-RU"/>
        </w:rPr>
        <w:t xml:space="preserve">3.1.1. оказывать услуги качественно, в соответствии с условиями настоящего договора, а также Техническим заданием </w:t>
      </w:r>
      <w:r w:rsidR="00104F74" w:rsidRPr="00825777">
        <w:rPr>
          <w:sz w:val="28"/>
          <w:szCs w:val="28"/>
          <w:lang w:val="ru-RU"/>
        </w:rPr>
        <w:t xml:space="preserve">(Приложение 1 к настоящему договору) </w:t>
      </w:r>
      <w:r w:rsidRPr="00825777">
        <w:rPr>
          <w:sz w:val="28"/>
          <w:szCs w:val="28"/>
          <w:lang w:val="ru-RU"/>
        </w:rPr>
        <w:t>и иными документами, регламентирующими порядок и условия оказания услуг;</w:t>
      </w:r>
    </w:p>
    <w:p w:rsidR="007C1920" w:rsidRPr="00825777" w:rsidRDefault="00391957">
      <w:pPr>
        <w:pStyle w:val="ContractCompact"/>
        <w:rPr>
          <w:sz w:val="28"/>
          <w:szCs w:val="28"/>
          <w:lang w:val="ru-RU"/>
        </w:rPr>
      </w:pPr>
      <w:r w:rsidRPr="00825777">
        <w:rPr>
          <w:sz w:val="28"/>
          <w:szCs w:val="28"/>
          <w:lang w:val="ru-RU"/>
        </w:rPr>
        <w:t>3.1.2. при получении от Заказчика обращения по вопросам оказания услуг, в течение 2 (двух) рабочих дней с момента получения обращения, переданного по телефону либо мессенджеру, в письменном виде по адресу Исполнителя, указанному в реквизитах договора, или электронной почте уведомить Заказчика о результатах его рассмотрения способом, аналогичным способу, которым сообщение получено Исполнителем;</w:t>
      </w:r>
    </w:p>
    <w:p w:rsidR="007C1920" w:rsidRPr="00825777" w:rsidRDefault="00391957">
      <w:pPr>
        <w:pStyle w:val="ContractCompact"/>
        <w:rPr>
          <w:sz w:val="28"/>
          <w:szCs w:val="28"/>
          <w:lang w:val="ru-RU"/>
        </w:rPr>
      </w:pPr>
      <w:r w:rsidRPr="00825777">
        <w:rPr>
          <w:sz w:val="28"/>
          <w:szCs w:val="28"/>
          <w:lang w:val="ru-RU"/>
        </w:rPr>
        <w:t xml:space="preserve">3.1.3. обеспечить конфиденциальность информации, содержащейся в настоящем договоре, Техническом задании </w:t>
      </w:r>
      <w:r w:rsidR="00104F74" w:rsidRPr="00825777">
        <w:rPr>
          <w:sz w:val="28"/>
          <w:szCs w:val="28"/>
          <w:lang w:val="ru-RU"/>
        </w:rPr>
        <w:t xml:space="preserve">(Приложение 1 к настоящему договору) </w:t>
      </w:r>
      <w:r w:rsidRPr="00825777">
        <w:rPr>
          <w:sz w:val="28"/>
          <w:szCs w:val="28"/>
          <w:lang w:val="ru-RU"/>
        </w:rPr>
        <w:t>и полученной от Заказчика информации в ходе исполнения договора;</w:t>
      </w:r>
    </w:p>
    <w:p w:rsidR="007C1920" w:rsidRPr="00825777" w:rsidRDefault="00391957">
      <w:pPr>
        <w:pStyle w:val="ContractCompact"/>
        <w:rPr>
          <w:sz w:val="28"/>
          <w:szCs w:val="28"/>
          <w:lang w:val="ru-RU"/>
        </w:rPr>
      </w:pPr>
      <w:r w:rsidRPr="00825777">
        <w:rPr>
          <w:sz w:val="28"/>
          <w:szCs w:val="28"/>
          <w:lang w:val="ru-RU"/>
        </w:rPr>
        <w:t>3.1.4. по требованию Заказчика информировать его о ходе оказания услуг;</w:t>
      </w:r>
    </w:p>
    <w:p w:rsidR="007C1920" w:rsidRPr="00825777" w:rsidRDefault="00391957">
      <w:pPr>
        <w:pStyle w:val="ContractCompact"/>
        <w:rPr>
          <w:sz w:val="28"/>
          <w:szCs w:val="28"/>
          <w:lang w:val="ru-RU"/>
        </w:rPr>
      </w:pPr>
      <w:r w:rsidRPr="00825777">
        <w:rPr>
          <w:sz w:val="28"/>
          <w:szCs w:val="28"/>
          <w:lang w:val="ru-RU"/>
        </w:rPr>
        <w:t xml:space="preserve">3.1.5. выполнять иные обязанности, предусмотренные договором, Техническим заданием </w:t>
      </w:r>
      <w:r w:rsidR="00104F74" w:rsidRPr="00825777">
        <w:rPr>
          <w:sz w:val="28"/>
          <w:szCs w:val="28"/>
          <w:lang w:val="ru-RU"/>
        </w:rPr>
        <w:t xml:space="preserve">(Приложение 1 к настоящему договору) </w:t>
      </w:r>
      <w:r w:rsidRPr="00825777">
        <w:rPr>
          <w:sz w:val="28"/>
          <w:szCs w:val="28"/>
          <w:lang w:val="ru-RU"/>
        </w:rPr>
        <w:t>и иными документами, регламентирующими порядок и условия оказания услуг;</w:t>
      </w:r>
    </w:p>
    <w:p w:rsidR="007C1920" w:rsidRPr="00825777" w:rsidRDefault="00391957">
      <w:pPr>
        <w:pStyle w:val="ContractCompact"/>
        <w:rPr>
          <w:sz w:val="28"/>
          <w:szCs w:val="28"/>
          <w:lang w:val="ru-RU"/>
        </w:rPr>
      </w:pPr>
      <w:r w:rsidRPr="00825777">
        <w:rPr>
          <w:sz w:val="28"/>
          <w:szCs w:val="28"/>
          <w:lang w:val="ru-RU"/>
        </w:rPr>
        <w:lastRenderedPageBreak/>
        <w:t>3.1.6. предоставлять гостевой доступ к созданным рекламным кабинетам и иным инструментам, позволяющим контролировать порядок и качество оказываемых услуг.</w:t>
      </w:r>
    </w:p>
    <w:p w:rsidR="007C1920" w:rsidRPr="00825777" w:rsidRDefault="00391957">
      <w:pPr>
        <w:pStyle w:val="ContractCompact"/>
        <w:rPr>
          <w:sz w:val="28"/>
          <w:szCs w:val="28"/>
          <w:lang w:val="ru-RU"/>
        </w:rPr>
      </w:pPr>
      <w:r w:rsidRPr="00825777">
        <w:rPr>
          <w:sz w:val="28"/>
          <w:szCs w:val="28"/>
          <w:lang w:val="ru-RU"/>
        </w:rPr>
        <w:t>3.2. Заказчик обязан:</w:t>
      </w:r>
    </w:p>
    <w:p w:rsidR="007C1920" w:rsidRPr="00825777" w:rsidRDefault="00391957">
      <w:pPr>
        <w:pStyle w:val="ContractCompact"/>
        <w:rPr>
          <w:sz w:val="28"/>
          <w:szCs w:val="28"/>
          <w:lang w:val="ru-RU"/>
        </w:rPr>
      </w:pPr>
      <w:r w:rsidRPr="00825777">
        <w:rPr>
          <w:sz w:val="28"/>
          <w:szCs w:val="28"/>
          <w:lang w:val="ru-RU"/>
        </w:rPr>
        <w:t>3.2.1. принять результат услуг и обеспечить их оплату в соответствии с условиями договора;</w:t>
      </w:r>
    </w:p>
    <w:p w:rsidR="007C1920" w:rsidRPr="00825777" w:rsidRDefault="00391957">
      <w:pPr>
        <w:pStyle w:val="ContractCompact"/>
        <w:rPr>
          <w:sz w:val="28"/>
          <w:szCs w:val="28"/>
          <w:lang w:val="ru-RU"/>
        </w:rPr>
      </w:pPr>
      <w:r w:rsidRPr="00825777">
        <w:rPr>
          <w:sz w:val="28"/>
          <w:szCs w:val="28"/>
          <w:lang w:val="ru-RU"/>
        </w:rPr>
        <w:t>3.2.2. предоставлять полную и соответствующую действительности информацию касательно предмета настоящего договора;</w:t>
      </w:r>
    </w:p>
    <w:p w:rsidR="007C1920" w:rsidRPr="00825777" w:rsidRDefault="00391957">
      <w:pPr>
        <w:pStyle w:val="ContractCompact"/>
        <w:rPr>
          <w:sz w:val="28"/>
          <w:szCs w:val="28"/>
          <w:lang w:val="ru-RU"/>
        </w:rPr>
      </w:pPr>
      <w:r w:rsidRPr="00825777">
        <w:rPr>
          <w:sz w:val="28"/>
          <w:szCs w:val="28"/>
          <w:lang w:val="ru-RU"/>
        </w:rPr>
        <w:t>3.2.3. своевременно по собственной инициативе предоставлять Исполнителю информационные материалы, документы и прочие сведения, необходимые Исполнителю для надлежащего исполнения обязательств по договору.</w:t>
      </w:r>
    </w:p>
    <w:p w:rsidR="007C1920" w:rsidRPr="00825777" w:rsidRDefault="00391957">
      <w:pPr>
        <w:pStyle w:val="ContractCompact"/>
        <w:rPr>
          <w:sz w:val="28"/>
          <w:szCs w:val="28"/>
          <w:lang w:val="ru-RU"/>
        </w:rPr>
      </w:pPr>
      <w:r w:rsidRPr="00825777">
        <w:rPr>
          <w:sz w:val="28"/>
          <w:szCs w:val="28"/>
          <w:lang w:val="ru-RU"/>
        </w:rPr>
        <w:t>3.2.4. при возникновении замечаний в ходе оказания услуг предоставить в адрес Исполнителя в письменном виде по почте или электронной почте, указанных в реквизитах договора, в течение 24 часов с момента обнаружения претензионное письмо с описанием недостатков в оказываемых услугах.</w:t>
      </w:r>
    </w:p>
    <w:p w:rsidR="007C1920" w:rsidRPr="00825777" w:rsidRDefault="00391957">
      <w:pPr>
        <w:pStyle w:val="ContractCompact"/>
        <w:rPr>
          <w:sz w:val="28"/>
          <w:szCs w:val="28"/>
          <w:lang w:val="ru-RU"/>
        </w:rPr>
      </w:pPr>
      <w:r w:rsidRPr="00825777">
        <w:rPr>
          <w:sz w:val="28"/>
          <w:szCs w:val="28"/>
          <w:lang w:val="ru-RU"/>
        </w:rPr>
        <w:t>3.3. Исполнитель имеет право:</w:t>
      </w:r>
    </w:p>
    <w:p w:rsidR="007C1920" w:rsidRPr="00825777" w:rsidRDefault="00391957">
      <w:pPr>
        <w:pStyle w:val="ContractCompact"/>
        <w:rPr>
          <w:sz w:val="28"/>
          <w:szCs w:val="28"/>
          <w:lang w:val="ru-RU"/>
        </w:rPr>
      </w:pPr>
      <w:r w:rsidRPr="00825777">
        <w:rPr>
          <w:sz w:val="28"/>
          <w:szCs w:val="28"/>
          <w:lang w:val="ru-RU"/>
        </w:rPr>
        <w:t>3.3.1. консультироваться с Заказчиком по вопросам исполнения договора;</w:t>
      </w:r>
    </w:p>
    <w:p w:rsidR="007C1920" w:rsidRPr="00825777" w:rsidRDefault="00391957">
      <w:pPr>
        <w:pStyle w:val="ContractCompact"/>
        <w:rPr>
          <w:sz w:val="28"/>
          <w:szCs w:val="28"/>
          <w:lang w:val="ru-RU"/>
        </w:rPr>
      </w:pPr>
      <w:r w:rsidRPr="00825777">
        <w:rPr>
          <w:sz w:val="28"/>
          <w:szCs w:val="28"/>
          <w:lang w:val="ru-RU"/>
        </w:rPr>
        <w:t>3.3.2. требовать принятия оказанных услуг и их оплату.</w:t>
      </w:r>
    </w:p>
    <w:p w:rsidR="007C1920" w:rsidRPr="00825777" w:rsidRDefault="00391957">
      <w:pPr>
        <w:pStyle w:val="ContractCompact"/>
        <w:rPr>
          <w:sz w:val="28"/>
          <w:szCs w:val="28"/>
          <w:lang w:val="ru-RU"/>
        </w:rPr>
      </w:pPr>
      <w:r w:rsidRPr="00825777">
        <w:rPr>
          <w:sz w:val="28"/>
          <w:szCs w:val="28"/>
          <w:lang w:val="ru-RU"/>
        </w:rPr>
        <w:t>3.4. Заказчик имеет право:</w:t>
      </w:r>
    </w:p>
    <w:p w:rsidR="007C1920" w:rsidRPr="00825777" w:rsidRDefault="00391957">
      <w:pPr>
        <w:pStyle w:val="ContractCompact"/>
        <w:rPr>
          <w:sz w:val="28"/>
          <w:szCs w:val="28"/>
          <w:lang w:val="ru-RU"/>
        </w:rPr>
      </w:pPr>
      <w:r w:rsidRPr="00825777">
        <w:rPr>
          <w:sz w:val="28"/>
          <w:szCs w:val="28"/>
          <w:lang w:val="ru-RU"/>
        </w:rPr>
        <w:t>3.4.1. знакомиться с ходом оказания услуг по договору;</w:t>
      </w:r>
    </w:p>
    <w:p w:rsidR="007C1920" w:rsidRPr="00825777" w:rsidRDefault="00391957">
      <w:pPr>
        <w:pStyle w:val="ContractCompact"/>
        <w:rPr>
          <w:sz w:val="28"/>
          <w:szCs w:val="28"/>
          <w:lang w:val="ru-RU"/>
        </w:rPr>
      </w:pPr>
      <w:r w:rsidRPr="00825777">
        <w:rPr>
          <w:sz w:val="28"/>
          <w:szCs w:val="28"/>
          <w:lang w:val="ru-RU"/>
        </w:rPr>
        <w:t>3.4.2. отказаться полностью или частично от исполнения договора в случаях, предусмотренных настоящим договором;</w:t>
      </w:r>
    </w:p>
    <w:p w:rsidR="007C1920" w:rsidRPr="00825777" w:rsidRDefault="00391957">
      <w:pPr>
        <w:pStyle w:val="ContractCompact"/>
        <w:rPr>
          <w:sz w:val="28"/>
          <w:szCs w:val="28"/>
          <w:lang w:val="ru-RU"/>
        </w:rPr>
      </w:pPr>
      <w:r w:rsidRPr="00825777">
        <w:rPr>
          <w:sz w:val="28"/>
          <w:szCs w:val="28"/>
          <w:lang w:val="ru-RU"/>
        </w:rPr>
        <w:t>3.4.3. контролировать сроки и ход оказания услуг;</w:t>
      </w:r>
    </w:p>
    <w:p w:rsidR="007C1920" w:rsidRPr="00825777" w:rsidRDefault="00391957">
      <w:pPr>
        <w:pStyle w:val="ContractCompact"/>
        <w:rPr>
          <w:sz w:val="28"/>
          <w:szCs w:val="28"/>
          <w:lang w:val="ru-RU"/>
        </w:rPr>
      </w:pPr>
      <w:r w:rsidRPr="00825777">
        <w:rPr>
          <w:sz w:val="28"/>
          <w:szCs w:val="28"/>
          <w:lang w:val="ru-RU"/>
        </w:rPr>
        <w:t>3.4.4. требовать расторжения договора в случаях, предусмотренных договором;</w:t>
      </w:r>
    </w:p>
    <w:p w:rsidR="007C1920" w:rsidRPr="00825777" w:rsidRDefault="00391957">
      <w:pPr>
        <w:pStyle w:val="ContractCompact"/>
        <w:rPr>
          <w:sz w:val="28"/>
          <w:szCs w:val="28"/>
          <w:lang w:val="ru-RU"/>
        </w:rPr>
      </w:pPr>
      <w:r w:rsidRPr="00825777">
        <w:rPr>
          <w:sz w:val="28"/>
          <w:szCs w:val="28"/>
          <w:lang w:val="ru-RU"/>
        </w:rPr>
        <w:t>3.4.5. требовать предоставления отчетов, предусмотренных договором;</w:t>
      </w:r>
    </w:p>
    <w:p w:rsidR="007C1920" w:rsidRPr="00825777" w:rsidRDefault="00391957">
      <w:pPr>
        <w:pStyle w:val="ContractCompact"/>
        <w:rPr>
          <w:sz w:val="28"/>
          <w:szCs w:val="28"/>
          <w:lang w:val="ru-RU"/>
        </w:rPr>
      </w:pPr>
      <w:r w:rsidRPr="00825777">
        <w:rPr>
          <w:sz w:val="28"/>
          <w:szCs w:val="28"/>
          <w:lang w:val="ru-RU"/>
        </w:rPr>
        <w:t>3.4.6. требовать передачи результата оказанных услуг в объеме согласно договору и Техническому заданию</w:t>
      </w:r>
      <w:r w:rsidR="000416B6" w:rsidRPr="00825777">
        <w:rPr>
          <w:sz w:val="28"/>
          <w:szCs w:val="28"/>
          <w:lang w:val="ru-RU"/>
        </w:rPr>
        <w:t xml:space="preserve"> (Приложение 1 к настоящему договору).</w:t>
      </w:r>
    </w:p>
    <w:p w:rsidR="007C1920" w:rsidRPr="00825777" w:rsidRDefault="00391957">
      <w:pPr>
        <w:pStyle w:val="ContractCompact"/>
        <w:rPr>
          <w:sz w:val="28"/>
          <w:szCs w:val="28"/>
          <w:lang w:val="ru-RU"/>
        </w:rPr>
      </w:pPr>
      <w:r w:rsidRPr="00825777">
        <w:rPr>
          <w:sz w:val="28"/>
          <w:szCs w:val="28"/>
          <w:lang w:val="ru-RU"/>
        </w:rPr>
        <w:t>3.5. Стороны обязуются в случае изменения банковских реквизитов, местонахождения, контактных телефонов и адресов электронной почты в период действия договора уведомить об этом друг друга в течение 3 (трех) рабочих дней с момента соответствующего изменения.</w:t>
      </w:r>
    </w:p>
    <w:p w:rsidR="004B5385" w:rsidRPr="00825777" w:rsidRDefault="004B5385">
      <w:pPr>
        <w:pStyle w:val="ContractCompact"/>
        <w:rPr>
          <w:sz w:val="28"/>
          <w:szCs w:val="28"/>
          <w:lang w:val="ru-RU"/>
        </w:rPr>
      </w:pPr>
    </w:p>
    <w:p w:rsidR="007C1920" w:rsidRPr="00825777" w:rsidRDefault="00391957" w:rsidP="004B5385">
      <w:pPr>
        <w:jc w:val="center"/>
        <w:rPr>
          <w:sz w:val="28"/>
          <w:szCs w:val="28"/>
          <w:lang w:val="ru-RU"/>
        </w:rPr>
      </w:pPr>
      <w:r w:rsidRPr="00825777">
        <w:rPr>
          <w:sz w:val="28"/>
          <w:szCs w:val="28"/>
          <w:lang w:val="ru-RU"/>
        </w:rPr>
        <w:t>4. СТОИМОСТЬ УСЛУГ И ПОРЯДОК РАСЧЕТОВ</w:t>
      </w:r>
    </w:p>
    <w:p w:rsidR="007C1920" w:rsidRPr="00825777" w:rsidRDefault="00391957">
      <w:pPr>
        <w:pStyle w:val="ContractCompact"/>
        <w:rPr>
          <w:sz w:val="28"/>
          <w:szCs w:val="28"/>
          <w:lang w:val="ru-RU"/>
        </w:rPr>
      </w:pPr>
      <w:r w:rsidRPr="00825777">
        <w:rPr>
          <w:sz w:val="28"/>
          <w:szCs w:val="28"/>
          <w:lang w:val="ru-RU"/>
        </w:rPr>
        <w:t>4.1. Общая стоимость оказываемых услуг по договору составляет __________________ белорусских рублей, __________ копеек, в том числе НДС по ставке ___ % __________________ (__________________________________) белорусских рублей, __________ копеек. Стоимость оказываемых услуг по договору может быть изменена только в случаях, предусмотренных законодательством Республики Беларусь.</w:t>
      </w:r>
    </w:p>
    <w:p w:rsidR="007C1920" w:rsidRPr="00825777" w:rsidRDefault="00391957">
      <w:pPr>
        <w:pStyle w:val="ContractCompact"/>
        <w:rPr>
          <w:sz w:val="28"/>
          <w:szCs w:val="28"/>
          <w:lang w:val="ru-RU"/>
        </w:rPr>
      </w:pPr>
      <w:r w:rsidRPr="00825777">
        <w:rPr>
          <w:sz w:val="28"/>
          <w:szCs w:val="28"/>
          <w:lang w:val="ru-RU"/>
        </w:rPr>
        <w:t xml:space="preserve">4.2. Заказчик производит </w:t>
      </w:r>
      <w:bookmarkStart w:id="0" w:name="_Hlk239408131"/>
      <w:r w:rsidRPr="00825777">
        <w:rPr>
          <w:sz w:val="28"/>
          <w:szCs w:val="28"/>
          <w:lang w:val="ru-RU"/>
        </w:rPr>
        <w:t xml:space="preserve">расчеты за оказываемые по договору услуги ежемесячно на основании представленных Исполнителем не позднее 5 (пятого) числа месяца следующего за отчетным актов сдачи-приемки оказанных услуг в течение </w:t>
      </w:r>
      <w:r w:rsidR="00B06F59" w:rsidRPr="00825777">
        <w:rPr>
          <w:sz w:val="28"/>
          <w:szCs w:val="28"/>
          <w:lang w:val="ru-RU"/>
        </w:rPr>
        <w:t>10</w:t>
      </w:r>
      <w:r w:rsidRPr="00825777">
        <w:rPr>
          <w:sz w:val="28"/>
          <w:szCs w:val="28"/>
          <w:lang w:val="ru-RU"/>
        </w:rPr>
        <w:t xml:space="preserve"> (</w:t>
      </w:r>
      <w:r w:rsidR="00B06F59" w:rsidRPr="00825777">
        <w:rPr>
          <w:sz w:val="28"/>
          <w:szCs w:val="28"/>
          <w:lang w:val="ru-RU"/>
        </w:rPr>
        <w:t>дес</w:t>
      </w:r>
      <w:r w:rsidRPr="00825777">
        <w:rPr>
          <w:sz w:val="28"/>
          <w:szCs w:val="28"/>
          <w:lang w:val="ru-RU"/>
        </w:rPr>
        <w:t>яти) банковских дней с момента подписания их</w:t>
      </w:r>
      <w:r w:rsidR="00FC7253" w:rsidRPr="00825777">
        <w:rPr>
          <w:sz w:val="28"/>
          <w:szCs w:val="28"/>
          <w:lang w:val="ru-RU"/>
        </w:rPr>
        <w:t xml:space="preserve"> обеими</w:t>
      </w:r>
      <w:r w:rsidRPr="00825777">
        <w:rPr>
          <w:sz w:val="28"/>
          <w:szCs w:val="28"/>
          <w:lang w:val="ru-RU"/>
        </w:rPr>
        <w:t xml:space="preserve"> Сторонами.</w:t>
      </w:r>
      <w:bookmarkEnd w:id="0"/>
    </w:p>
    <w:p w:rsidR="007C1920" w:rsidRPr="00825777" w:rsidRDefault="00391957">
      <w:pPr>
        <w:pStyle w:val="ContractCompact"/>
        <w:rPr>
          <w:sz w:val="28"/>
          <w:szCs w:val="28"/>
          <w:lang w:val="ru-RU"/>
        </w:rPr>
      </w:pPr>
      <w:r w:rsidRPr="00825777">
        <w:rPr>
          <w:sz w:val="28"/>
          <w:szCs w:val="28"/>
          <w:lang w:val="ru-RU"/>
        </w:rPr>
        <w:lastRenderedPageBreak/>
        <w:t xml:space="preserve">Окончательный расчет за оказываемые Исполнителем услуги Заказчик производит </w:t>
      </w:r>
      <w:r w:rsidR="001851B4" w:rsidRPr="00825777">
        <w:rPr>
          <w:sz w:val="28"/>
          <w:szCs w:val="28"/>
          <w:lang w:val="ru-RU"/>
        </w:rPr>
        <w:t xml:space="preserve">в течение 10 (десяти) банковских дней </w:t>
      </w:r>
      <w:r w:rsidRPr="00825777">
        <w:rPr>
          <w:sz w:val="28"/>
          <w:szCs w:val="28"/>
          <w:lang w:val="ru-RU"/>
        </w:rPr>
        <w:t xml:space="preserve">на основании подписанного </w:t>
      </w:r>
      <w:r w:rsidR="004A32B0" w:rsidRPr="00825777">
        <w:rPr>
          <w:sz w:val="28"/>
          <w:szCs w:val="28"/>
          <w:lang w:val="ru-RU"/>
        </w:rPr>
        <w:t xml:space="preserve">обеими </w:t>
      </w:r>
      <w:r w:rsidRPr="00825777">
        <w:rPr>
          <w:sz w:val="28"/>
          <w:szCs w:val="28"/>
          <w:lang w:val="ru-RU"/>
        </w:rPr>
        <w:t xml:space="preserve">Сторонами акта сдачи-приемки оказанных услуг, представленного Исполнителем не позднее </w:t>
      </w:r>
      <w:r w:rsidR="001851B4" w:rsidRPr="00825777">
        <w:rPr>
          <w:sz w:val="28"/>
          <w:szCs w:val="28"/>
          <w:lang w:val="ru-RU"/>
        </w:rPr>
        <w:t>5 (пяти) рабочих дней</w:t>
      </w:r>
      <w:r w:rsidRPr="00825777">
        <w:rPr>
          <w:sz w:val="28"/>
          <w:szCs w:val="28"/>
          <w:lang w:val="ru-RU"/>
        </w:rPr>
        <w:t xml:space="preserve"> после окончания оказания услуг. </w:t>
      </w:r>
    </w:p>
    <w:p w:rsidR="001851B4" w:rsidRPr="00825777" w:rsidRDefault="00391957">
      <w:pPr>
        <w:pStyle w:val="ContractCompact"/>
        <w:rPr>
          <w:sz w:val="28"/>
          <w:szCs w:val="28"/>
          <w:lang w:val="ru-RU"/>
        </w:rPr>
      </w:pPr>
      <w:r w:rsidRPr="00825777">
        <w:rPr>
          <w:sz w:val="28"/>
          <w:szCs w:val="28"/>
          <w:lang w:val="ru-RU"/>
        </w:rPr>
        <w:t>4.3. Все платежи в рамках настоящего договора осуществляются в безналичном порядке</w:t>
      </w:r>
      <w:r w:rsidR="001851B4" w:rsidRPr="00825777">
        <w:rPr>
          <w:sz w:val="28"/>
          <w:szCs w:val="28"/>
          <w:lang w:val="ru-RU"/>
        </w:rPr>
        <w:t>.</w:t>
      </w:r>
    </w:p>
    <w:p w:rsidR="007C1920" w:rsidRPr="00825777" w:rsidRDefault="00391957">
      <w:pPr>
        <w:pStyle w:val="ContractCompact"/>
        <w:rPr>
          <w:sz w:val="28"/>
          <w:szCs w:val="28"/>
          <w:lang w:val="ru-RU"/>
        </w:rPr>
      </w:pPr>
      <w:r w:rsidRPr="00825777">
        <w:rPr>
          <w:sz w:val="28"/>
          <w:szCs w:val="28"/>
          <w:lang w:val="ru-RU"/>
        </w:rPr>
        <w:t xml:space="preserve">4.4. Источник финансирования – </w:t>
      </w:r>
      <w:r w:rsidR="001851B4" w:rsidRPr="00825777">
        <w:rPr>
          <w:sz w:val="28"/>
          <w:szCs w:val="28"/>
          <w:lang w:val="ru-RU"/>
        </w:rPr>
        <w:t>внебюджетные средства</w:t>
      </w:r>
      <w:r w:rsidRPr="00825777">
        <w:rPr>
          <w:sz w:val="28"/>
          <w:szCs w:val="28"/>
          <w:lang w:val="ru-RU"/>
        </w:rPr>
        <w:t>.</w:t>
      </w:r>
    </w:p>
    <w:p w:rsidR="007C1920" w:rsidRPr="00825777" w:rsidRDefault="00391957">
      <w:pPr>
        <w:pStyle w:val="ContractCompact"/>
        <w:rPr>
          <w:sz w:val="28"/>
          <w:szCs w:val="28"/>
          <w:lang w:val="ru-RU"/>
        </w:rPr>
      </w:pPr>
      <w:r w:rsidRPr="00825777">
        <w:rPr>
          <w:sz w:val="28"/>
          <w:szCs w:val="28"/>
          <w:lang w:val="ru-RU"/>
        </w:rPr>
        <w:t>4.5. При досрочном прекращении договора в случаях, предусмотренных настоящим договором, оплате подлежат фактически оказанные услуги на основании предоставленного Исполнителем акта сдачи-приемки оказанных услуг.</w:t>
      </w:r>
    </w:p>
    <w:p w:rsidR="007C1920" w:rsidRPr="00825777" w:rsidRDefault="00391957">
      <w:pPr>
        <w:keepNext/>
        <w:spacing w:before="140"/>
        <w:jc w:val="center"/>
        <w:rPr>
          <w:sz w:val="28"/>
          <w:szCs w:val="28"/>
          <w:lang w:val="ru-RU"/>
        </w:rPr>
      </w:pPr>
      <w:r w:rsidRPr="00825777">
        <w:rPr>
          <w:sz w:val="28"/>
          <w:szCs w:val="28"/>
          <w:lang w:val="ru-RU"/>
        </w:rPr>
        <w:t>5. ПОРЯДОК СДАЧИ-ПРИЕМКИ ОКАЗАННЫХ УСЛУГ</w:t>
      </w:r>
    </w:p>
    <w:p w:rsidR="007C1920" w:rsidRPr="00825777" w:rsidRDefault="00391957">
      <w:pPr>
        <w:pStyle w:val="ContractCompact"/>
        <w:rPr>
          <w:sz w:val="28"/>
          <w:szCs w:val="28"/>
          <w:lang w:val="ru-RU"/>
        </w:rPr>
      </w:pPr>
      <w:r w:rsidRPr="00825777">
        <w:rPr>
          <w:sz w:val="28"/>
          <w:szCs w:val="28"/>
          <w:lang w:val="ru-RU"/>
        </w:rPr>
        <w:t>5.1. Исполнитель представляет Заказчику акты сдачи-приемки оказанных услуг ежемесячно</w:t>
      </w:r>
      <w:r w:rsidR="00383DF3" w:rsidRPr="00825777">
        <w:rPr>
          <w:sz w:val="28"/>
          <w:szCs w:val="28"/>
          <w:lang w:val="ru-RU"/>
        </w:rPr>
        <w:t xml:space="preserve">, не позднее 5 (пятого) числа месяца следующего за отчетным. </w:t>
      </w:r>
      <w:r w:rsidRPr="00825777">
        <w:rPr>
          <w:sz w:val="28"/>
          <w:szCs w:val="28"/>
          <w:lang w:val="ru-RU"/>
        </w:rPr>
        <w:t xml:space="preserve">Исполнитель обязан представить Заказчику итоговый акт сдачи-приемки оказанных услуг </w:t>
      </w:r>
      <w:r w:rsidR="00E37651" w:rsidRPr="00825777">
        <w:rPr>
          <w:sz w:val="28"/>
          <w:szCs w:val="28"/>
          <w:lang w:val="ru-RU"/>
        </w:rPr>
        <w:t xml:space="preserve">не позднее 5 (пяти) рабочих дней после </w:t>
      </w:r>
      <w:r w:rsidRPr="00825777">
        <w:rPr>
          <w:sz w:val="28"/>
          <w:szCs w:val="28"/>
          <w:lang w:val="ru-RU"/>
        </w:rPr>
        <w:t xml:space="preserve">окончания </w:t>
      </w:r>
      <w:r w:rsidR="00D6223A" w:rsidRPr="00825777">
        <w:rPr>
          <w:sz w:val="28"/>
          <w:szCs w:val="28"/>
          <w:lang w:val="ru-RU"/>
        </w:rPr>
        <w:t xml:space="preserve">оказания </w:t>
      </w:r>
      <w:r w:rsidRPr="00825777">
        <w:rPr>
          <w:sz w:val="28"/>
          <w:szCs w:val="28"/>
          <w:lang w:val="ru-RU"/>
        </w:rPr>
        <w:t>услуг с соблюдением сроков оказания услуг, предусмотренных договором.</w:t>
      </w:r>
    </w:p>
    <w:p w:rsidR="007C1920" w:rsidRPr="00825777" w:rsidRDefault="00391957">
      <w:pPr>
        <w:pStyle w:val="ContractCompact"/>
        <w:rPr>
          <w:sz w:val="28"/>
          <w:szCs w:val="28"/>
          <w:lang w:val="ru-RU"/>
        </w:rPr>
      </w:pPr>
      <w:r w:rsidRPr="00825777">
        <w:rPr>
          <w:sz w:val="28"/>
          <w:szCs w:val="28"/>
          <w:lang w:val="ru-RU"/>
        </w:rPr>
        <w:t xml:space="preserve">5.2. Заказчик в течение </w:t>
      </w:r>
      <w:r w:rsidR="004B59FD" w:rsidRPr="00825777">
        <w:rPr>
          <w:sz w:val="28"/>
          <w:szCs w:val="28"/>
          <w:lang w:val="ru-RU"/>
        </w:rPr>
        <w:t>5</w:t>
      </w:r>
      <w:r w:rsidRPr="00825777">
        <w:rPr>
          <w:sz w:val="28"/>
          <w:szCs w:val="28"/>
          <w:lang w:val="ru-RU"/>
        </w:rPr>
        <w:t xml:space="preserve"> (</w:t>
      </w:r>
      <w:r w:rsidR="004B59FD" w:rsidRPr="00825777">
        <w:rPr>
          <w:sz w:val="28"/>
          <w:szCs w:val="28"/>
          <w:lang w:val="ru-RU"/>
        </w:rPr>
        <w:t>пяти</w:t>
      </w:r>
      <w:r w:rsidRPr="00825777">
        <w:rPr>
          <w:sz w:val="28"/>
          <w:szCs w:val="28"/>
          <w:lang w:val="ru-RU"/>
        </w:rPr>
        <w:t xml:space="preserve">) </w:t>
      </w:r>
      <w:r w:rsidR="004B59FD" w:rsidRPr="00825777">
        <w:rPr>
          <w:sz w:val="28"/>
          <w:szCs w:val="28"/>
          <w:lang w:val="ru-RU"/>
        </w:rPr>
        <w:t>рабочих</w:t>
      </w:r>
      <w:r w:rsidRPr="00825777">
        <w:rPr>
          <w:sz w:val="28"/>
          <w:szCs w:val="28"/>
          <w:lang w:val="ru-RU"/>
        </w:rPr>
        <w:t xml:space="preserve"> дней обязан подписать предоставленный Исполнителем акт сдачи-приемки оказанных услуг или в тот же срок представить мотивированный отказ в его подписании.</w:t>
      </w:r>
    </w:p>
    <w:p w:rsidR="007C1920" w:rsidRPr="00825777" w:rsidRDefault="00391957">
      <w:pPr>
        <w:pStyle w:val="ContractCompact"/>
        <w:rPr>
          <w:sz w:val="28"/>
          <w:szCs w:val="28"/>
          <w:lang w:val="ru-RU"/>
        </w:rPr>
      </w:pPr>
      <w:r w:rsidRPr="00825777">
        <w:rPr>
          <w:sz w:val="28"/>
          <w:szCs w:val="28"/>
          <w:lang w:val="ru-RU"/>
        </w:rPr>
        <w:t>5.3. В случае получения Исполнителем мотивированного отказа Заказчика от подписания акта сдачи-приемки оказанных услуг обязан устранить выявленные замечания. Устранение замечаний Исполнитель производит за собственный счет.</w:t>
      </w:r>
    </w:p>
    <w:p w:rsidR="00570F7C" w:rsidRPr="00825777" w:rsidRDefault="00570F7C">
      <w:pPr>
        <w:pStyle w:val="ContractCompact"/>
        <w:rPr>
          <w:sz w:val="28"/>
          <w:szCs w:val="28"/>
          <w:lang w:val="ru-RU"/>
        </w:rPr>
      </w:pPr>
    </w:p>
    <w:p w:rsidR="007C1920" w:rsidRPr="00825777" w:rsidRDefault="00391957">
      <w:pPr>
        <w:keepNext/>
        <w:spacing w:before="140"/>
        <w:jc w:val="center"/>
        <w:rPr>
          <w:sz w:val="28"/>
          <w:szCs w:val="28"/>
          <w:lang w:val="ru-RU"/>
        </w:rPr>
      </w:pPr>
      <w:r w:rsidRPr="00825777">
        <w:rPr>
          <w:sz w:val="28"/>
          <w:szCs w:val="28"/>
          <w:lang w:val="ru-RU"/>
        </w:rPr>
        <w:t>6. ОТВЕТСТВЕННОСТЬ СТОРОН, ОБСТОЯТЕЛЬСТВА НЕПРЕОДОЛИМОЙ СИЛЫ И</w:t>
      </w:r>
      <w:r w:rsidRPr="00825777">
        <w:rPr>
          <w:sz w:val="28"/>
          <w:szCs w:val="28"/>
          <w:lang w:val="ru-RU"/>
        </w:rPr>
        <w:br/>
        <w:t>ПОРЯДОК РАЗРЕШЕНИЯ СПОРОВ</w:t>
      </w:r>
    </w:p>
    <w:p w:rsidR="007C1920" w:rsidRPr="00825777" w:rsidRDefault="00391957">
      <w:pPr>
        <w:pStyle w:val="ContractCompact"/>
        <w:rPr>
          <w:sz w:val="28"/>
          <w:szCs w:val="28"/>
          <w:lang w:val="ru-RU"/>
        </w:rPr>
      </w:pPr>
      <w:r w:rsidRPr="00825777">
        <w:rPr>
          <w:sz w:val="28"/>
          <w:szCs w:val="28"/>
          <w:lang w:val="ru-RU"/>
        </w:rPr>
        <w:t>6.1. За неисполнение или ненадлежащее исполнения условий договора Стороны несут ответственность в соответствии с законодательством Республики Беларусь.</w:t>
      </w:r>
    </w:p>
    <w:p w:rsidR="007C1920" w:rsidRPr="00825777" w:rsidRDefault="00391957">
      <w:pPr>
        <w:pStyle w:val="ContractCompact"/>
        <w:rPr>
          <w:sz w:val="28"/>
          <w:szCs w:val="28"/>
          <w:lang w:val="ru-RU"/>
        </w:rPr>
      </w:pPr>
      <w:r w:rsidRPr="00825777">
        <w:rPr>
          <w:sz w:val="28"/>
          <w:szCs w:val="28"/>
          <w:lang w:val="ru-RU"/>
        </w:rPr>
        <w:t>6.2. Исполнитель гарантирует качество оказываемых услуг и несет ответственность за своевременность их оказания. В случае неисполнения или ненадлежащего исполнения Исполнителем обязательств по настоящему договору</w:t>
      </w:r>
      <w:r w:rsidR="00733085" w:rsidRPr="00825777">
        <w:rPr>
          <w:sz w:val="28"/>
          <w:szCs w:val="28"/>
          <w:lang w:val="ru-RU"/>
        </w:rPr>
        <w:t>,</w:t>
      </w:r>
      <w:r w:rsidRPr="00825777">
        <w:rPr>
          <w:sz w:val="28"/>
          <w:szCs w:val="28"/>
          <w:lang w:val="ru-RU"/>
        </w:rPr>
        <w:t xml:space="preserve"> и нарушения в связи с этим Исполнителем сроков оказания услуг предусмотренных в договоре, Исполнитель уплачивает Заказчику пеню в размере 0,15 % от общей суммы договора за каждый день просрочки оказания услуг. В случае наличия замечаний Заказчика по качеству выполненных работ Исполнитель устраняет выявленные замечания за свой счет в полном объеме без возмещения понесенных им на эти цели расходов Заказчиком.</w:t>
      </w:r>
    </w:p>
    <w:p w:rsidR="007C1920" w:rsidRPr="00825777" w:rsidRDefault="00391957" w:rsidP="004B5385">
      <w:pPr>
        <w:pStyle w:val="ContractCompact"/>
        <w:rPr>
          <w:sz w:val="28"/>
          <w:szCs w:val="28"/>
          <w:lang w:val="ru-RU"/>
        </w:rPr>
      </w:pPr>
      <w:r w:rsidRPr="00825777">
        <w:rPr>
          <w:sz w:val="28"/>
          <w:szCs w:val="28"/>
          <w:lang w:val="ru-RU"/>
        </w:rPr>
        <w:t>6.3. В случае возникновения споров между Заказчиком и Исполнителем по вопросам, предусмотренным договором или в связи с ним, Стороны принимают все меры к разрешению</w:t>
      </w:r>
      <w:r w:rsidR="004B5385" w:rsidRPr="00825777">
        <w:rPr>
          <w:sz w:val="28"/>
          <w:szCs w:val="28"/>
          <w:lang w:val="ru-RU"/>
        </w:rPr>
        <w:t xml:space="preserve"> </w:t>
      </w:r>
      <w:r w:rsidRPr="00825777">
        <w:rPr>
          <w:sz w:val="28"/>
          <w:szCs w:val="28"/>
          <w:lang w:val="ru-RU"/>
        </w:rPr>
        <w:t>споров путем переговоров.</w:t>
      </w:r>
    </w:p>
    <w:p w:rsidR="007C1920" w:rsidRPr="00825777" w:rsidRDefault="00391957">
      <w:pPr>
        <w:pStyle w:val="ContractCompact"/>
        <w:rPr>
          <w:sz w:val="28"/>
          <w:szCs w:val="28"/>
          <w:lang w:val="ru-RU"/>
        </w:rPr>
      </w:pPr>
      <w:r w:rsidRPr="00825777">
        <w:rPr>
          <w:sz w:val="28"/>
          <w:szCs w:val="28"/>
          <w:lang w:val="ru-RU"/>
        </w:rPr>
        <w:t xml:space="preserve">6.4. В случае недостижения согласия путем переговоров Стороны вправе разрешить спор в порядке, предусмотренном законодательством Республики Беларусь. До обращения в экономический суд города Минска с иском </w:t>
      </w:r>
      <w:r w:rsidRPr="00825777">
        <w:rPr>
          <w:sz w:val="28"/>
          <w:szCs w:val="28"/>
          <w:lang w:val="ru-RU"/>
        </w:rPr>
        <w:lastRenderedPageBreak/>
        <w:t>обязательным является предъявление сторонами претензии (письменного предложения о добровольном урегулировании спора). Получатель претензии в течение 10 (десяти) календарных дней со дня ее получения письменно уведомляет заявителя претензии о результатах рассмотрения претензии. Ответ на претензию направляется в адрес заявителя претензии заказной корреспонденцией с обратным уведомлением или вручается под роспись.</w:t>
      </w:r>
    </w:p>
    <w:p w:rsidR="007C1920" w:rsidRPr="00825777" w:rsidRDefault="00391957">
      <w:pPr>
        <w:pStyle w:val="ContractCompact"/>
        <w:rPr>
          <w:sz w:val="28"/>
          <w:szCs w:val="28"/>
          <w:lang w:val="ru-RU"/>
        </w:rPr>
      </w:pPr>
      <w:r w:rsidRPr="00825777">
        <w:rPr>
          <w:sz w:val="28"/>
          <w:szCs w:val="28"/>
          <w:lang w:val="ru-RU"/>
        </w:rPr>
        <w:t xml:space="preserve">6.5. Ни одна из сторон не несет ответственности за полное или частичное невыполнение своих обязательств по настоящему договору, если это невыполнение или ненадлежащее выполнение произошло вследствие стихийного бедствия, техногенной катастрофы, введения военного положения, а также войны и военных действий, и других событий, квалифицируемых как обстоятельства непреодолимой силы, возникших после подписания договора и повлиявших на исполнение Сторонами своих обязательств по договору (далее – обстоятельства непреодолимой силы). Если одно из обстоятельств непреодолимой силы повлияет на исполнение договора в течение времени его действия, срок выполнения обязательств по договору продлевается на время действия таких обстоятельств. Заказчик имеет право при наступлении обстоятельств непреодолимой силы в одностороннем порядке отказаться от исполнения договора оплатив Исполнителю за фактически оказанные услуги на основании подписанного </w:t>
      </w:r>
      <w:r w:rsidR="005521BA" w:rsidRPr="00825777">
        <w:rPr>
          <w:sz w:val="28"/>
          <w:szCs w:val="28"/>
          <w:lang w:val="ru-RU"/>
        </w:rPr>
        <w:t xml:space="preserve">обеими </w:t>
      </w:r>
      <w:r w:rsidRPr="00825777">
        <w:rPr>
          <w:sz w:val="28"/>
          <w:szCs w:val="28"/>
          <w:lang w:val="ru-RU"/>
        </w:rPr>
        <w:t xml:space="preserve">Сторонами акта сдачи-приемки оказанных услуг в течение </w:t>
      </w:r>
      <w:r w:rsidR="005521BA" w:rsidRPr="00825777">
        <w:rPr>
          <w:sz w:val="28"/>
          <w:szCs w:val="28"/>
          <w:lang w:val="ru-RU"/>
        </w:rPr>
        <w:t>10</w:t>
      </w:r>
      <w:r w:rsidRPr="00825777">
        <w:rPr>
          <w:sz w:val="28"/>
          <w:szCs w:val="28"/>
          <w:lang w:val="ru-RU"/>
        </w:rPr>
        <w:t xml:space="preserve"> (</w:t>
      </w:r>
      <w:r w:rsidR="005521BA" w:rsidRPr="00825777">
        <w:rPr>
          <w:sz w:val="28"/>
          <w:szCs w:val="28"/>
          <w:lang w:val="ru-RU"/>
        </w:rPr>
        <w:t>десяти</w:t>
      </w:r>
      <w:r w:rsidRPr="00825777">
        <w:rPr>
          <w:sz w:val="28"/>
          <w:szCs w:val="28"/>
          <w:lang w:val="ru-RU"/>
        </w:rPr>
        <w:t xml:space="preserve">) </w:t>
      </w:r>
      <w:r w:rsidR="009B3A59" w:rsidRPr="00825777">
        <w:rPr>
          <w:sz w:val="28"/>
          <w:szCs w:val="28"/>
          <w:lang w:val="ru-RU"/>
        </w:rPr>
        <w:t>рабочих</w:t>
      </w:r>
      <w:r w:rsidRPr="00825777">
        <w:rPr>
          <w:sz w:val="28"/>
          <w:szCs w:val="28"/>
          <w:lang w:val="ru-RU"/>
        </w:rPr>
        <w:t xml:space="preserve"> дней с момента его подписания.</w:t>
      </w:r>
    </w:p>
    <w:p w:rsidR="007C1920" w:rsidRPr="00825777" w:rsidRDefault="00391957">
      <w:pPr>
        <w:pStyle w:val="ContractCompact"/>
        <w:rPr>
          <w:sz w:val="28"/>
          <w:szCs w:val="28"/>
          <w:lang w:val="ru-RU"/>
        </w:rPr>
      </w:pPr>
      <w:r w:rsidRPr="00825777">
        <w:rPr>
          <w:sz w:val="28"/>
          <w:szCs w:val="28"/>
          <w:lang w:val="ru-RU"/>
        </w:rPr>
        <w:t>6.6. Сторона, для которой выполнение обязательств по договору стало невозможным в связи с обстоятельствами непреодолимой силы, должна в течение 3 (трех) дней с момента их возникновения информировать другую сторону в письменной форме о начале, предполагаемой продолжительности и времени прекращения обстоятельств непреодолимой силы с предоставлением соответствующего подтверждения Белорусской Торгово-промышленной палаты.</w:t>
      </w:r>
    </w:p>
    <w:p w:rsidR="007C1920" w:rsidRPr="00825777" w:rsidRDefault="00391957">
      <w:pPr>
        <w:pStyle w:val="ContractCompact"/>
        <w:rPr>
          <w:sz w:val="28"/>
          <w:szCs w:val="28"/>
          <w:lang w:val="ru-RU"/>
        </w:rPr>
      </w:pPr>
      <w:r w:rsidRPr="00825777">
        <w:rPr>
          <w:sz w:val="28"/>
          <w:szCs w:val="28"/>
          <w:lang w:val="ru-RU"/>
        </w:rPr>
        <w:t>6.7. Если одна из сторон не проинформирует или сделает это с опозданием против указанных в п. 6.6 договора Сторонами срока и условий, она теряет право использовать любое из обстоятельств непреодолимой силы в качестве причины, освобождающей ее от ответственности за невыполнение либо ненадлежащее выполнение обязательств по договору.</w:t>
      </w:r>
    </w:p>
    <w:p w:rsidR="00570F7C" w:rsidRPr="00825777" w:rsidRDefault="00570F7C">
      <w:pPr>
        <w:pStyle w:val="ContractCompact"/>
        <w:rPr>
          <w:sz w:val="28"/>
          <w:szCs w:val="28"/>
          <w:lang w:val="ru-RU"/>
        </w:rPr>
      </w:pPr>
    </w:p>
    <w:p w:rsidR="007C1920" w:rsidRPr="00825777" w:rsidRDefault="00391957">
      <w:pPr>
        <w:keepNext/>
        <w:spacing w:before="140"/>
        <w:jc w:val="center"/>
        <w:rPr>
          <w:sz w:val="28"/>
          <w:szCs w:val="28"/>
          <w:lang w:val="ru-RU"/>
        </w:rPr>
      </w:pPr>
      <w:r w:rsidRPr="00825777">
        <w:rPr>
          <w:sz w:val="28"/>
          <w:szCs w:val="28"/>
          <w:lang w:val="ru-RU"/>
        </w:rPr>
        <w:t>7. СРОК ДЕЙСТВИЯ ДОГОВОРА, ПОРЯДОК ЕГО РАСТОРЖЕНИЯ</w:t>
      </w:r>
    </w:p>
    <w:p w:rsidR="007C1920" w:rsidRPr="00825777" w:rsidRDefault="00391957">
      <w:pPr>
        <w:pStyle w:val="ContractCompact"/>
        <w:rPr>
          <w:sz w:val="28"/>
          <w:szCs w:val="28"/>
          <w:lang w:val="ru-RU"/>
        </w:rPr>
      </w:pPr>
      <w:r w:rsidRPr="00825777">
        <w:rPr>
          <w:sz w:val="28"/>
          <w:szCs w:val="28"/>
          <w:lang w:val="ru-RU"/>
        </w:rPr>
        <w:t xml:space="preserve">7.1. Настоящий договор вступает в силу </w:t>
      </w:r>
      <w:r w:rsidR="001C4C09" w:rsidRPr="001C4C09">
        <w:rPr>
          <w:sz w:val="28"/>
          <w:szCs w:val="28"/>
          <w:lang w:val="ru-RU"/>
        </w:rPr>
        <w:t xml:space="preserve">с момента </w:t>
      </w:r>
      <w:r w:rsidRPr="00825777">
        <w:rPr>
          <w:sz w:val="28"/>
          <w:szCs w:val="28"/>
          <w:lang w:val="ru-RU"/>
        </w:rPr>
        <w:t>подписания</w:t>
      </w:r>
      <w:r w:rsidR="0021519E" w:rsidRPr="0021519E">
        <w:rPr>
          <w:sz w:val="28"/>
          <w:szCs w:val="28"/>
          <w:lang w:val="ru-RU"/>
        </w:rPr>
        <w:t xml:space="preserve"> </w:t>
      </w:r>
      <w:r w:rsidR="0021519E">
        <w:rPr>
          <w:sz w:val="28"/>
          <w:szCs w:val="28"/>
          <w:lang w:val="ru-RU"/>
        </w:rPr>
        <w:t>обеими сторонами</w:t>
      </w:r>
      <w:r w:rsidRPr="00825777">
        <w:rPr>
          <w:sz w:val="28"/>
          <w:szCs w:val="28"/>
          <w:lang w:val="ru-RU"/>
        </w:rPr>
        <w:t xml:space="preserve"> и действует </w:t>
      </w:r>
      <w:r w:rsidR="001F3C39" w:rsidRPr="00825777">
        <w:rPr>
          <w:sz w:val="28"/>
          <w:szCs w:val="28"/>
          <w:lang w:val="ru-RU"/>
        </w:rPr>
        <w:t xml:space="preserve">6 месяцев </w:t>
      </w:r>
      <w:r w:rsidR="001C4C09">
        <w:rPr>
          <w:sz w:val="28"/>
          <w:szCs w:val="28"/>
          <w:lang w:val="ru-RU"/>
        </w:rPr>
        <w:t xml:space="preserve">с момента </w:t>
      </w:r>
      <w:r w:rsidR="001F3C39" w:rsidRPr="00825777">
        <w:rPr>
          <w:sz w:val="28"/>
          <w:szCs w:val="28"/>
          <w:lang w:val="ru-RU"/>
        </w:rPr>
        <w:t>подписания договора обеими Сторонами</w:t>
      </w:r>
      <w:r w:rsidRPr="00825777">
        <w:rPr>
          <w:sz w:val="28"/>
          <w:szCs w:val="28"/>
          <w:lang w:val="ru-RU"/>
        </w:rPr>
        <w:t>, а в части расчетов – до полного исполнения Сторонами обязательств.</w:t>
      </w:r>
    </w:p>
    <w:p w:rsidR="007C1920" w:rsidRPr="00825777" w:rsidRDefault="00391957">
      <w:pPr>
        <w:pStyle w:val="ContractCompact"/>
        <w:rPr>
          <w:sz w:val="28"/>
          <w:szCs w:val="28"/>
          <w:lang w:val="ru-RU"/>
        </w:rPr>
      </w:pPr>
      <w:r w:rsidRPr="00825777">
        <w:rPr>
          <w:sz w:val="28"/>
          <w:szCs w:val="28"/>
          <w:lang w:val="ru-RU"/>
        </w:rPr>
        <w:t xml:space="preserve">7.2. Заказчик вправе в одностороннем порядке полностью или частично отказаться от договора уведомив об этом Исполнителя (направив в адрес Исполнителя уведомление заказным письмом с уведомлением о вручении об отказе от исполнения договора), в случае пересмотра или отсутствия финансирования настоящего договора, на основании п. 6.5 договора, а также если Исполнитель не выполняет или ненадлежащим образом выполняет свои обязательства по договору и, при этом, указанное неисполнение не устраняется в течение 7 (семи) календарных дней после получения Исполнителем, письменного уведомления от Заказчика о необходимости выполнения своих обязательств, при этом Заказчик оплачивает Исполнителю за фактически оказанные услуги если </w:t>
      </w:r>
      <w:r w:rsidRPr="00825777">
        <w:rPr>
          <w:sz w:val="28"/>
          <w:szCs w:val="28"/>
          <w:lang w:val="ru-RU"/>
        </w:rPr>
        <w:lastRenderedPageBreak/>
        <w:t>они были оказаны надлежащим образом в соответствии с договором и Техническим заданием</w:t>
      </w:r>
      <w:r w:rsidR="00C5107D">
        <w:rPr>
          <w:sz w:val="28"/>
          <w:szCs w:val="28"/>
          <w:lang w:val="ru-RU"/>
        </w:rPr>
        <w:t xml:space="preserve"> </w:t>
      </w:r>
      <w:r w:rsidR="00C5107D" w:rsidRPr="00C5107D">
        <w:rPr>
          <w:sz w:val="28"/>
          <w:szCs w:val="28"/>
          <w:lang w:val="ru-RU"/>
        </w:rPr>
        <w:t>(Приложение 1 к настоящему договору)</w:t>
      </w:r>
      <w:r w:rsidRPr="00825777">
        <w:rPr>
          <w:sz w:val="28"/>
          <w:szCs w:val="28"/>
          <w:lang w:val="ru-RU"/>
        </w:rPr>
        <w:t>. Договор будет считаться расторгнутым с момента получения Заказчиком уведомления об одностороннем отказе от исполнения договора.</w:t>
      </w:r>
    </w:p>
    <w:p w:rsidR="003D6A5D" w:rsidRPr="00825777" w:rsidRDefault="00391957" w:rsidP="00786B8E">
      <w:pPr>
        <w:pStyle w:val="ContractCompact"/>
        <w:rPr>
          <w:sz w:val="28"/>
          <w:szCs w:val="28"/>
          <w:lang w:val="ru-RU"/>
        </w:rPr>
      </w:pPr>
      <w:r w:rsidRPr="00825777">
        <w:rPr>
          <w:sz w:val="28"/>
          <w:szCs w:val="28"/>
          <w:lang w:val="ru-RU"/>
        </w:rPr>
        <w:t xml:space="preserve">7.3. При досрочном расторжении договора Заказчик производит оплату за фактически оказанные Исполнителем услуги если они были оказаны надлежащим образом в соответствии с договором и Техническим заданием </w:t>
      </w:r>
      <w:r w:rsidR="001B212B" w:rsidRPr="00825777">
        <w:rPr>
          <w:sz w:val="28"/>
          <w:szCs w:val="28"/>
          <w:lang w:val="ru-RU"/>
        </w:rPr>
        <w:t xml:space="preserve">(Приложение 1 к настоящему договору) </w:t>
      </w:r>
      <w:r w:rsidRPr="00825777">
        <w:rPr>
          <w:sz w:val="28"/>
          <w:szCs w:val="28"/>
          <w:lang w:val="ru-RU"/>
        </w:rPr>
        <w:t xml:space="preserve">на основании подписанного </w:t>
      </w:r>
      <w:r w:rsidR="002E0C16" w:rsidRPr="00825777">
        <w:rPr>
          <w:sz w:val="28"/>
          <w:szCs w:val="28"/>
          <w:lang w:val="ru-RU"/>
        </w:rPr>
        <w:t xml:space="preserve">обеими </w:t>
      </w:r>
      <w:r w:rsidRPr="00825777">
        <w:rPr>
          <w:sz w:val="28"/>
          <w:szCs w:val="28"/>
          <w:lang w:val="ru-RU"/>
        </w:rPr>
        <w:t xml:space="preserve">Сторонами акта сдачи-приемки оказанных услуг в течение </w:t>
      </w:r>
      <w:r w:rsidR="002E0C16" w:rsidRPr="00825777">
        <w:rPr>
          <w:sz w:val="28"/>
          <w:szCs w:val="28"/>
          <w:lang w:val="ru-RU"/>
        </w:rPr>
        <w:t>10</w:t>
      </w:r>
      <w:r w:rsidRPr="00825777">
        <w:rPr>
          <w:sz w:val="28"/>
          <w:szCs w:val="28"/>
          <w:lang w:val="ru-RU"/>
        </w:rPr>
        <w:t xml:space="preserve"> (</w:t>
      </w:r>
      <w:r w:rsidR="002E0C16" w:rsidRPr="00825777">
        <w:rPr>
          <w:sz w:val="28"/>
          <w:szCs w:val="28"/>
          <w:lang w:val="ru-RU"/>
        </w:rPr>
        <w:t>десяти</w:t>
      </w:r>
      <w:r w:rsidRPr="00825777">
        <w:rPr>
          <w:sz w:val="28"/>
          <w:szCs w:val="28"/>
          <w:lang w:val="ru-RU"/>
        </w:rPr>
        <w:t xml:space="preserve">) </w:t>
      </w:r>
      <w:r w:rsidR="002E0C16" w:rsidRPr="00825777">
        <w:rPr>
          <w:sz w:val="28"/>
          <w:szCs w:val="28"/>
          <w:lang w:val="ru-RU"/>
        </w:rPr>
        <w:t>рабочих</w:t>
      </w:r>
      <w:r w:rsidRPr="00825777">
        <w:rPr>
          <w:sz w:val="28"/>
          <w:szCs w:val="28"/>
          <w:lang w:val="ru-RU"/>
        </w:rPr>
        <w:t xml:space="preserve"> дней с момента его подписания.</w:t>
      </w:r>
    </w:p>
    <w:p w:rsidR="00EA3CBA" w:rsidRDefault="00EA3CBA" w:rsidP="003D6A5D">
      <w:pPr>
        <w:pStyle w:val="ContractCompact"/>
        <w:jc w:val="center"/>
        <w:rPr>
          <w:bCs/>
          <w:sz w:val="28"/>
          <w:szCs w:val="28"/>
          <w:lang w:val="ru-RU"/>
        </w:rPr>
      </w:pPr>
    </w:p>
    <w:p w:rsidR="003D6A5D" w:rsidRPr="00825777" w:rsidRDefault="003D6A5D" w:rsidP="003D6A5D">
      <w:pPr>
        <w:pStyle w:val="ContractCompact"/>
        <w:jc w:val="center"/>
        <w:rPr>
          <w:bCs/>
          <w:sz w:val="28"/>
          <w:szCs w:val="28"/>
          <w:lang w:val="ru-RU"/>
        </w:rPr>
      </w:pPr>
      <w:r w:rsidRPr="00825777">
        <w:rPr>
          <w:bCs/>
          <w:sz w:val="28"/>
          <w:szCs w:val="28"/>
          <w:lang w:val="ru-RU"/>
        </w:rPr>
        <w:t>8. АНТИКОРРУПЦИОННАЯ ОГОВОРКА</w:t>
      </w:r>
    </w:p>
    <w:p w:rsidR="003D6A5D" w:rsidRPr="00825777" w:rsidRDefault="003D6A5D" w:rsidP="003D6A5D">
      <w:pPr>
        <w:pStyle w:val="ContractCompact"/>
        <w:rPr>
          <w:bCs/>
          <w:sz w:val="28"/>
          <w:szCs w:val="28"/>
          <w:lang w:val="ru-RU"/>
        </w:rPr>
      </w:pPr>
      <w:r w:rsidRPr="00825777">
        <w:rPr>
          <w:bCs/>
          <w:sz w:val="28"/>
          <w:szCs w:val="28"/>
          <w:lang w:val="ru-RU"/>
        </w:rPr>
        <w:t>8.1. Каждая из сторон договора и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3D6A5D" w:rsidRPr="00825777" w:rsidRDefault="003D6A5D" w:rsidP="003D6A5D">
      <w:pPr>
        <w:pStyle w:val="ContractCompact"/>
        <w:rPr>
          <w:bCs/>
          <w:sz w:val="28"/>
          <w:szCs w:val="28"/>
          <w:lang w:val="ru-RU"/>
        </w:rPr>
      </w:pPr>
      <w:r w:rsidRPr="00825777">
        <w:rPr>
          <w:bCs/>
          <w:sz w:val="28"/>
          <w:szCs w:val="28"/>
          <w:lang w:val="ru-RU"/>
        </w:rPr>
        <w:t>8.2.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3D6A5D" w:rsidRPr="00825777" w:rsidRDefault="003D6A5D" w:rsidP="003D6A5D">
      <w:pPr>
        <w:pStyle w:val="ContractCompact"/>
        <w:rPr>
          <w:bCs/>
          <w:sz w:val="28"/>
          <w:szCs w:val="28"/>
          <w:lang w:val="ru-RU"/>
        </w:rPr>
      </w:pPr>
      <w:r w:rsidRPr="00825777">
        <w:rPr>
          <w:bCs/>
          <w:sz w:val="28"/>
          <w:szCs w:val="28"/>
          <w:lang w:val="ru-RU"/>
        </w:rPr>
        <w:t>8.3. В случае возникновения у сторон подозрений, что произошло или может произойти нарушение условий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7C1920" w:rsidRDefault="003D6A5D" w:rsidP="00D91D2D">
      <w:pPr>
        <w:pStyle w:val="ContractCompact"/>
        <w:rPr>
          <w:bCs/>
          <w:sz w:val="28"/>
          <w:szCs w:val="28"/>
          <w:lang w:val="ru-RU"/>
        </w:rPr>
      </w:pPr>
      <w:r w:rsidRPr="00825777">
        <w:rPr>
          <w:bCs/>
          <w:sz w:val="28"/>
          <w:szCs w:val="28"/>
          <w:lang w:val="ru-RU"/>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3C64E2" w:rsidRPr="00825777" w:rsidRDefault="003C64E2" w:rsidP="00D91D2D">
      <w:pPr>
        <w:pStyle w:val="ContractCompact"/>
        <w:rPr>
          <w:bCs/>
          <w:sz w:val="28"/>
          <w:szCs w:val="28"/>
          <w:lang w:val="ru-RU"/>
        </w:rPr>
      </w:pPr>
    </w:p>
    <w:p w:rsidR="007C1920" w:rsidRPr="00825777" w:rsidRDefault="003D6A5D">
      <w:pPr>
        <w:keepNext/>
        <w:jc w:val="center"/>
        <w:rPr>
          <w:sz w:val="28"/>
          <w:szCs w:val="28"/>
          <w:lang w:val="ru-RU"/>
        </w:rPr>
      </w:pPr>
      <w:r w:rsidRPr="00825777">
        <w:rPr>
          <w:sz w:val="28"/>
          <w:szCs w:val="28"/>
          <w:lang w:val="ru-RU"/>
        </w:rPr>
        <w:t>9</w:t>
      </w:r>
      <w:r w:rsidR="00391957" w:rsidRPr="00825777">
        <w:rPr>
          <w:sz w:val="28"/>
          <w:szCs w:val="28"/>
          <w:lang w:val="ru-RU"/>
        </w:rPr>
        <w:t>. ПРОЧИЕ УСЛОВИЯ</w:t>
      </w:r>
    </w:p>
    <w:p w:rsidR="007C1920" w:rsidRPr="00825777" w:rsidRDefault="003D6A5D">
      <w:pPr>
        <w:pStyle w:val="ContractBody"/>
        <w:rPr>
          <w:sz w:val="28"/>
          <w:szCs w:val="28"/>
          <w:lang w:val="ru-RU"/>
        </w:rPr>
      </w:pPr>
      <w:r w:rsidRPr="00825777">
        <w:rPr>
          <w:sz w:val="28"/>
          <w:szCs w:val="28"/>
          <w:lang w:val="ru-RU"/>
        </w:rPr>
        <w:t>9</w:t>
      </w:r>
      <w:r w:rsidR="00391957" w:rsidRPr="00825777">
        <w:rPr>
          <w:sz w:val="28"/>
          <w:szCs w:val="28"/>
          <w:lang w:val="ru-RU"/>
        </w:rPr>
        <w:t>.1. Все изменения и дополнения к договору осуществляются только по взаимному согласию Сторон, если иное не предусмотрено в тексте договора. Все изменения и дополнения в настоящий договор вносятся путем заключения Сторонами дополнительных соглашений к договору, подписываемых уполномоченными на то представителями Сторон и являются неотъемлемой частью договора.</w:t>
      </w:r>
    </w:p>
    <w:p w:rsidR="007C1920" w:rsidRPr="00825777" w:rsidRDefault="003D6A5D">
      <w:pPr>
        <w:pStyle w:val="ContractBody"/>
        <w:rPr>
          <w:sz w:val="28"/>
          <w:szCs w:val="28"/>
          <w:lang w:val="ru-RU"/>
        </w:rPr>
      </w:pPr>
      <w:r w:rsidRPr="00825777">
        <w:rPr>
          <w:sz w:val="28"/>
          <w:szCs w:val="28"/>
          <w:lang w:val="ru-RU"/>
        </w:rPr>
        <w:lastRenderedPageBreak/>
        <w:t>9</w:t>
      </w:r>
      <w:r w:rsidR="00391957" w:rsidRPr="00825777">
        <w:rPr>
          <w:sz w:val="28"/>
          <w:szCs w:val="28"/>
          <w:lang w:val="ru-RU"/>
        </w:rPr>
        <w:t>.2. Во всем остальном, что не предусмотрено договором, Стороны руководствуются законодательством Республики Беларусь.</w:t>
      </w:r>
    </w:p>
    <w:p w:rsidR="00D91D2D" w:rsidRPr="00825777" w:rsidRDefault="003D6A5D" w:rsidP="00D91D2D">
      <w:pPr>
        <w:pStyle w:val="ContractBody"/>
        <w:rPr>
          <w:sz w:val="28"/>
          <w:szCs w:val="28"/>
          <w:lang w:val="ru-RU"/>
        </w:rPr>
      </w:pPr>
      <w:r w:rsidRPr="00825777">
        <w:rPr>
          <w:sz w:val="28"/>
          <w:szCs w:val="28"/>
          <w:lang w:val="ru-RU"/>
        </w:rPr>
        <w:t>9</w:t>
      </w:r>
      <w:r w:rsidR="00391957" w:rsidRPr="00825777">
        <w:rPr>
          <w:sz w:val="28"/>
          <w:szCs w:val="28"/>
          <w:lang w:val="ru-RU"/>
        </w:rPr>
        <w:t>.3. Настоящий договор составлен в двух экземплярах, имеющих одинаковую юридическую силу, по одному для каждой из Сторон.</w:t>
      </w:r>
    </w:p>
    <w:p w:rsidR="00D91D2D" w:rsidRPr="00825777" w:rsidRDefault="00D91D2D" w:rsidP="002753C7">
      <w:pPr>
        <w:pStyle w:val="ContractBody"/>
        <w:rPr>
          <w:sz w:val="28"/>
          <w:szCs w:val="28"/>
          <w:lang w:val="ru-RU"/>
        </w:rPr>
      </w:pPr>
      <w:r w:rsidRPr="00825777">
        <w:rPr>
          <w:sz w:val="28"/>
          <w:szCs w:val="28"/>
          <w:lang w:val="ru-RU"/>
        </w:rPr>
        <w:t xml:space="preserve">9.4. </w:t>
      </w:r>
      <w:r w:rsidR="00391957" w:rsidRPr="00825777">
        <w:rPr>
          <w:sz w:val="28"/>
          <w:szCs w:val="28"/>
          <w:lang w:val="ru-RU"/>
        </w:rPr>
        <w:t>Приложение</w:t>
      </w:r>
      <w:r w:rsidR="001F3C39" w:rsidRPr="00825777">
        <w:rPr>
          <w:sz w:val="28"/>
          <w:szCs w:val="28"/>
          <w:lang w:val="ru-RU"/>
        </w:rPr>
        <w:t xml:space="preserve"> к настоящему договору</w:t>
      </w:r>
      <w:r w:rsidR="00391957" w:rsidRPr="00825777">
        <w:rPr>
          <w:sz w:val="28"/>
          <w:szCs w:val="28"/>
          <w:lang w:val="ru-RU"/>
        </w:rPr>
        <w:t>:</w:t>
      </w:r>
      <w:r w:rsidR="00B101B4" w:rsidRPr="00825777">
        <w:rPr>
          <w:sz w:val="28"/>
          <w:szCs w:val="28"/>
          <w:lang w:val="ru-RU"/>
        </w:rPr>
        <w:t xml:space="preserve"> </w:t>
      </w:r>
      <w:r w:rsidR="002753C7" w:rsidRPr="00825777">
        <w:rPr>
          <w:sz w:val="28"/>
          <w:szCs w:val="28"/>
          <w:lang w:val="ru-RU"/>
        </w:rPr>
        <w:t xml:space="preserve">Приложение 1 - </w:t>
      </w:r>
      <w:r w:rsidR="00391957" w:rsidRPr="00825777">
        <w:rPr>
          <w:sz w:val="28"/>
          <w:szCs w:val="28"/>
          <w:lang w:val="ru-RU"/>
        </w:rPr>
        <w:t>Техническое задание.</w:t>
      </w:r>
    </w:p>
    <w:p w:rsidR="007C1920" w:rsidRPr="00825777" w:rsidRDefault="00391957">
      <w:pPr>
        <w:keepNext/>
        <w:spacing w:before="80" w:after="80"/>
        <w:jc w:val="center"/>
        <w:rPr>
          <w:sz w:val="28"/>
          <w:szCs w:val="28"/>
          <w:lang w:val="ru-RU"/>
        </w:rPr>
      </w:pPr>
      <w:r w:rsidRPr="00825777">
        <w:rPr>
          <w:sz w:val="28"/>
          <w:szCs w:val="28"/>
          <w:lang w:val="ru-RU"/>
        </w:rPr>
        <w:t>10. РЕКВИЗИТЫ И ПОДПИСИ СТОРОН</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6"/>
        <w:gridCol w:w="4933"/>
      </w:tblGrid>
      <w:tr w:rsidR="007C1920" w:rsidRPr="00825777" w:rsidTr="00351CB7">
        <w:trPr>
          <w:jc w:val="center"/>
        </w:trPr>
        <w:tc>
          <w:tcPr>
            <w:tcW w:w="4706" w:type="dxa"/>
            <w:tcMar>
              <w:top w:w="0" w:type="dxa"/>
              <w:left w:w="80" w:type="dxa"/>
              <w:bottom w:w="0" w:type="dxa"/>
              <w:right w:w="80" w:type="dxa"/>
            </w:tcMar>
          </w:tcPr>
          <w:p w:rsidR="007C1920" w:rsidRPr="00825777" w:rsidRDefault="00391957">
            <w:pPr>
              <w:rPr>
                <w:sz w:val="28"/>
                <w:szCs w:val="28"/>
              </w:rPr>
            </w:pPr>
            <w:proofErr w:type="spellStart"/>
            <w:r w:rsidRPr="00825777">
              <w:rPr>
                <w:b/>
                <w:sz w:val="28"/>
                <w:szCs w:val="28"/>
              </w:rPr>
              <w:t>Исполнитель</w:t>
            </w:r>
            <w:proofErr w:type="spellEnd"/>
            <w:r w:rsidRPr="00825777">
              <w:rPr>
                <w:b/>
                <w:sz w:val="28"/>
                <w:szCs w:val="28"/>
              </w:rPr>
              <w:t>:</w:t>
            </w:r>
          </w:p>
        </w:tc>
        <w:tc>
          <w:tcPr>
            <w:tcW w:w="4933" w:type="dxa"/>
            <w:tcMar>
              <w:top w:w="0" w:type="dxa"/>
              <w:left w:w="80" w:type="dxa"/>
              <w:bottom w:w="0" w:type="dxa"/>
              <w:right w:w="80" w:type="dxa"/>
            </w:tcMar>
          </w:tcPr>
          <w:p w:rsidR="007C1920" w:rsidRPr="00825777" w:rsidRDefault="00391957">
            <w:pPr>
              <w:rPr>
                <w:sz w:val="28"/>
                <w:szCs w:val="28"/>
                <w:lang w:val="ru-RU"/>
              </w:rPr>
            </w:pPr>
            <w:r w:rsidRPr="00825777">
              <w:rPr>
                <w:b/>
                <w:sz w:val="28"/>
                <w:szCs w:val="28"/>
                <w:lang w:val="ru-RU"/>
              </w:rPr>
              <w:t>Заказчик:</w:t>
            </w:r>
          </w:p>
          <w:p w:rsidR="007C1920" w:rsidRPr="00825777" w:rsidRDefault="00391957">
            <w:pPr>
              <w:rPr>
                <w:sz w:val="28"/>
                <w:szCs w:val="28"/>
                <w:lang w:val="ru-RU"/>
              </w:rPr>
            </w:pPr>
            <w:r w:rsidRPr="00825777">
              <w:rPr>
                <w:b/>
                <w:sz w:val="28"/>
                <w:szCs w:val="28"/>
                <w:lang w:val="ru-RU"/>
              </w:rPr>
              <w:t>Учреждение образования</w:t>
            </w:r>
          </w:p>
          <w:p w:rsidR="007C1920" w:rsidRPr="00825777" w:rsidRDefault="00391957">
            <w:pPr>
              <w:rPr>
                <w:sz w:val="28"/>
                <w:szCs w:val="28"/>
                <w:lang w:val="ru-RU"/>
              </w:rPr>
            </w:pPr>
            <w:r w:rsidRPr="00825777">
              <w:rPr>
                <w:b/>
                <w:sz w:val="28"/>
                <w:szCs w:val="28"/>
                <w:lang w:val="ru-RU"/>
              </w:rPr>
              <w:t>«Белорусский государственный медицинский университет»</w:t>
            </w:r>
          </w:p>
          <w:p w:rsidR="007C1920" w:rsidRPr="00825777" w:rsidRDefault="00391957">
            <w:pPr>
              <w:rPr>
                <w:sz w:val="28"/>
                <w:szCs w:val="28"/>
                <w:lang w:val="ru-RU"/>
              </w:rPr>
            </w:pPr>
            <w:r w:rsidRPr="00825777">
              <w:rPr>
                <w:sz w:val="28"/>
                <w:szCs w:val="28"/>
                <w:lang w:val="ru-RU"/>
              </w:rPr>
              <w:t>220083, г. Минск, пр. Дзержинского, 83</w:t>
            </w:r>
          </w:p>
          <w:p w:rsidR="007C1920" w:rsidRPr="00825777" w:rsidRDefault="00391957">
            <w:pPr>
              <w:rPr>
                <w:sz w:val="28"/>
                <w:szCs w:val="28"/>
                <w:lang w:val="ru-RU"/>
              </w:rPr>
            </w:pPr>
            <w:r w:rsidRPr="00825777">
              <w:rPr>
                <w:sz w:val="28"/>
                <w:szCs w:val="28"/>
                <w:lang w:val="ru-RU"/>
              </w:rPr>
              <w:t>банковские реквизиты:</w:t>
            </w:r>
          </w:p>
          <w:p w:rsidR="007C1920" w:rsidRPr="00825777" w:rsidRDefault="00391957">
            <w:pPr>
              <w:rPr>
                <w:sz w:val="28"/>
                <w:szCs w:val="28"/>
                <w:lang w:val="ru-RU"/>
              </w:rPr>
            </w:pPr>
            <w:r w:rsidRPr="00825777">
              <w:rPr>
                <w:sz w:val="28"/>
                <w:szCs w:val="28"/>
              </w:rPr>
              <w:t>BY</w:t>
            </w:r>
            <w:r w:rsidRPr="00825777">
              <w:rPr>
                <w:sz w:val="28"/>
                <w:szCs w:val="28"/>
                <w:lang w:val="ru-RU"/>
              </w:rPr>
              <w:t>93</w:t>
            </w:r>
            <w:r w:rsidRPr="00825777">
              <w:rPr>
                <w:sz w:val="28"/>
                <w:szCs w:val="28"/>
              </w:rPr>
              <w:t>AKBB</w:t>
            </w:r>
            <w:r w:rsidRPr="00825777">
              <w:rPr>
                <w:sz w:val="28"/>
                <w:szCs w:val="28"/>
                <w:lang w:val="ru-RU"/>
              </w:rPr>
              <w:t>36329000005386000000,</w:t>
            </w:r>
          </w:p>
          <w:p w:rsidR="00F07326" w:rsidRDefault="00391957">
            <w:pPr>
              <w:rPr>
                <w:sz w:val="28"/>
                <w:szCs w:val="28"/>
                <w:lang w:val="ru-RU"/>
              </w:rPr>
            </w:pPr>
            <w:r w:rsidRPr="00825777">
              <w:rPr>
                <w:sz w:val="28"/>
                <w:szCs w:val="28"/>
                <w:lang w:val="ru-RU"/>
              </w:rPr>
              <w:t xml:space="preserve">Минское областное управление </w:t>
            </w:r>
          </w:p>
          <w:p w:rsidR="007C1920" w:rsidRPr="00825777" w:rsidRDefault="00391957">
            <w:pPr>
              <w:rPr>
                <w:sz w:val="28"/>
                <w:szCs w:val="28"/>
                <w:lang w:val="ru-RU"/>
              </w:rPr>
            </w:pPr>
            <w:r w:rsidRPr="00825777">
              <w:rPr>
                <w:sz w:val="28"/>
                <w:szCs w:val="28"/>
                <w:lang w:val="ru-RU"/>
              </w:rPr>
              <w:t>№ 500</w:t>
            </w:r>
            <w:r w:rsidR="00F07326">
              <w:rPr>
                <w:sz w:val="28"/>
                <w:szCs w:val="28"/>
                <w:lang w:val="ru-RU"/>
              </w:rPr>
              <w:t xml:space="preserve"> </w:t>
            </w:r>
            <w:r w:rsidRPr="00825777">
              <w:rPr>
                <w:sz w:val="28"/>
                <w:szCs w:val="28"/>
                <w:lang w:val="ru-RU"/>
              </w:rPr>
              <w:t xml:space="preserve">ОАО «АСБ Беларусбанк», </w:t>
            </w:r>
            <w:r w:rsidR="00F07326">
              <w:rPr>
                <w:sz w:val="28"/>
                <w:szCs w:val="28"/>
                <w:lang w:val="ru-RU"/>
              </w:rPr>
              <w:t xml:space="preserve">                   </w:t>
            </w:r>
            <w:r w:rsidRPr="00825777">
              <w:rPr>
                <w:sz w:val="28"/>
                <w:szCs w:val="28"/>
                <w:lang w:val="ru-RU"/>
              </w:rPr>
              <w:t>г. Минск,</w:t>
            </w:r>
            <w:r w:rsidR="00183F19" w:rsidRPr="00183F19">
              <w:rPr>
                <w:lang w:val="ru-RU"/>
              </w:rPr>
              <w:t xml:space="preserve"> </w:t>
            </w:r>
            <w:r w:rsidR="00183F19" w:rsidRPr="00183F19">
              <w:rPr>
                <w:sz w:val="28"/>
                <w:szCs w:val="28"/>
                <w:lang w:val="ru-RU"/>
              </w:rPr>
              <w:t xml:space="preserve">пр. Дзержинского, </w:t>
            </w:r>
            <w:r w:rsidR="00183F19">
              <w:rPr>
                <w:sz w:val="28"/>
                <w:szCs w:val="28"/>
                <w:lang w:val="ru-RU"/>
              </w:rPr>
              <w:t>69/1</w:t>
            </w:r>
          </w:p>
          <w:p w:rsidR="007C1920" w:rsidRPr="00825777" w:rsidRDefault="00391957">
            <w:pPr>
              <w:rPr>
                <w:sz w:val="28"/>
                <w:szCs w:val="28"/>
                <w:lang w:val="ru-RU"/>
              </w:rPr>
            </w:pPr>
            <w:r w:rsidRPr="00825777">
              <w:rPr>
                <w:sz w:val="28"/>
                <w:szCs w:val="28"/>
                <w:lang w:val="ru-RU"/>
              </w:rPr>
              <w:t xml:space="preserve">код банка </w:t>
            </w:r>
            <w:r w:rsidRPr="00825777">
              <w:rPr>
                <w:sz w:val="28"/>
                <w:szCs w:val="28"/>
              </w:rPr>
              <w:t>BIC</w:t>
            </w:r>
            <w:r w:rsidRPr="00825777">
              <w:rPr>
                <w:sz w:val="28"/>
                <w:szCs w:val="28"/>
                <w:lang w:val="ru-RU"/>
              </w:rPr>
              <w:t xml:space="preserve"> (</w:t>
            </w:r>
            <w:r w:rsidRPr="00825777">
              <w:rPr>
                <w:sz w:val="28"/>
                <w:szCs w:val="28"/>
              </w:rPr>
              <w:t>SWIFT</w:t>
            </w:r>
            <w:r w:rsidRPr="00825777">
              <w:rPr>
                <w:sz w:val="28"/>
                <w:szCs w:val="28"/>
                <w:lang w:val="ru-RU"/>
              </w:rPr>
              <w:t xml:space="preserve">) </w:t>
            </w:r>
            <w:r w:rsidRPr="00825777">
              <w:rPr>
                <w:sz w:val="28"/>
                <w:szCs w:val="28"/>
              </w:rPr>
              <w:t>AKBBBY</w:t>
            </w:r>
            <w:r w:rsidRPr="00825777">
              <w:rPr>
                <w:sz w:val="28"/>
                <w:szCs w:val="28"/>
                <w:lang w:val="ru-RU"/>
              </w:rPr>
              <w:t>2</w:t>
            </w:r>
            <w:r w:rsidRPr="00825777">
              <w:rPr>
                <w:sz w:val="28"/>
                <w:szCs w:val="28"/>
              </w:rPr>
              <w:t>X</w:t>
            </w:r>
          </w:p>
          <w:p w:rsidR="007C1920" w:rsidRPr="00825777" w:rsidRDefault="00391957">
            <w:pPr>
              <w:rPr>
                <w:sz w:val="28"/>
                <w:szCs w:val="28"/>
                <w:lang w:val="ru-RU"/>
              </w:rPr>
            </w:pPr>
            <w:r w:rsidRPr="00825777">
              <w:rPr>
                <w:sz w:val="28"/>
                <w:szCs w:val="28"/>
                <w:lang w:val="ru-RU"/>
              </w:rPr>
              <w:t>УНП 100582412</w:t>
            </w:r>
          </w:p>
          <w:p w:rsidR="007C1920" w:rsidRPr="00825777" w:rsidRDefault="00391957">
            <w:pPr>
              <w:rPr>
                <w:sz w:val="28"/>
                <w:szCs w:val="28"/>
              </w:rPr>
            </w:pPr>
            <w:r w:rsidRPr="00825777">
              <w:rPr>
                <w:sz w:val="28"/>
                <w:szCs w:val="28"/>
              </w:rPr>
              <w:t>ОКПО 02017507</w:t>
            </w:r>
          </w:p>
          <w:p w:rsidR="00A968C9" w:rsidRPr="00825777" w:rsidRDefault="00A968C9">
            <w:pPr>
              <w:rPr>
                <w:sz w:val="28"/>
                <w:szCs w:val="28"/>
              </w:rPr>
            </w:pPr>
            <w:proofErr w:type="spellStart"/>
            <w:r w:rsidRPr="00825777">
              <w:rPr>
                <w:sz w:val="28"/>
                <w:szCs w:val="28"/>
              </w:rPr>
              <w:t>тел</w:t>
            </w:r>
            <w:proofErr w:type="spellEnd"/>
            <w:r w:rsidRPr="00825777">
              <w:rPr>
                <w:sz w:val="28"/>
                <w:szCs w:val="28"/>
              </w:rPr>
              <w:t>. (017) 255 07 17</w:t>
            </w:r>
          </w:p>
          <w:p w:rsidR="00A968C9" w:rsidRPr="00825777" w:rsidRDefault="00A968C9">
            <w:pPr>
              <w:rPr>
                <w:sz w:val="28"/>
                <w:szCs w:val="28"/>
              </w:rPr>
            </w:pPr>
          </w:p>
        </w:tc>
      </w:tr>
      <w:tr w:rsidR="00D91D2D" w:rsidRPr="00825777" w:rsidTr="00351CB7">
        <w:trPr>
          <w:jc w:val="center"/>
        </w:trPr>
        <w:tc>
          <w:tcPr>
            <w:tcW w:w="4706" w:type="dxa"/>
            <w:tcMar>
              <w:top w:w="0" w:type="dxa"/>
              <w:left w:w="80" w:type="dxa"/>
              <w:bottom w:w="0" w:type="dxa"/>
              <w:right w:w="80" w:type="dxa"/>
            </w:tcMar>
          </w:tcPr>
          <w:p w:rsidR="00D91D2D" w:rsidRPr="00825777" w:rsidRDefault="00D91D2D" w:rsidP="0051404C">
            <w:pPr>
              <w:rPr>
                <w:sz w:val="28"/>
                <w:szCs w:val="28"/>
              </w:rPr>
            </w:pPr>
            <w:r w:rsidRPr="00825777">
              <w:rPr>
                <w:sz w:val="28"/>
                <w:szCs w:val="28"/>
              </w:rPr>
              <w:t xml:space="preserve">________________ / </w:t>
            </w:r>
            <w:r w:rsidR="00A968C9" w:rsidRPr="00825777">
              <w:rPr>
                <w:sz w:val="28"/>
                <w:szCs w:val="28"/>
              </w:rPr>
              <w:t xml:space="preserve">                                </w:t>
            </w:r>
            <w:r w:rsidRPr="00825777">
              <w:rPr>
                <w:sz w:val="28"/>
                <w:szCs w:val="28"/>
              </w:rPr>
              <w:t xml:space="preserve"> /</w:t>
            </w:r>
          </w:p>
        </w:tc>
        <w:tc>
          <w:tcPr>
            <w:tcW w:w="4933" w:type="dxa"/>
            <w:tcMar>
              <w:top w:w="0" w:type="dxa"/>
              <w:left w:w="80" w:type="dxa"/>
              <w:bottom w:w="0" w:type="dxa"/>
              <w:right w:w="80" w:type="dxa"/>
            </w:tcMar>
          </w:tcPr>
          <w:p w:rsidR="00D91D2D" w:rsidRPr="00825777" w:rsidRDefault="00D91D2D" w:rsidP="0051404C">
            <w:pPr>
              <w:rPr>
                <w:sz w:val="28"/>
                <w:szCs w:val="28"/>
              </w:rPr>
            </w:pPr>
            <w:r w:rsidRPr="00825777">
              <w:rPr>
                <w:sz w:val="28"/>
                <w:szCs w:val="28"/>
              </w:rPr>
              <w:t xml:space="preserve">________________ / </w:t>
            </w:r>
            <w:r w:rsidR="00A968C9" w:rsidRPr="00825777">
              <w:rPr>
                <w:sz w:val="28"/>
                <w:szCs w:val="28"/>
              </w:rPr>
              <w:t xml:space="preserve">                              </w:t>
            </w:r>
            <w:r w:rsidRPr="00825777">
              <w:rPr>
                <w:sz w:val="28"/>
                <w:szCs w:val="28"/>
              </w:rPr>
              <w:t>/</w:t>
            </w:r>
          </w:p>
        </w:tc>
      </w:tr>
      <w:tr w:rsidR="00D91D2D" w:rsidRPr="00825777" w:rsidTr="00351CB7">
        <w:trPr>
          <w:jc w:val="center"/>
        </w:trPr>
        <w:tc>
          <w:tcPr>
            <w:tcW w:w="4706" w:type="dxa"/>
            <w:tcMar>
              <w:top w:w="0" w:type="dxa"/>
              <w:left w:w="80" w:type="dxa"/>
              <w:bottom w:w="0" w:type="dxa"/>
              <w:right w:w="80" w:type="dxa"/>
            </w:tcMar>
          </w:tcPr>
          <w:p w:rsidR="00D91D2D" w:rsidRPr="00825777" w:rsidRDefault="00D91D2D" w:rsidP="0051404C">
            <w:pPr>
              <w:rPr>
                <w:sz w:val="28"/>
                <w:szCs w:val="28"/>
              </w:rPr>
            </w:pPr>
            <w:r w:rsidRPr="00825777">
              <w:rPr>
                <w:sz w:val="28"/>
                <w:szCs w:val="28"/>
              </w:rPr>
              <w:t>«____» __________________ 2026</w:t>
            </w:r>
          </w:p>
          <w:p w:rsidR="00D91D2D" w:rsidRPr="00825777" w:rsidRDefault="00D91D2D" w:rsidP="0051404C">
            <w:pPr>
              <w:rPr>
                <w:sz w:val="28"/>
                <w:szCs w:val="28"/>
              </w:rPr>
            </w:pPr>
            <w:r w:rsidRPr="00825777">
              <w:rPr>
                <w:sz w:val="28"/>
                <w:szCs w:val="28"/>
              </w:rPr>
              <w:t>М.П.</w:t>
            </w:r>
          </w:p>
        </w:tc>
        <w:tc>
          <w:tcPr>
            <w:tcW w:w="4933" w:type="dxa"/>
            <w:tcMar>
              <w:top w:w="0" w:type="dxa"/>
              <w:left w:w="80" w:type="dxa"/>
              <w:bottom w:w="0" w:type="dxa"/>
              <w:right w:w="80" w:type="dxa"/>
            </w:tcMar>
          </w:tcPr>
          <w:p w:rsidR="00D91D2D" w:rsidRPr="00825777" w:rsidRDefault="00D91D2D" w:rsidP="0051404C">
            <w:pPr>
              <w:rPr>
                <w:sz w:val="28"/>
                <w:szCs w:val="28"/>
              </w:rPr>
            </w:pPr>
            <w:r w:rsidRPr="00825777">
              <w:rPr>
                <w:sz w:val="28"/>
                <w:szCs w:val="28"/>
              </w:rPr>
              <w:t>«____» __________________ 2026</w:t>
            </w:r>
          </w:p>
          <w:p w:rsidR="00D91D2D" w:rsidRPr="00825777" w:rsidRDefault="00D91D2D" w:rsidP="0051404C">
            <w:pPr>
              <w:rPr>
                <w:sz w:val="28"/>
                <w:szCs w:val="28"/>
              </w:rPr>
            </w:pPr>
            <w:r w:rsidRPr="00825777">
              <w:rPr>
                <w:sz w:val="28"/>
                <w:szCs w:val="28"/>
              </w:rPr>
              <w:t>М.П.</w:t>
            </w:r>
          </w:p>
        </w:tc>
      </w:tr>
    </w:tbl>
    <w:p w:rsidR="00786B8E" w:rsidRDefault="00786B8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825777">
      <w:pPr>
        <w:rPr>
          <w:lang w:val="ru-RU"/>
        </w:rPr>
      </w:pPr>
    </w:p>
    <w:p w:rsidR="00D57FAE" w:rsidRDefault="00D57FAE" w:rsidP="00D57FAE">
      <w:pPr>
        <w:jc w:val="center"/>
        <w:rPr>
          <w:rFonts w:cs="Times New Roman"/>
          <w:sz w:val="28"/>
          <w:szCs w:val="32"/>
          <w:lang w:val="ru-RU"/>
        </w:rPr>
      </w:pPr>
      <w:r>
        <w:rPr>
          <w:rFonts w:cs="Times New Roman"/>
          <w:sz w:val="28"/>
          <w:szCs w:val="32"/>
          <w:lang w:val="ru-RU"/>
        </w:rPr>
        <w:lastRenderedPageBreak/>
        <w:t xml:space="preserve">                                                 </w:t>
      </w:r>
    </w:p>
    <w:p w:rsidR="00D57FAE" w:rsidRPr="00D57FAE" w:rsidRDefault="00D57FAE" w:rsidP="00D57FAE">
      <w:pPr>
        <w:jc w:val="center"/>
        <w:rPr>
          <w:rFonts w:cs="Times New Roman"/>
          <w:sz w:val="28"/>
          <w:szCs w:val="32"/>
          <w:lang w:val="ru-RU"/>
        </w:rPr>
      </w:pPr>
      <w:r>
        <w:rPr>
          <w:rFonts w:cs="Times New Roman"/>
          <w:sz w:val="28"/>
          <w:szCs w:val="32"/>
          <w:lang w:val="ru-RU"/>
        </w:rPr>
        <w:t xml:space="preserve">                                                                      </w:t>
      </w:r>
      <w:r w:rsidRPr="00D57FAE">
        <w:rPr>
          <w:rFonts w:cs="Times New Roman"/>
          <w:sz w:val="28"/>
          <w:szCs w:val="32"/>
          <w:lang w:val="ru-RU"/>
        </w:rPr>
        <w:t>Приложение 1 к договору</w:t>
      </w:r>
    </w:p>
    <w:p w:rsidR="00D57FAE" w:rsidRPr="00D57FAE" w:rsidRDefault="00D57FAE" w:rsidP="00AD2EB5">
      <w:pPr>
        <w:tabs>
          <w:tab w:val="left" w:pos="6045"/>
          <w:tab w:val="left" w:pos="6780"/>
        </w:tabs>
        <w:jc w:val="left"/>
        <w:rPr>
          <w:rFonts w:cs="Times New Roman"/>
          <w:sz w:val="24"/>
          <w:szCs w:val="24"/>
          <w:lang w:val="ru-RU"/>
        </w:rPr>
      </w:pPr>
      <w:r w:rsidRPr="00D57FAE">
        <w:rPr>
          <w:rFonts w:cs="Times New Roman"/>
          <w:sz w:val="32"/>
          <w:szCs w:val="32"/>
          <w:lang w:val="ru-RU"/>
        </w:rPr>
        <w:t xml:space="preserve">                                                                        </w:t>
      </w:r>
      <w:r w:rsidRPr="00D57FAE">
        <w:rPr>
          <w:rFonts w:cs="Times New Roman"/>
          <w:sz w:val="28"/>
          <w:szCs w:val="28"/>
          <w:lang w:val="ru-RU"/>
        </w:rPr>
        <w:t>№       от</w:t>
      </w:r>
      <w:r w:rsidRPr="00D57FAE">
        <w:rPr>
          <w:rFonts w:cs="Times New Roman"/>
          <w:sz w:val="28"/>
          <w:szCs w:val="28"/>
          <w:lang w:val="ru-RU"/>
        </w:rPr>
        <w:tab/>
      </w:r>
    </w:p>
    <w:p w:rsidR="006A48E6" w:rsidRDefault="006A48E6" w:rsidP="00D57FAE">
      <w:pPr>
        <w:spacing w:before="160"/>
        <w:jc w:val="center"/>
        <w:rPr>
          <w:b/>
          <w:sz w:val="28"/>
          <w:lang w:val="ru-RU"/>
        </w:rPr>
      </w:pPr>
    </w:p>
    <w:p w:rsidR="00D57FAE" w:rsidRPr="00D57FAE" w:rsidRDefault="00D57FAE" w:rsidP="00D57FAE">
      <w:pPr>
        <w:spacing w:before="160"/>
        <w:jc w:val="center"/>
        <w:rPr>
          <w:sz w:val="28"/>
          <w:lang w:val="ru-RU"/>
        </w:rPr>
      </w:pPr>
      <w:r w:rsidRPr="00D57FAE">
        <w:rPr>
          <w:b/>
          <w:sz w:val="28"/>
          <w:lang w:val="ru-RU"/>
        </w:rPr>
        <w:t>ТЕХНИЧЕСКОЕ ЗАДАНИЕ</w:t>
      </w:r>
    </w:p>
    <w:p w:rsidR="00D57FAE" w:rsidRPr="00D57FAE" w:rsidRDefault="00D57FAE" w:rsidP="00D57FAE">
      <w:pPr>
        <w:jc w:val="center"/>
        <w:rPr>
          <w:sz w:val="28"/>
          <w:lang w:val="ru-RU"/>
        </w:rPr>
      </w:pPr>
      <w:r w:rsidRPr="00D57FAE">
        <w:rPr>
          <w:b/>
          <w:sz w:val="28"/>
          <w:lang w:val="ru-RU"/>
        </w:rPr>
        <w:t>на оказание услуг по созданию, ведению и сопровождению рекламных кампаний</w:t>
      </w:r>
    </w:p>
    <w:p w:rsidR="00D57FAE" w:rsidRPr="00D57FAE" w:rsidRDefault="00D57FAE" w:rsidP="00D57FAE">
      <w:pPr>
        <w:jc w:val="center"/>
        <w:rPr>
          <w:sz w:val="28"/>
          <w:lang w:val="ru-RU"/>
        </w:rPr>
      </w:pPr>
      <w:r w:rsidRPr="00D57FAE">
        <w:rPr>
          <w:b/>
          <w:sz w:val="28"/>
          <w:lang w:val="ru-RU"/>
        </w:rPr>
        <w:t>государственного портала медицинского туризма Республики Беларусь</w:t>
      </w:r>
    </w:p>
    <w:p w:rsidR="00D57FAE" w:rsidRPr="00D57FAE" w:rsidRDefault="00D57FAE" w:rsidP="00D57FAE">
      <w:pPr>
        <w:spacing w:after="160"/>
        <w:jc w:val="center"/>
        <w:rPr>
          <w:sz w:val="28"/>
          <w:lang w:val="ru-RU"/>
        </w:rPr>
      </w:pPr>
      <w:r w:rsidRPr="00D57FAE">
        <w:rPr>
          <w:b/>
          <w:sz w:val="28"/>
          <w:lang w:val="ru-RU"/>
        </w:rPr>
        <w:t>«Клиники Беларуси» (</w:t>
      </w:r>
      <w:proofErr w:type="spellStart"/>
      <w:r w:rsidRPr="00D57FAE">
        <w:rPr>
          <w:b/>
          <w:sz w:val="28"/>
        </w:rPr>
        <w:t>clinicsbel</w:t>
      </w:r>
      <w:proofErr w:type="spellEnd"/>
      <w:r w:rsidRPr="00D57FAE">
        <w:rPr>
          <w:b/>
          <w:sz w:val="28"/>
          <w:lang w:val="ru-RU"/>
        </w:rPr>
        <w:t>.</w:t>
      </w:r>
      <w:r w:rsidRPr="00D57FAE">
        <w:rPr>
          <w:b/>
          <w:sz w:val="28"/>
        </w:rPr>
        <w:t>by</w:t>
      </w:r>
      <w:r w:rsidRPr="00D57FAE">
        <w:rPr>
          <w:b/>
          <w:sz w:val="28"/>
          <w:lang w:val="ru-RU"/>
        </w:rPr>
        <w:t xml:space="preserve">) в системах </w:t>
      </w:r>
      <w:r w:rsidRPr="00D57FAE">
        <w:rPr>
          <w:b/>
          <w:sz w:val="28"/>
        </w:rPr>
        <w:t>Google</w:t>
      </w:r>
      <w:r w:rsidRPr="00D57FAE">
        <w:rPr>
          <w:b/>
          <w:sz w:val="28"/>
          <w:lang w:val="ru-RU"/>
        </w:rPr>
        <w:t xml:space="preserve"> </w:t>
      </w:r>
      <w:r w:rsidRPr="00D57FAE">
        <w:rPr>
          <w:b/>
          <w:sz w:val="28"/>
        </w:rPr>
        <w:t>Ads</w:t>
      </w:r>
      <w:r w:rsidRPr="00D57FAE">
        <w:rPr>
          <w:b/>
          <w:sz w:val="28"/>
          <w:lang w:val="ru-RU"/>
        </w:rPr>
        <w:t xml:space="preserve"> и </w:t>
      </w:r>
      <w:proofErr w:type="spellStart"/>
      <w:r w:rsidRPr="00D57FAE">
        <w:rPr>
          <w:b/>
          <w:sz w:val="28"/>
          <w:lang w:val="ru-RU"/>
        </w:rPr>
        <w:t>Яндекс.Директ</w:t>
      </w:r>
      <w:proofErr w:type="spellEnd"/>
    </w:p>
    <w:p w:rsidR="00B313AE" w:rsidRDefault="00B313AE" w:rsidP="00D57FAE">
      <w:pPr>
        <w:keepNext/>
        <w:pBdr>
          <w:bottom w:val="single" w:sz="4" w:space="2" w:color="808080"/>
        </w:pBdr>
        <w:spacing w:before="140" w:after="60"/>
        <w:jc w:val="left"/>
        <w:rPr>
          <w:b/>
          <w:sz w:val="28"/>
        </w:rPr>
      </w:pPr>
    </w:p>
    <w:p w:rsidR="00D57FAE" w:rsidRPr="00D57FAE" w:rsidRDefault="00D57FAE" w:rsidP="00D57FAE">
      <w:pPr>
        <w:keepNext/>
        <w:pBdr>
          <w:bottom w:val="single" w:sz="4" w:space="2" w:color="808080"/>
        </w:pBdr>
        <w:spacing w:before="140" w:after="60"/>
        <w:jc w:val="left"/>
        <w:rPr>
          <w:sz w:val="28"/>
        </w:rPr>
      </w:pPr>
      <w:bookmarkStart w:id="1" w:name="_GoBack"/>
      <w:bookmarkEnd w:id="1"/>
      <w:r w:rsidRPr="00D57FAE">
        <w:rPr>
          <w:b/>
          <w:sz w:val="28"/>
        </w:rPr>
        <w:t xml:space="preserve">1. </w:t>
      </w:r>
      <w:proofErr w:type="spellStart"/>
      <w:r w:rsidRPr="00D57FAE">
        <w:rPr>
          <w:b/>
          <w:sz w:val="28"/>
        </w:rPr>
        <w:t>Общие</w:t>
      </w:r>
      <w:proofErr w:type="spellEnd"/>
      <w:r w:rsidRPr="00D57FAE">
        <w:rPr>
          <w:b/>
          <w:sz w:val="28"/>
        </w:rPr>
        <w:t xml:space="preserve"> </w:t>
      </w:r>
      <w:proofErr w:type="spellStart"/>
      <w:r w:rsidRPr="00D57FAE">
        <w:rPr>
          <w:b/>
          <w:sz w:val="28"/>
        </w:rPr>
        <w:t>сведения</w:t>
      </w:r>
      <w:proofErr w:type="spellEnd"/>
    </w:p>
    <w:tbl>
      <w:tblPr>
        <w:tblW w:w="0" w:type="auto"/>
        <w:jc w:val="center"/>
        <w:tblLayout w:type="fixed"/>
        <w:tblLook w:val="04A0" w:firstRow="1" w:lastRow="0" w:firstColumn="1" w:lastColumn="0" w:noHBand="0" w:noVBand="1"/>
      </w:tblPr>
      <w:tblGrid>
        <w:gridCol w:w="2891"/>
        <w:gridCol w:w="6463"/>
      </w:tblGrid>
      <w:tr w:rsidR="00D57FAE" w:rsidRPr="0021519E" w:rsidTr="00F13712">
        <w:trPr>
          <w:cantSplit/>
          <w:jc w:val="center"/>
        </w:trPr>
        <w:tc>
          <w:tcPr>
            <w:tcW w:w="2891"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b/>
                <w:sz w:val="24"/>
              </w:rPr>
              <w:t>Наименование</w:t>
            </w:r>
            <w:proofErr w:type="spellEnd"/>
            <w:r w:rsidRPr="00D57FAE">
              <w:rPr>
                <w:b/>
                <w:sz w:val="24"/>
              </w:rPr>
              <w:t xml:space="preserve"> </w:t>
            </w:r>
            <w:proofErr w:type="spellStart"/>
            <w:r w:rsidRPr="00D57FAE">
              <w:rPr>
                <w:b/>
                <w:sz w:val="24"/>
              </w:rPr>
              <w:t>Заказчика</w:t>
            </w:r>
            <w:proofErr w:type="spellEnd"/>
          </w:p>
        </w:tc>
        <w:tc>
          <w:tcPr>
            <w:tcW w:w="6463"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4"/>
                <w:lang w:val="ru-RU"/>
              </w:rPr>
              <w:t>Учреждение образования «Белорусский государственный медицинский университет»</w:t>
            </w:r>
          </w:p>
        </w:tc>
      </w:tr>
      <w:tr w:rsidR="00D57FAE" w:rsidRPr="0021519E" w:rsidTr="00F13712">
        <w:trPr>
          <w:cantSplit/>
          <w:jc w:val="center"/>
        </w:trPr>
        <w:tc>
          <w:tcPr>
            <w:tcW w:w="2891"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b/>
                <w:sz w:val="24"/>
              </w:rPr>
              <w:t>Проект</w:t>
            </w:r>
            <w:proofErr w:type="spellEnd"/>
          </w:p>
        </w:tc>
        <w:tc>
          <w:tcPr>
            <w:tcW w:w="6463"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4"/>
                <w:lang w:val="ru-RU"/>
              </w:rPr>
              <w:t>Государственный портал медицинского туризма Республики Беларусь «Клиники Беларуси»</w:t>
            </w:r>
          </w:p>
        </w:tc>
      </w:tr>
      <w:tr w:rsidR="00D57FAE" w:rsidRPr="00D57FAE" w:rsidTr="00F13712">
        <w:trPr>
          <w:cantSplit/>
          <w:jc w:val="center"/>
        </w:trPr>
        <w:tc>
          <w:tcPr>
            <w:tcW w:w="2891"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b/>
                <w:sz w:val="24"/>
              </w:rPr>
              <w:t>Рекламируемый</w:t>
            </w:r>
            <w:proofErr w:type="spellEnd"/>
            <w:r w:rsidRPr="00D57FAE">
              <w:rPr>
                <w:b/>
                <w:sz w:val="24"/>
              </w:rPr>
              <w:t xml:space="preserve"> </w:t>
            </w:r>
            <w:proofErr w:type="spellStart"/>
            <w:r w:rsidRPr="00D57FAE">
              <w:rPr>
                <w:b/>
                <w:sz w:val="24"/>
              </w:rPr>
              <w:t>интернет-ресурс</w:t>
            </w:r>
            <w:proofErr w:type="spellEnd"/>
          </w:p>
        </w:tc>
        <w:tc>
          <w:tcPr>
            <w:tcW w:w="6463"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r w:rsidRPr="00D57FAE">
              <w:rPr>
                <w:sz w:val="24"/>
              </w:rPr>
              <w:t>https://clinicsbel.by/</w:t>
            </w:r>
          </w:p>
        </w:tc>
      </w:tr>
      <w:tr w:rsidR="00D57FAE" w:rsidRPr="0021519E" w:rsidTr="00F13712">
        <w:trPr>
          <w:cantSplit/>
          <w:jc w:val="center"/>
        </w:trPr>
        <w:tc>
          <w:tcPr>
            <w:tcW w:w="2891"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b/>
                <w:sz w:val="24"/>
              </w:rPr>
              <w:t>Предмет</w:t>
            </w:r>
            <w:proofErr w:type="spellEnd"/>
            <w:r w:rsidRPr="00D57FAE">
              <w:rPr>
                <w:b/>
                <w:sz w:val="24"/>
              </w:rPr>
              <w:t xml:space="preserve"> </w:t>
            </w:r>
            <w:proofErr w:type="spellStart"/>
            <w:r w:rsidRPr="00D57FAE">
              <w:rPr>
                <w:b/>
                <w:sz w:val="24"/>
              </w:rPr>
              <w:t>закупки</w:t>
            </w:r>
            <w:proofErr w:type="spellEnd"/>
          </w:p>
        </w:tc>
        <w:tc>
          <w:tcPr>
            <w:tcW w:w="6463"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4"/>
                <w:lang w:val="ru-RU"/>
              </w:rPr>
              <w:t xml:space="preserve">Комплекс услуг по созданию, настройке, запуску, финансированию, ведению, сопровождению и оптимизации рекламных кампаний в системах </w:t>
            </w:r>
            <w:r w:rsidRPr="00D57FAE">
              <w:rPr>
                <w:sz w:val="24"/>
              </w:rPr>
              <w:t>Google</w:t>
            </w:r>
            <w:r w:rsidRPr="00D57FAE">
              <w:rPr>
                <w:sz w:val="24"/>
                <w:lang w:val="ru-RU"/>
              </w:rPr>
              <w:t xml:space="preserve"> </w:t>
            </w:r>
            <w:r w:rsidRPr="00D57FAE">
              <w:rPr>
                <w:sz w:val="24"/>
              </w:rPr>
              <w:t>Ads</w:t>
            </w:r>
            <w:r w:rsidRPr="00D57FAE">
              <w:rPr>
                <w:sz w:val="24"/>
                <w:lang w:val="ru-RU"/>
              </w:rPr>
              <w:t xml:space="preserve"> и </w:t>
            </w:r>
            <w:proofErr w:type="spellStart"/>
            <w:r w:rsidRPr="00D57FAE">
              <w:rPr>
                <w:sz w:val="24"/>
                <w:lang w:val="ru-RU"/>
              </w:rPr>
              <w:t>Яндекс.Директ</w:t>
            </w:r>
            <w:proofErr w:type="spellEnd"/>
          </w:p>
        </w:tc>
      </w:tr>
      <w:tr w:rsidR="00D57FAE" w:rsidRPr="0021519E" w:rsidTr="00F13712">
        <w:trPr>
          <w:cantSplit/>
          <w:jc w:val="center"/>
        </w:trPr>
        <w:tc>
          <w:tcPr>
            <w:tcW w:w="2891"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b/>
                <w:sz w:val="24"/>
              </w:rPr>
              <w:t>Срок</w:t>
            </w:r>
            <w:proofErr w:type="spellEnd"/>
            <w:r w:rsidRPr="00D57FAE">
              <w:rPr>
                <w:b/>
                <w:sz w:val="24"/>
              </w:rPr>
              <w:t xml:space="preserve"> </w:t>
            </w:r>
            <w:proofErr w:type="spellStart"/>
            <w:r w:rsidRPr="00D57FAE">
              <w:rPr>
                <w:b/>
                <w:sz w:val="24"/>
              </w:rPr>
              <w:t>оказания</w:t>
            </w:r>
            <w:proofErr w:type="spellEnd"/>
            <w:r w:rsidRPr="00D57FAE">
              <w:rPr>
                <w:b/>
                <w:sz w:val="24"/>
              </w:rPr>
              <w:t xml:space="preserve"> </w:t>
            </w:r>
            <w:proofErr w:type="spellStart"/>
            <w:r w:rsidRPr="00D57FAE">
              <w:rPr>
                <w:b/>
                <w:sz w:val="24"/>
              </w:rPr>
              <w:t>услуг</w:t>
            </w:r>
            <w:proofErr w:type="spellEnd"/>
          </w:p>
        </w:tc>
        <w:tc>
          <w:tcPr>
            <w:tcW w:w="6463"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4"/>
                <w:lang w:val="ru-RU"/>
              </w:rPr>
              <w:t>6 месяцев с момента заключения договора</w:t>
            </w:r>
          </w:p>
        </w:tc>
      </w:tr>
      <w:tr w:rsidR="00D57FAE" w:rsidRPr="0021519E" w:rsidTr="00F13712">
        <w:trPr>
          <w:cantSplit/>
          <w:jc w:val="center"/>
        </w:trPr>
        <w:tc>
          <w:tcPr>
            <w:tcW w:w="2891"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b/>
                <w:sz w:val="24"/>
              </w:rPr>
              <w:t>География</w:t>
            </w:r>
            <w:proofErr w:type="spellEnd"/>
            <w:r w:rsidRPr="00D57FAE">
              <w:rPr>
                <w:b/>
                <w:sz w:val="24"/>
              </w:rPr>
              <w:t xml:space="preserve"> </w:t>
            </w:r>
            <w:proofErr w:type="spellStart"/>
            <w:r w:rsidRPr="00D57FAE">
              <w:rPr>
                <w:b/>
                <w:sz w:val="24"/>
              </w:rPr>
              <w:t>продвижения</w:t>
            </w:r>
            <w:proofErr w:type="spellEnd"/>
          </w:p>
        </w:tc>
        <w:tc>
          <w:tcPr>
            <w:tcW w:w="6463" w:type="dxa"/>
            <w:tcBorders>
              <w:bottom w:val="single" w:sz="3" w:space="0" w:color="D0D0D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4"/>
                <w:lang w:val="ru-RU"/>
              </w:rPr>
              <w:t>Республика Казахстан, Литовская Республика, Латвийская Республика</w:t>
            </w:r>
          </w:p>
        </w:tc>
      </w:tr>
    </w:tbl>
    <w:p w:rsidR="00AD2EB5" w:rsidRDefault="00AD2EB5"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2. Цель и задачи оказания услуг</w:t>
      </w:r>
    </w:p>
    <w:p w:rsidR="00D57FAE" w:rsidRPr="00D57FAE" w:rsidRDefault="00D57FAE" w:rsidP="00D57FAE">
      <w:pPr>
        <w:rPr>
          <w:sz w:val="28"/>
          <w:lang w:val="ru-RU"/>
        </w:rPr>
      </w:pPr>
      <w:r w:rsidRPr="00D57FAE">
        <w:rPr>
          <w:sz w:val="28"/>
          <w:lang w:val="ru-RU"/>
        </w:rPr>
        <w:t xml:space="preserve">Цель: привлечение иностранных граждан для получения медицинской помощи в организациях здравоохранения Республики Беларусь посредством государственного портала медицинского туризма </w:t>
      </w:r>
      <w:proofErr w:type="spellStart"/>
      <w:r w:rsidRPr="00D57FAE">
        <w:rPr>
          <w:sz w:val="28"/>
        </w:rPr>
        <w:t>clinicsbel</w:t>
      </w:r>
      <w:proofErr w:type="spellEnd"/>
      <w:r w:rsidRPr="00D57FAE">
        <w:rPr>
          <w:sz w:val="28"/>
          <w:lang w:val="ru-RU"/>
        </w:rPr>
        <w:t>.</w:t>
      </w:r>
      <w:r w:rsidRPr="00D57FAE">
        <w:rPr>
          <w:sz w:val="28"/>
        </w:rPr>
        <w:t>by</w:t>
      </w:r>
      <w:r w:rsidRPr="00D57FAE">
        <w:rPr>
          <w:sz w:val="28"/>
          <w:lang w:val="ru-RU"/>
        </w:rPr>
        <w:t>.</w:t>
      </w:r>
    </w:p>
    <w:p w:rsidR="00D57FAE" w:rsidRPr="00D57FAE" w:rsidRDefault="00D57FAE" w:rsidP="00D57FAE">
      <w:pPr>
        <w:spacing w:after="20"/>
        <w:rPr>
          <w:sz w:val="28"/>
          <w:lang w:val="ru-RU"/>
        </w:rPr>
      </w:pPr>
      <w:r w:rsidRPr="00D57FAE">
        <w:rPr>
          <w:b/>
          <w:sz w:val="28"/>
          <w:lang w:val="ru-RU"/>
        </w:rPr>
        <w:t>Основные задачи:</w:t>
      </w:r>
    </w:p>
    <w:p w:rsidR="00D57FAE" w:rsidRPr="00D57FAE" w:rsidRDefault="00D57FAE" w:rsidP="00D57FAE">
      <w:pPr>
        <w:numPr>
          <w:ilvl w:val="0"/>
          <w:numId w:val="10"/>
        </w:numPr>
        <w:contextualSpacing/>
        <w:jc w:val="left"/>
        <w:rPr>
          <w:sz w:val="28"/>
          <w:lang w:val="ru-RU"/>
        </w:rPr>
      </w:pPr>
      <w:r w:rsidRPr="00D57FAE">
        <w:rPr>
          <w:sz w:val="28"/>
          <w:lang w:val="ru-RU"/>
        </w:rPr>
        <w:t>привлечение на портал целевой аудитории из согласованных стран продвижения;</w:t>
      </w:r>
    </w:p>
    <w:p w:rsidR="00D57FAE" w:rsidRPr="00D57FAE" w:rsidRDefault="00D57FAE" w:rsidP="00D57FAE">
      <w:pPr>
        <w:numPr>
          <w:ilvl w:val="0"/>
          <w:numId w:val="10"/>
        </w:numPr>
        <w:contextualSpacing/>
        <w:jc w:val="left"/>
        <w:rPr>
          <w:sz w:val="28"/>
          <w:lang w:val="ru-RU"/>
        </w:rPr>
      </w:pPr>
      <w:r w:rsidRPr="00D57FAE">
        <w:rPr>
          <w:sz w:val="28"/>
          <w:lang w:val="ru-RU"/>
        </w:rPr>
        <w:t>увеличение количества целевых обращений иностранных граждан, заинтересованных в получении медицинской помощи в Республике Беларусь;</w:t>
      </w:r>
    </w:p>
    <w:p w:rsidR="00D57FAE" w:rsidRPr="00D57FAE" w:rsidRDefault="00D57FAE" w:rsidP="00D57FAE">
      <w:pPr>
        <w:numPr>
          <w:ilvl w:val="0"/>
          <w:numId w:val="10"/>
        </w:numPr>
        <w:contextualSpacing/>
        <w:jc w:val="left"/>
        <w:rPr>
          <w:sz w:val="28"/>
          <w:lang w:val="ru-RU"/>
        </w:rPr>
      </w:pPr>
      <w:r w:rsidRPr="00D57FAE">
        <w:rPr>
          <w:sz w:val="28"/>
          <w:lang w:val="ru-RU"/>
        </w:rPr>
        <w:t>продвижение общих запросов, связанных с лечением и медицинским туризмом в Беларуси, а также отдельных медицинских направлений, согласованных с Заказчиком;</w:t>
      </w:r>
    </w:p>
    <w:p w:rsidR="00D57FAE" w:rsidRPr="00D57FAE" w:rsidRDefault="00D57FAE" w:rsidP="00D57FAE">
      <w:pPr>
        <w:numPr>
          <w:ilvl w:val="0"/>
          <w:numId w:val="10"/>
        </w:numPr>
        <w:contextualSpacing/>
        <w:jc w:val="left"/>
        <w:rPr>
          <w:sz w:val="28"/>
          <w:lang w:val="ru-RU"/>
        </w:rPr>
      </w:pPr>
      <w:r w:rsidRPr="00D57FAE">
        <w:rPr>
          <w:sz w:val="28"/>
          <w:lang w:val="ru-RU"/>
        </w:rPr>
        <w:t>формирование управляемой системы рекламных кампаний с прозрачным учетом расходов, конверсий и стоимости целевого обращения;</w:t>
      </w:r>
    </w:p>
    <w:p w:rsidR="00D57FAE" w:rsidRPr="00D57FAE" w:rsidRDefault="00D57FAE" w:rsidP="00D57FAE">
      <w:pPr>
        <w:numPr>
          <w:ilvl w:val="0"/>
          <w:numId w:val="10"/>
        </w:numPr>
        <w:contextualSpacing/>
        <w:jc w:val="left"/>
        <w:rPr>
          <w:sz w:val="28"/>
          <w:lang w:val="ru-RU"/>
        </w:rPr>
      </w:pPr>
      <w:r w:rsidRPr="00D57FAE">
        <w:rPr>
          <w:sz w:val="28"/>
          <w:lang w:val="ru-RU"/>
        </w:rPr>
        <w:t>обеспечение максимально эффективного использования рекламного бюджета на протяжении всего срока оказания услуг.</w:t>
      </w:r>
    </w:p>
    <w:p w:rsidR="00D57FAE" w:rsidRPr="00D57FAE" w:rsidRDefault="00D57FAE" w:rsidP="00D57FAE">
      <w:pPr>
        <w:keepNext/>
        <w:pBdr>
          <w:bottom w:val="single" w:sz="4" w:space="2" w:color="808080"/>
        </w:pBdr>
        <w:spacing w:before="140" w:after="60"/>
        <w:jc w:val="left"/>
        <w:rPr>
          <w:sz w:val="28"/>
        </w:rPr>
      </w:pPr>
      <w:r w:rsidRPr="00D57FAE">
        <w:rPr>
          <w:b/>
          <w:sz w:val="28"/>
        </w:rPr>
        <w:lastRenderedPageBreak/>
        <w:t xml:space="preserve">3. </w:t>
      </w:r>
      <w:proofErr w:type="spellStart"/>
      <w:r w:rsidRPr="00D57FAE">
        <w:rPr>
          <w:b/>
          <w:sz w:val="28"/>
        </w:rPr>
        <w:t>География</w:t>
      </w:r>
      <w:proofErr w:type="spellEnd"/>
      <w:r w:rsidRPr="00D57FAE">
        <w:rPr>
          <w:b/>
          <w:sz w:val="28"/>
        </w:rPr>
        <w:t xml:space="preserve">, </w:t>
      </w:r>
      <w:proofErr w:type="spellStart"/>
      <w:r w:rsidRPr="00D57FAE">
        <w:rPr>
          <w:b/>
          <w:sz w:val="28"/>
        </w:rPr>
        <w:t>языки</w:t>
      </w:r>
      <w:proofErr w:type="spellEnd"/>
      <w:r w:rsidRPr="00D57FAE">
        <w:rPr>
          <w:b/>
          <w:sz w:val="28"/>
        </w:rPr>
        <w:t xml:space="preserve"> и </w:t>
      </w:r>
      <w:proofErr w:type="spellStart"/>
      <w:r w:rsidRPr="00D57FAE">
        <w:rPr>
          <w:b/>
          <w:sz w:val="28"/>
        </w:rPr>
        <w:t>рекламные</w:t>
      </w:r>
      <w:proofErr w:type="spellEnd"/>
      <w:r w:rsidRPr="00D57FAE">
        <w:rPr>
          <w:b/>
          <w:sz w:val="28"/>
        </w:rPr>
        <w:t xml:space="preserve"> </w:t>
      </w:r>
      <w:proofErr w:type="spellStart"/>
      <w:r w:rsidRPr="00D57FAE">
        <w:rPr>
          <w:b/>
          <w:sz w:val="28"/>
        </w:rPr>
        <w:t>системы</w:t>
      </w:r>
      <w:proofErr w:type="spellEnd"/>
    </w:p>
    <w:tbl>
      <w:tblPr>
        <w:tblW w:w="0" w:type="auto"/>
        <w:jc w:val="center"/>
        <w:tblLayout w:type="fixed"/>
        <w:tblLook w:val="04A0" w:firstRow="1" w:lastRow="0" w:firstColumn="1" w:lastColumn="0" w:noHBand="0" w:noVBand="1"/>
      </w:tblPr>
      <w:tblGrid>
        <w:gridCol w:w="2381"/>
        <w:gridCol w:w="2324"/>
        <w:gridCol w:w="2324"/>
        <w:gridCol w:w="2324"/>
      </w:tblGrid>
      <w:tr w:rsidR="00D57FAE" w:rsidRPr="00D57FAE" w:rsidTr="00F13712">
        <w:trPr>
          <w:tblHeader/>
          <w:jc w:val="center"/>
        </w:trPr>
        <w:tc>
          <w:tcPr>
            <w:tcW w:w="2381"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rPr>
                <w:b/>
              </w:rPr>
              <w:t>Страна</w:t>
            </w:r>
            <w:proofErr w:type="spellEnd"/>
          </w:p>
        </w:tc>
        <w:tc>
          <w:tcPr>
            <w:tcW w:w="2324"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rPr>
                <w:b/>
              </w:rPr>
              <w:t>Языки</w:t>
            </w:r>
            <w:proofErr w:type="spellEnd"/>
            <w:r w:rsidRPr="00D57FAE">
              <w:rPr>
                <w:b/>
              </w:rPr>
              <w:t xml:space="preserve"> </w:t>
            </w:r>
            <w:proofErr w:type="spellStart"/>
            <w:r w:rsidRPr="00D57FAE">
              <w:rPr>
                <w:b/>
              </w:rPr>
              <w:t>рекламы</w:t>
            </w:r>
            <w:proofErr w:type="spellEnd"/>
          </w:p>
        </w:tc>
        <w:tc>
          <w:tcPr>
            <w:tcW w:w="2324"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r w:rsidRPr="00D57FAE">
              <w:rPr>
                <w:b/>
              </w:rPr>
              <w:t>Google Ads</w:t>
            </w:r>
          </w:p>
        </w:tc>
        <w:tc>
          <w:tcPr>
            <w:tcW w:w="2324"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rPr>
                <w:b/>
              </w:rPr>
              <w:t>Яндекс.Директ</w:t>
            </w:r>
            <w:proofErr w:type="spellEnd"/>
          </w:p>
        </w:tc>
      </w:tr>
      <w:tr w:rsidR="00D57FAE" w:rsidRPr="00D57FAE" w:rsidTr="00F13712">
        <w:trPr>
          <w:cantSplit/>
          <w:jc w:val="center"/>
        </w:trPr>
        <w:tc>
          <w:tcPr>
            <w:tcW w:w="2381"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t>Республика</w:t>
            </w:r>
            <w:proofErr w:type="spellEnd"/>
            <w:r w:rsidRPr="00D57FAE">
              <w:t xml:space="preserve"> </w:t>
            </w:r>
            <w:proofErr w:type="spellStart"/>
            <w:r w:rsidRPr="00D57FAE">
              <w:t>Казахстан</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t>русский</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lang w:val="ru-RU"/>
              </w:rPr>
              <w:t>50</w:t>
            </w:r>
            <w:r w:rsidRPr="00D57FAE">
              <w:t xml:space="preserve">% </w:t>
            </w:r>
            <w:proofErr w:type="spellStart"/>
            <w:r w:rsidRPr="00D57FAE">
              <w:t>бюджета</w:t>
            </w:r>
            <w:proofErr w:type="spellEnd"/>
            <w:r w:rsidRPr="00D57FAE">
              <w:t xml:space="preserve">, </w:t>
            </w:r>
            <w:proofErr w:type="spellStart"/>
            <w:r w:rsidRPr="00D57FAE">
              <w:t>выделенного</w:t>
            </w:r>
            <w:proofErr w:type="spellEnd"/>
            <w:r w:rsidRPr="00D57FAE">
              <w:t xml:space="preserve"> </w:t>
            </w:r>
            <w:proofErr w:type="spellStart"/>
            <w:r w:rsidRPr="00D57FAE">
              <w:t>на</w:t>
            </w:r>
            <w:proofErr w:type="spellEnd"/>
            <w:r w:rsidRPr="00D57FAE">
              <w:t xml:space="preserve"> </w:t>
            </w:r>
            <w:proofErr w:type="spellStart"/>
            <w:r w:rsidRPr="00D57FAE">
              <w:t>Казахстан</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lang w:val="ru-RU"/>
              </w:rPr>
              <w:t>50</w:t>
            </w:r>
            <w:r w:rsidRPr="00D57FAE">
              <w:t xml:space="preserve">% </w:t>
            </w:r>
            <w:proofErr w:type="spellStart"/>
            <w:r w:rsidRPr="00D57FAE">
              <w:t>бюджета</w:t>
            </w:r>
            <w:proofErr w:type="spellEnd"/>
            <w:r w:rsidRPr="00D57FAE">
              <w:t xml:space="preserve">, </w:t>
            </w:r>
            <w:proofErr w:type="spellStart"/>
            <w:r w:rsidRPr="00D57FAE">
              <w:t>выделенного</w:t>
            </w:r>
            <w:proofErr w:type="spellEnd"/>
            <w:r w:rsidRPr="00D57FAE">
              <w:t xml:space="preserve"> </w:t>
            </w:r>
            <w:proofErr w:type="spellStart"/>
            <w:r w:rsidRPr="00D57FAE">
              <w:t>на</w:t>
            </w:r>
            <w:proofErr w:type="spellEnd"/>
            <w:r w:rsidRPr="00D57FAE">
              <w:t xml:space="preserve"> </w:t>
            </w:r>
            <w:proofErr w:type="spellStart"/>
            <w:r w:rsidRPr="00D57FAE">
              <w:t>Казахстан</w:t>
            </w:r>
            <w:proofErr w:type="spellEnd"/>
          </w:p>
        </w:tc>
      </w:tr>
      <w:tr w:rsidR="00D57FAE" w:rsidRPr="00D57FAE" w:rsidTr="00F13712">
        <w:trPr>
          <w:cantSplit/>
          <w:jc w:val="center"/>
        </w:trPr>
        <w:tc>
          <w:tcPr>
            <w:tcW w:w="2381"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t>Литовская</w:t>
            </w:r>
            <w:proofErr w:type="spellEnd"/>
            <w:r w:rsidRPr="00D57FAE">
              <w:t xml:space="preserve"> </w:t>
            </w:r>
            <w:proofErr w:type="spellStart"/>
            <w:r w:rsidRPr="00D57FAE">
              <w:t>Республика</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t>русский</w:t>
            </w:r>
            <w:proofErr w:type="spellEnd"/>
            <w:r w:rsidRPr="00D57FAE">
              <w:t xml:space="preserve">, </w:t>
            </w:r>
            <w:proofErr w:type="spellStart"/>
            <w:r w:rsidRPr="00D57FAE">
              <w:t>английский</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t>100%</w:t>
            </w:r>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t>не</w:t>
            </w:r>
            <w:proofErr w:type="spellEnd"/>
            <w:r w:rsidRPr="00D57FAE">
              <w:t xml:space="preserve"> </w:t>
            </w:r>
            <w:proofErr w:type="spellStart"/>
            <w:r w:rsidRPr="00D57FAE">
              <w:t>используется</w:t>
            </w:r>
            <w:proofErr w:type="spellEnd"/>
          </w:p>
        </w:tc>
      </w:tr>
      <w:tr w:rsidR="00D57FAE" w:rsidRPr="00D57FAE" w:rsidTr="00F13712">
        <w:trPr>
          <w:cantSplit/>
          <w:jc w:val="center"/>
        </w:trPr>
        <w:tc>
          <w:tcPr>
            <w:tcW w:w="2381"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t>Латвийская</w:t>
            </w:r>
            <w:proofErr w:type="spellEnd"/>
            <w:r w:rsidRPr="00D57FAE">
              <w:t xml:space="preserve"> </w:t>
            </w:r>
            <w:proofErr w:type="spellStart"/>
            <w:r w:rsidRPr="00D57FAE">
              <w:t>Республика</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t>русский</w:t>
            </w:r>
            <w:proofErr w:type="spellEnd"/>
            <w:r w:rsidRPr="00D57FAE">
              <w:t xml:space="preserve">, </w:t>
            </w:r>
            <w:proofErr w:type="spellStart"/>
            <w:r w:rsidRPr="00D57FAE">
              <w:t>английский</w:t>
            </w:r>
            <w:proofErr w:type="spellEnd"/>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t>100%</w:t>
            </w:r>
          </w:p>
        </w:tc>
        <w:tc>
          <w:tcPr>
            <w:tcW w:w="2324"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t>не</w:t>
            </w:r>
            <w:proofErr w:type="spellEnd"/>
            <w:r w:rsidRPr="00D57FAE">
              <w:t xml:space="preserve"> </w:t>
            </w:r>
            <w:proofErr w:type="spellStart"/>
            <w:r w:rsidRPr="00D57FAE">
              <w:t>используется</w:t>
            </w:r>
            <w:proofErr w:type="spellEnd"/>
          </w:p>
        </w:tc>
      </w:tr>
    </w:tbl>
    <w:p w:rsidR="00D57FAE" w:rsidRPr="00D57FAE" w:rsidRDefault="00D57FAE" w:rsidP="00D57FAE">
      <w:pPr>
        <w:spacing w:before="60"/>
        <w:ind w:firstLine="709"/>
        <w:rPr>
          <w:sz w:val="28"/>
          <w:lang w:val="ru-RU"/>
        </w:rPr>
      </w:pPr>
      <w:r w:rsidRPr="00D57FAE">
        <w:rPr>
          <w:sz w:val="28"/>
          <w:lang w:val="ru-RU"/>
        </w:rPr>
        <w:t>Рекламные кампании создаются раздельно по каждой стране, языку и продвигаемому направлению. Показ рекламы должен быть ограничен пользователями, фактически находящимися на территории соответствующей страны, если иное письменно не согласовано с Заказчиком.</w:t>
      </w:r>
    </w:p>
    <w:p w:rsidR="00D57FAE" w:rsidRPr="00D57FAE" w:rsidRDefault="00D57FAE" w:rsidP="00D57FAE">
      <w:pPr>
        <w:ind w:firstLine="709"/>
        <w:rPr>
          <w:sz w:val="28"/>
          <w:lang w:val="ru-RU"/>
        </w:rPr>
      </w:pPr>
      <w:r w:rsidRPr="00D57FAE">
        <w:rPr>
          <w:sz w:val="28"/>
          <w:lang w:val="ru-RU"/>
        </w:rPr>
        <w:t>Распределение общего рекламного бюджета между Республикой Казахстан, Литовской Республикой и Латвийской Республикой определяется на основании предложенной Исполнителем стратегии и подлежит обязательному письменному согласованию с Заказчиком до запуска кампаний. Распределение может корректироваться по результатам эффективности только по согласованию с Заказчиком.</w:t>
      </w:r>
    </w:p>
    <w:p w:rsidR="00B133A2" w:rsidRDefault="00B133A2"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4. Продвигаемые направления и посадочные страницы</w:t>
      </w:r>
    </w:p>
    <w:p w:rsidR="00D57FAE" w:rsidRPr="00D57FAE" w:rsidRDefault="00D57FAE" w:rsidP="00D57FAE">
      <w:pPr>
        <w:ind w:firstLine="709"/>
        <w:rPr>
          <w:sz w:val="28"/>
          <w:lang w:val="ru-RU"/>
        </w:rPr>
      </w:pPr>
      <w:r w:rsidRPr="00D57FAE">
        <w:rPr>
          <w:sz w:val="28"/>
          <w:lang w:val="ru-RU"/>
        </w:rPr>
        <w:t>В обязательном порядке должна быть создана и вестись рекламная кампания по общим запросам, связанным с лечением в Республике Беларусь, медицинским туризмом в Беларусь и получением медицинской помощи в организациях здравоохранения Республики Беларусь.</w:t>
      </w:r>
    </w:p>
    <w:p w:rsidR="00D57FAE" w:rsidRPr="00D57FAE" w:rsidRDefault="00D57FAE" w:rsidP="00D57FAE">
      <w:pPr>
        <w:ind w:firstLine="709"/>
        <w:rPr>
          <w:sz w:val="28"/>
          <w:lang w:val="ru-RU"/>
        </w:rPr>
      </w:pPr>
      <w:r w:rsidRPr="00D57FAE">
        <w:rPr>
          <w:sz w:val="28"/>
          <w:lang w:val="ru-RU"/>
        </w:rPr>
        <w:t>Перечень отдельных медицинских направлений и услуг, подлежащих продвижению, формируется Исполнителем с учетом поискового спроса и материалов портала и подлежит обязательному письменному согласованию с Заказчиком до запуска рекламных кампаний.</w:t>
      </w:r>
    </w:p>
    <w:p w:rsidR="00D57FAE" w:rsidRPr="00D57FAE" w:rsidRDefault="00D57FAE" w:rsidP="00D57FAE">
      <w:pPr>
        <w:ind w:firstLine="709"/>
        <w:rPr>
          <w:sz w:val="28"/>
          <w:lang w:val="ru-RU"/>
        </w:rPr>
      </w:pPr>
      <w:r w:rsidRPr="00D57FAE">
        <w:rPr>
          <w:sz w:val="28"/>
          <w:lang w:val="ru-RU"/>
        </w:rPr>
        <w:t>Исполнитель не вправе самостоятельно исключать, заменять либо добавлять медицинские направления без предварительного письменного согласования с Заказчиком.</w:t>
      </w:r>
    </w:p>
    <w:p w:rsidR="00D57FAE" w:rsidRPr="00D57FAE" w:rsidRDefault="00D57FAE" w:rsidP="00D57FAE">
      <w:pPr>
        <w:ind w:firstLine="709"/>
        <w:rPr>
          <w:sz w:val="28"/>
          <w:lang w:val="ru-RU"/>
        </w:rPr>
      </w:pPr>
      <w:r w:rsidRPr="00D57FAE">
        <w:rPr>
          <w:sz w:val="28"/>
          <w:lang w:val="ru-RU"/>
        </w:rPr>
        <w:t>Заказчик вправе изменять перечень продвигаемых направлений и посадочных страниц в течение срока действия договора без изменения общей стоимости договора. Исполнитель обязан приступить к реализации согласованных изменений в сроки, установленные настоящим техническим заданием.</w:t>
      </w:r>
    </w:p>
    <w:p w:rsidR="00D57FAE" w:rsidRPr="00D57FAE" w:rsidRDefault="00D57FAE" w:rsidP="00D57FAE">
      <w:pPr>
        <w:ind w:firstLine="709"/>
        <w:rPr>
          <w:sz w:val="28"/>
          <w:lang w:val="ru-RU"/>
        </w:rPr>
      </w:pPr>
      <w:r w:rsidRPr="00D57FAE">
        <w:rPr>
          <w:sz w:val="28"/>
          <w:lang w:val="ru-RU"/>
        </w:rPr>
        <w:t xml:space="preserve">Для каждой рекламной кампании Исполнитель подбирает релевантную посадочную страницу портала </w:t>
      </w:r>
      <w:proofErr w:type="spellStart"/>
      <w:r w:rsidRPr="00D57FAE">
        <w:rPr>
          <w:sz w:val="28"/>
        </w:rPr>
        <w:t>clinicsbel</w:t>
      </w:r>
      <w:proofErr w:type="spellEnd"/>
      <w:r w:rsidRPr="00D57FAE">
        <w:rPr>
          <w:sz w:val="28"/>
          <w:lang w:val="ru-RU"/>
        </w:rPr>
        <w:t>.</w:t>
      </w:r>
      <w:r w:rsidRPr="00D57FAE">
        <w:rPr>
          <w:sz w:val="28"/>
        </w:rPr>
        <w:t>by</w:t>
      </w:r>
      <w:r w:rsidRPr="00D57FAE">
        <w:rPr>
          <w:sz w:val="28"/>
          <w:lang w:val="ru-RU"/>
        </w:rPr>
        <w:t xml:space="preserve">. </w:t>
      </w:r>
    </w:p>
    <w:p w:rsidR="00D57FAE" w:rsidRPr="00D57FAE" w:rsidRDefault="00D57FAE" w:rsidP="00D57FAE">
      <w:pPr>
        <w:spacing w:after="200" w:line="276" w:lineRule="auto"/>
        <w:jc w:val="left"/>
        <w:rPr>
          <w:sz w:val="28"/>
          <w:lang w:val="ru-RU"/>
        </w:rPr>
      </w:pPr>
      <w:r w:rsidRPr="00D57FAE">
        <w:rPr>
          <w:sz w:val="28"/>
          <w:lang w:val="ru-RU"/>
        </w:rPr>
        <w:br w:type="page"/>
      </w:r>
    </w:p>
    <w:p w:rsidR="00D57FAE" w:rsidRPr="00D57FAE" w:rsidRDefault="00D57FAE" w:rsidP="00D57FAE">
      <w:pPr>
        <w:keepNext/>
        <w:pBdr>
          <w:bottom w:val="single" w:sz="4" w:space="2" w:color="808080"/>
        </w:pBdr>
        <w:spacing w:before="140" w:after="60"/>
        <w:jc w:val="left"/>
        <w:rPr>
          <w:sz w:val="28"/>
        </w:rPr>
      </w:pPr>
      <w:r w:rsidRPr="00D57FAE">
        <w:rPr>
          <w:b/>
          <w:sz w:val="28"/>
          <w:lang w:val="ru-RU"/>
        </w:rPr>
        <w:lastRenderedPageBreak/>
        <w:t>5</w:t>
      </w:r>
      <w:r w:rsidRPr="00D57FAE">
        <w:rPr>
          <w:b/>
          <w:sz w:val="28"/>
        </w:rPr>
        <w:t xml:space="preserve">. </w:t>
      </w:r>
      <w:proofErr w:type="spellStart"/>
      <w:r w:rsidRPr="00D57FAE">
        <w:rPr>
          <w:b/>
          <w:sz w:val="28"/>
        </w:rPr>
        <w:t>Перечень</w:t>
      </w:r>
      <w:proofErr w:type="spellEnd"/>
      <w:r w:rsidRPr="00D57FAE">
        <w:rPr>
          <w:b/>
          <w:sz w:val="28"/>
        </w:rPr>
        <w:t xml:space="preserve"> </w:t>
      </w:r>
      <w:proofErr w:type="spellStart"/>
      <w:r w:rsidRPr="00D57FAE">
        <w:rPr>
          <w:b/>
          <w:sz w:val="28"/>
        </w:rPr>
        <w:t>услуг</w:t>
      </w:r>
      <w:proofErr w:type="spellEnd"/>
    </w:p>
    <w:tbl>
      <w:tblPr>
        <w:tblW w:w="0" w:type="auto"/>
        <w:jc w:val="center"/>
        <w:tblLayout w:type="fixed"/>
        <w:tblLook w:val="04A0" w:firstRow="1" w:lastRow="0" w:firstColumn="1" w:lastColumn="0" w:noHBand="0" w:noVBand="1"/>
      </w:tblPr>
      <w:tblGrid>
        <w:gridCol w:w="510"/>
        <w:gridCol w:w="2665"/>
        <w:gridCol w:w="6180"/>
      </w:tblGrid>
      <w:tr w:rsidR="00D57FAE" w:rsidRPr="00D57FAE" w:rsidTr="00F13712">
        <w:trPr>
          <w:tblHeader/>
          <w:jc w:val="center"/>
        </w:trPr>
        <w:tc>
          <w:tcPr>
            <w:tcW w:w="510"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r w:rsidRPr="00D57FAE">
              <w:rPr>
                <w:b/>
                <w:sz w:val="21"/>
              </w:rPr>
              <w:t>№</w:t>
            </w:r>
          </w:p>
        </w:tc>
        <w:tc>
          <w:tcPr>
            <w:tcW w:w="2665"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rPr>
                <w:b/>
                <w:sz w:val="21"/>
              </w:rPr>
              <w:t>Наименование</w:t>
            </w:r>
            <w:proofErr w:type="spellEnd"/>
            <w:r w:rsidRPr="00D57FAE">
              <w:rPr>
                <w:b/>
                <w:sz w:val="21"/>
              </w:rPr>
              <w:t xml:space="preserve"> </w:t>
            </w:r>
            <w:proofErr w:type="spellStart"/>
            <w:r w:rsidRPr="00D57FAE">
              <w:rPr>
                <w:b/>
                <w:sz w:val="21"/>
              </w:rPr>
              <w:t>услуги</w:t>
            </w:r>
            <w:proofErr w:type="spellEnd"/>
          </w:p>
        </w:tc>
        <w:tc>
          <w:tcPr>
            <w:tcW w:w="6180" w:type="dxa"/>
            <w:tcBorders>
              <w:top w:val="single" w:sz="4" w:space="0" w:color="909090"/>
              <w:left w:val="single" w:sz="4" w:space="0" w:color="909090"/>
              <w:bottom w:val="single" w:sz="4" w:space="0" w:color="909090"/>
              <w:right w:val="single" w:sz="4" w:space="0" w:color="909090"/>
            </w:tcBorders>
            <w:shd w:val="clear" w:color="auto" w:fill="E7E6E6"/>
            <w:tcMar>
              <w:top w:w="80" w:type="dxa"/>
              <w:left w:w="100" w:type="dxa"/>
              <w:bottom w:w="80" w:type="dxa"/>
              <w:right w:w="100" w:type="dxa"/>
            </w:tcMar>
            <w:vAlign w:val="center"/>
          </w:tcPr>
          <w:p w:rsidR="00D57FAE" w:rsidRPr="00D57FAE" w:rsidRDefault="00D57FAE" w:rsidP="00D57FAE">
            <w:pPr>
              <w:jc w:val="center"/>
              <w:rPr>
                <w:sz w:val="28"/>
              </w:rPr>
            </w:pPr>
            <w:proofErr w:type="spellStart"/>
            <w:r w:rsidRPr="00D57FAE">
              <w:rPr>
                <w:b/>
                <w:sz w:val="21"/>
              </w:rPr>
              <w:t>Описание</w:t>
            </w:r>
            <w:proofErr w:type="spellEnd"/>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1</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Разработка</w:t>
            </w:r>
            <w:proofErr w:type="spellEnd"/>
            <w:r w:rsidRPr="00D57FAE">
              <w:rPr>
                <w:sz w:val="21"/>
              </w:rPr>
              <w:t xml:space="preserve"> </w:t>
            </w:r>
            <w:proofErr w:type="spellStart"/>
            <w:r w:rsidRPr="00D57FAE">
              <w:rPr>
                <w:sz w:val="21"/>
              </w:rPr>
              <w:t>рекламной</w:t>
            </w:r>
            <w:proofErr w:type="spellEnd"/>
            <w:r w:rsidRPr="00D57FAE">
              <w:rPr>
                <w:sz w:val="21"/>
              </w:rPr>
              <w:t xml:space="preserve"> </w:t>
            </w:r>
            <w:proofErr w:type="spellStart"/>
            <w:r w:rsidRPr="00D57FAE">
              <w:rPr>
                <w:sz w:val="21"/>
              </w:rPr>
              <w:t>стратегии</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Анализ портала, целевой аудитории, географии, языков, поискового спроса и конкурентной среды. Подготовка стратегии по странам, языкам, системам, направлениям, типам кампаний и распределению бюджета с последующим согласованием с Заказчиком.</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2</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Создание и настройка рекламных кабинетов</w:t>
            </w:r>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 xml:space="preserve">Создание и настройка кабинетов </w:t>
            </w:r>
            <w:r w:rsidRPr="00D57FAE">
              <w:rPr>
                <w:sz w:val="21"/>
              </w:rPr>
              <w:t>Google</w:t>
            </w:r>
            <w:r w:rsidRPr="00D57FAE">
              <w:rPr>
                <w:sz w:val="21"/>
                <w:lang w:val="ru-RU"/>
              </w:rPr>
              <w:t xml:space="preserve"> </w:t>
            </w:r>
            <w:r w:rsidRPr="00D57FAE">
              <w:rPr>
                <w:sz w:val="21"/>
              </w:rPr>
              <w:t>Ads</w:t>
            </w:r>
            <w:r w:rsidRPr="00D57FAE">
              <w:rPr>
                <w:sz w:val="21"/>
                <w:lang w:val="ru-RU"/>
              </w:rPr>
              <w:t xml:space="preserve"> и </w:t>
            </w:r>
            <w:proofErr w:type="spellStart"/>
            <w:r w:rsidRPr="00D57FAE">
              <w:rPr>
                <w:sz w:val="21"/>
                <w:lang w:val="ru-RU"/>
              </w:rPr>
              <w:t>Яндекс.Директ</w:t>
            </w:r>
            <w:proofErr w:type="spellEnd"/>
            <w:r w:rsidRPr="00D57FAE">
              <w:rPr>
                <w:sz w:val="21"/>
                <w:lang w:val="ru-RU"/>
              </w:rPr>
              <w:t xml:space="preserve"> на аккаунтах Заказчика, предоставление Заказчику полного административного доступа, подключение необходимых средств аналитики и оплаты.</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3</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Формирование</w:t>
            </w:r>
            <w:proofErr w:type="spellEnd"/>
            <w:r w:rsidRPr="00D57FAE">
              <w:rPr>
                <w:sz w:val="21"/>
              </w:rPr>
              <w:t xml:space="preserve"> </w:t>
            </w:r>
            <w:proofErr w:type="spellStart"/>
            <w:r w:rsidRPr="00D57FAE">
              <w:rPr>
                <w:sz w:val="21"/>
              </w:rPr>
              <w:t>семантического</w:t>
            </w:r>
            <w:proofErr w:type="spellEnd"/>
            <w:r w:rsidRPr="00D57FAE">
              <w:rPr>
                <w:sz w:val="21"/>
              </w:rPr>
              <w:t xml:space="preserve"> </w:t>
            </w:r>
            <w:proofErr w:type="spellStart"/>
            <w:r w:rsidRPr="00D57FAE">
              <w:rPr>
                <w:sz w:val="21"/>
              </w:rPr>
              <w:t>ядра</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Сбор, группировка и актуализация ключевых слов по общим запросам «лечение в Беларуси» и по согласованным медицинским направлениям; подбор типов соответствия; формирование начального перечня минус-слов.</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4</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Разработка</w:t>
            </w:r>
            <w:proofErr w:type="spellEnd"/>
            <w:r w:rsidRPr="00D57FAE">
              <w:rPr>
                <w:sz w:val="21"/>
              </w:rPr>
              <w:t xml:space="preserve"> </w:t>
            </w:r>
            <w:proofErr w:type="spellStart"/>
            <w:r w:rsidRPr="00D57FAE">
              <w:rPr>
                <w:sz w:val="21"/>
              </w:rPr>
              <w:t>рекламных</w:t>
            </w:r>
            <w:proofErr w:type="spellEnd"/>
            <w:r w:rsidRPr="00D57FAE">
              <w:rPr>
                <w:sz w:val="21"/>
              </w:rPr>
              <w:t xml:space="preserve"> </w:t>
            </w:r>
            <w:proofErr w:type="spellStart"/>
            <w:r w:rsidRPr="00D57FAE">
              <w:rPr>
                <w:sz w:val="21"/>
              </w:rPr>
              <w:t>кампаний</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 xml:space="preserve">Создание структуры кампаний отдельно по странам, языкам и направлениям; подготовка групп объявлений, расширений, быстрых ссылок, уточнений, </w:t>
            </w:r>
            <w:r w:rsidRPr="00D57FAE">
              <w:rPr>
                <w:sz w:val="21"/>
              </w:rPr>
              <w:t>UTM</w:t>
            </w:r>
            <w:r w:rsidRPr="00D57FAE">
              <w:rPr>
                <w:sz w:val="21"/>
                <w:lang w:val="ru-RU"/>
              </w:rPr>
              <w:t>-меток, географического, временного и иного таргетинга.</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5</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Подготовка</w:t>
            </w:r>
            <w:proofErr w:type="spellEnd"/>
            <w:r w:rsidRPr="00D57FAE">
              <w:rPr>
                <w:sz w:val="21"/>
              </w:rPr>
              <w:t xml:space="preserve"> </w:t>
            </w:r>
            <w:proofErr w:type="spellStart"/>
            <w:r w:rsidRPr="00D57FAE">
              <w:rPr>
                <w:sz w:val="21"/>
              </w:rPr>
              <w:t>рекламных</w:t>
            </w:r>
            <w:proofErr w:type="spellEnd"/>
            <w:r w:rsidRPr="00D57FAE">
              <w:rPr>
                <w:sz w:val="21"/>
              </w:rPr>
              <w:t xml:space="preserve"> </w:t>
            </w:r>
            <w:proofErr w:type="spellStart"/>
            <w:r w:rsidRPr="00D57FAE">
              <w:rPr>
                <w:sz w:val="21"/>
              </w:rPr>
              <w:t>материалов</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 xml:space="preserve">Разработка текстов объявлений, графических баннеров, адаптивных объявлений, изображений и иных материалов, необходимых для размещения в </w:t>
            </w:r>
            <w:r w:rsidRPr="00D57FAE">
              <w:rPr>
                <w:sz w:val="21"/>
              </w:rPr>
              <w:t>Google</w:t>
            </w:r>
            <w:r w:rsidRPr="00D57FAE">
              <w:rPr>
                <w:sz w:val="21"/>
                <w:lang w:val="ru-RU"/>
              </w:rPr>
              <w:t xml:space="preserve"> </w:t>
            </w:r>
            <w:r w:rsidRPr="00D57FAE">
              <w:rPr>
                <w:sz w:val="21"/>
              </w:rPr>
              <w:t>Ads</w:t>
            </w:r>
            <w:r w:rsidRPr="00D57FAE">
              <w:rPr>
                <w:sz w:val="21"/>
                <w:lang w:val="ru-RU"/>
              </w:rPr>
              <w:t xml:space="preserve"> и </w:t>
            </w:r>
            <w:proofErr w:type="spellStart"/>
            <w:r w:rsidRPr="00D57FAE">
              <w:rPr>
                <w:sz w:val="21"/>
                <w:lang w:val="ru-RU"/>
              </w:rPr>
              <w:t>Яндекс.Директ</w:t>
            </w:r>
            <w:proofErr w:type="spellEnd"/>
            <w:r w:rsidRPr="00D57FAE">
              <w:rPr>
                <w:sz w:val="21"/>
                <w:lang w:val="ru-RU"/>
              </w:rPr>
              <w:t>, на основании логотипа и информации, предоставленных Заказчиком.</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6</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Настройка</w:t>
            </w:r>
            <w:proofErr w:type="spellEnd"/>
            <w:r w:rsidRPr="00D57FAE">
              <w:rPr>
                <w:sz w:val="21"/>
              </w:rPr>
              <w:t xml:space="preserve"> </w:t>
            </w:r>
            <w:proofErr w:type="spellStart"/>
            <w:r w:rsidRPr="00D57FAE">
              <w:rPr>
                <w:sz w:val="21"/>
              </w:rPr>
              <w:t>аналитики</w:t>
            </w:r>
            <w:proofErr w:type="spellEnd"/>
            <w:r w:rsidRPr="00D57FAE">
              <w:rPr>
                <w:sz w:val="21"/>
              </w:rPr>
              <w:t xml:space="preserve"> и </w:t>
            </w:r>
            <w:proofErr w:type="spellStart"/>
            <w:r w:rsidRPr="00D57FAE">
              <w:rPr>
                <w:sz w:val="21"/>
              </w:rPr>
              <w:t>конверсий</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 xml:space="preserve">Проверка и/или настройка </w:t>
            </w:r>
            <w:r w:rsidRPr="00D57FAE">
              <w:rPr>
                <w:sz w:val="21"/>
              </w:rPr>
              <w:t>Google</w:t>
            </w:r>
            <w:r w:rsidRPr="00D57FAE">
              <w:rPr>
                <w:sz w:val="21"/>
                <w:lang w:val="ru-RU"/>
              </w:rPr>
              <w:t xml:space="preserve"> </w:t>
            </w:r>
            <w:r w:rsidRPr="00D57FAE">
              <w:rPr>
                <w:sz w:val="21"/>
              </w:rPr>
              <w:t>Analytics</w:t>
            </w:r>
            <w:r w:rsidRPr="00D57FAE">
              <w:rPr>
                <w:sz w:val="21"/>
                <w:lang w:val="ru-RU"/>
              </w:rPr>
              <w:t xml:space="preserve"> 4, </w:t>
            </w:r>
            <w:proofErr w:type="spellStart"/>
            <w:r w:rsidRPr="00D57FAE">
              <w:rPr>
                <w:sz w:val="21"/>
                <w:lang w:val="ru-RU"/>
              </w:rPr>
              <w:t>Яндекс.Метрики</w:t>
            </w:r>
            <w:proofErr w:type="spellEnd"/>
            <w:r w:rsidRPr="00D57FAE">
              <w:rPr>
                <w:sz w:val="21"/>
                <w:lang w:val="ru-RU"/>
              </w:rPr>
              <w:t>, событий, целей и передачи конверсий в рекламные системы; настройка учета успешной отправки формы на каждой продвигаемой странице услуги.</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7</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Запуск</w:t>
            </w:r>
            <w:proofErr w:type="spellEnd"/>
            <w:r w:rsidRPr="00D57FAE">
              <w:rPr>
                <w:sz w:val="21"/>
              </w:rPr>
              <w:t xml:space="preserve"> </w:t>
            </w:r>
            <w:proofErr w:type="spellStart"/>
            <w:r w:rsidRPr="00D57FAE">
              <w:rPr>
                <w:sz w:val="21"/>
              </w:rPr>
              <w:t>рекламных</w:t>
            </w:r>
            <w:proofErr w:type="spellEnd"/>
            <w:r w:rsidRPr="00D57FAE">
              <w:rPr>
                <w:sz w:val="21"/>
              </w:rPr>
              <w:t xml:space="preserve"> </w:t>
            </w:r>
            <w:proofErr w:type="spellStart"/>
            <w:r w:rsidRPr="00D57FAE">
              <w:rPr>
                <w:sz w:val="21"/>
              </w:rPr>
              <w:t>кампаний</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 xml:space="preserve">Загрузка, согласование и запуск поисковых кампаний. Дополнительные форматы </w:t>
            </w:r>
            <w:r w:rsidRPr="00D57FAE">
              <w:rPr>
                <w:sz w:val="21"/>
              </w:rPr>
              <w:t>Google</w:t>
            </w:r>
            <w:r w:rsidRPr="00D57FAE">
              <w:rPr>
                <w:sz w:val="21"/>
                <w:lang w:val="ru-RU"/>
              </w:rPr>
              <w:t xml:space="preserve"> </w:t>
            </w:r>
            <w:r w:rsidRPr="00D57FAE">
              <w:rPr>
                <w:sz w:val="21"/>
              </w:rPr>
              <w:t>Ads</w:t>
            </w:r>
            <w:r w:rsidRPr="00D57FAE">
              <w:rPr>
                <w:sz w:val="21"/>
                <w:lang w:val="ru-RU"/>
              </w:rPr>
              <w:t xml:space="preserve"> и </w:t>
            </w:r>
            <w:proofErr w:type="spellStart"/>
            <w:r w:rsidRPr="00D57FAE">
              <w:rPr>
                <w:sz w:val="21"/>
                <w:lang w:val="ru-RU"/>
              </w:rPr>
              <w:t>Яндекс.Директ</w:t>
            </w:r>
            <w:proofErr w:type="spellEnd"/>
            <w:r w:rsidRPr="00D57FAE">
              <w:rPr>
                <w:sz w:val="21"/>
                <w:lang w:val="ru-RU"/>
              </w:rPr>
              <w:t>, включая контекстно-медийную рекламу, рекламные сети и ремаркетинг/</w:t>
            </w:r>
            <w:proofErr w:type="spellStart"/>
            <w:r w:rsidRPr="00D57FAE">
              <w:rPr>
                <w:sz w:val="21"/>
                <w:lang w:val="ru-RU"/>
              </w:rPr>
              <w:t>ретаргетинг</w:t>
            </w:r>
            <w:proofErr w:type="spellEnd"/>
            <w:r w:rsidRPr="00D57FAE">
              <w:rPr>
                <w:sz w:val="21"/>
                <w:lang w:val="ru-RU"/>
              </w:rPr>
              <w:t>, применяются при наличии целесообразности, достаточной аудитории и после согласования с Заказчиком.</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8</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Пополнение</w:t>
            </w:r>
            <w:proofErr w:type="spellEnd"/>
            <w:r w:rsidRPr="00D57FAE">
              <w:rPr>
                <w:sz w:val="21"/>
              </w:rPr>
              <w:t xml:space="preserve"> </w:t>
            </w:r>
            <w:proofErr w:type="spellStart"/>
            <w:r w:rsidRPr="00D57FAE">
              <w:rPr>
                <w:sz w:val="21"/>
              </w:rPr>
              <w:t>рекламных</w:t>
            </w:r>
            <w:proofErr w:type="spellEnd"/>
            <w:r w:rsidRPr="00D57FAE">
              <w:rPr>
                <w:sz w:val="21"/>
              </w:rPr>
              <w:t xml:space="preserve"> </w:t>
            </w:r>
            <w:proofErr w:type="spellStart"/>
            <w:r w:rsidRPr="00D57FAE">
              <w:rPr>
                <w:sz w:val="21"/>
              </w:rPr>
              <w:t>кабинетов</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Своевременное пополнение рекламных кабинетов Исполнителем в пределах стоимости договора, контроль остатка средств и предотвращение остановки кампаний по причине отсутствия бюджета.</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9</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Ведение</w:t>
            </w:r>
            <w:proofErr w:type="spellEnd"/>
            <w:r w:rsidRPr="00D57FAE">
              <w:rPr>
                <w:sz w:val="21"/>
              </w:rPr>
              <w:t xml:space="preserve"> и </w:t>
            </w:r>
            <w:proofErr w:type="spellStart"/>
            <w:r w:rsidRPr="00D57FAE">
              <w:rPr>
                <w:sz w:val="21"/>
              </w:rPr>
              <w:t>оптимизация</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 xml:space="preserve">Постоянный мониторинг, анализ поисковых запросов, расширение минус-слов, исключение нецелевого трафика, корректировка ставок, стратегий, бюджетов, объявлений, аудиторий и площадок, проведение </w:t>
            </w:r>
            <w:r w:rsidRPr="00D57FAE">
              <w:rPr>
                <w:sz w:val="21"/>
              </w:rPr>
              <w:t>A</w:t>
            </w:r>
            <w:r w:rsidRPr="00D57FAE">
              <w:rPr>
                <w:sz w:val="21"/>
                <w:lang w:val="ru-RU"/>
              </w:rPr>
              <w:t>/</w:t>
            </w:r>
            <w:r w:rsidRPr="00D57FAE">
              <w:rPr>
                <w:sz w:val="21"/>
              </w:rPr>
              <w:t>B</w:t>
            </w:r>
            <w:r w:rsidRPr="00D57FAE">
              <w:rPr>
                <w:sz w:val="21"/>
                <w:lang w:val="ru-RU"/>
              </w:rPr>
              <w:t>-тестирования.</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10</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rPr>
            </w:pPr>
            <w:proofErr w:type="spellStart"/>
            <w:r w:rsidRPr="00D57FAE">
              <w:rPr>
                <w:sz w:val="21"/>
              </w:rPr>
              <w:t>Отчетность</w:t>
            </w:r>
            <w:proofErr w:type="spellEnd"/>
            <w:r w:rsidRPr="00D57FAE">
              <w:rPr>
                <w:sz w:val="21"/>
              </w:rPr>
              <w:t xml:space="preserve"> и </w:t>
            </w:r>
            <w:proofErr w:type="spellStart"/>
            <w:r w:rsidRPr="00D57FAE">
              <w:rPr>
                <w:sz w:val="21"/>
              </w:rPr>
              <w:t>консультирование</w:t>
            </w:r>
            <w:proofErr w:type="spellEnd"/>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Предоставление еженедельной, ежемесячной и итоговой отчетности, рекомендаций по повышению эффективности кампаний и посадочных страниц, консультаций Заказчику в течение всего срока действия договора.</w:t>
            </w:r>
          </w:p>
        </w:tc>
      </w:tr>
      <w:tr w:rsidR="00D57FAE" w:rsidRPr="0021519E" w:rsidTr="00F13712">
        <w:trPr>
          <w:cantSplit/>
          <w:jc w:val="center"/>
        </w:trPr>
        <w:tc>
          <w:tcPr>
            <w:tcW w:w="51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center"/>
              <w:rPr>
                <w:sz w:val="28"/>
              </w:rPr>
            </w:pPr>
            <w:r w:rsidRPr="00D57FAE">
              <w:rPr>
                <w:sz w:val="21"/>
              </w:rPr>
              <w:t>11</w:t>
            </w:r>
          </w:p>
        </w:tc>
        <w:tc>
          <w:tcPr>
            <w:tcW w:w="2665"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Передача результатов и резервное копирование</w:t>
            </w:r>
          </w:p>
        </w:tc>
        <w:tc>
          <w:tcPr>
            <w:tcW w:w="6180" w:type="dxa"/>
            <w:tcBorders>
              <w:top w:val="single" w:sz="4" w:space="0" w:color="909090"/>
              <w:left w:val="single" w:sz="4" w:space="0" w:color="909090"/>
              <w:bottom w:val="single" w:sz="4" w:space="0" w:color="909090"/>
              <w:right w:val="single" w:sz="4" w:space="0" w:color="909090"/>
            </w:tcBorders>
            <w:tcMar>
              <w:top w:w="80" w:type="dxa"/>
              <w:left w:w="100" w:type="dxa"/>
              <w:bottom w:w="80" w:type="dxa"/>
              <w:right w:w="100" w:type="dxa"/>
            </w:tcMar>
            <w:vAlign w:val="center"/>
          </w:tcPr>
          <w:p w:rsidR="00D57FAE" w:rsidRPr="00D57FAE" w:rsidRDefault="00D57FAE" w:rsidP="00D57FAE">
            <w:pPr>
              <w:jc w:val="left"/>
              <w:rPr>
                <w:sz w:val="28"/>
                <w:lang w:val="ru-RU"/>
              </w:rPr>
            </w:pPr>
            <w:r w:rsidRPr="00D57FAE">
              <w:rPr>
                <w:sz w:val="21"/>
                <w:lang w:val="ru-RU"/>
              </w:rPr>
              <w:t>Передача Заказчику доступов, экспортов, резервных копий, рекламных материалов, семантического ядра, списков минус-слов, настроек аналитики и иных результатов работ.</w:t>
            </w:r>
          </w:p>
        </w:tc>
      </w:tr>
    </w:tbl>
    <w:p w:rsidR="003854CC" w:rsidRDefault="003854CC" w:rsidP="00D57FAE">
      <w:pPr>
        <w:keepNext/>
        <w:pBdr>
          <w:bottom w:val="single" w:sz="4" w:space="2" w:color="808080"/>
        </w:pBdr>
        <w:spacing w:before="140" w:after="60"/>
        <w:jc w:val="left"/>
        <w:rPr>
          <w:b/>
          <w:sz w:val="28"/>
          <w:lang w:val="ru-RU"/>
        </w:rPr>
      </w:pP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6. Требования к подготовке и запуску рекламных кампаний</w:t>
      </w:r>
    </w:p>
    <w:p w:rsidR="00D57FAE" w:rsidRPr="00D57FAE" w:rsidRDefault="00D57FAE" w:rsidP="00D57FAE">
      <w:pPr>
        <w:rPr>
          <w:sz w:val="28"/>
          <w:lang w:val="ru-RU"/>
        </w:rPr>
      </w:pPr>
      <w:r w:rsidRPr="00D57FAE">
        <w:rPr>
          <w:b/>
          <w:sz w:val="28"/>
          <w:lang w:val="ru-RU"/>
        </w:rPr>
        <w:t>До запуска рекламных кампаний Исполнитель обязан:</w:t>
      </w:r>
    </w:p>
    <w:p w:rsidR="00D57FAE" w:rsidRPr="00D57FAE" w:rsidRDefault="00D57FAE" w:rsidP="00D57FAE">
      <w:pPr>
        <w:numPr>
          <w:ilvl w:val="0"/>
          <w:numId w:val="11"/>
        </w:numPr>
        <w:contextualSpacing/>
        <w:jc w:val="left"/>
        <w:rPr>
          <w:sz w:val="28"/>
          <w:lang w:val="ru-RU"/>
        </w:rPr>
      </w:pPr>
      <w:r w:rsidRPr="00D57FAE">
        <w:rPr>
          <w:sz w:val="28"/>
          <w:lang w:val="ru-RU"/>
        </w:rPr>
        <w:t xml:space="preserve">провести аудит портала </w:t>
      </w:r>
      <w:proofErr w:type="spellStart"/>
      <w:r w:rsidRPr="00D57FAE">
        <w:rPr>
          <w:sz w:val="28"/>
        </w:rPr>
        <w:t>clinicsbel</w:t>
      </w:r>
      <w:proofErr w:type="spellEnd"/>
      <w:r w:rsidRPr="00D57FAE">
        <w:rPr>
          <w:sz w:val="28"/>
          <w:lang w:val="ru-RU"/>
        </w:rPr>
        <w:t>.</w:t>
      </w:r>
      <w:r w:rsidRPr="00D57FAE">
        <w:rPr>
          <w:sz w:val="28"/>
        </w:rPr>
        <w:t>by</w:t>
      </w:r>
      <w:r w:rsidRPr="00D57FAE">
        <w:rPr>
          <w:sz w:val="28"/>
          <w:lang w:val="ru-RU"/>
        </w:rPr>
        <w:t>, действующих систем веб-аналитики и доступных посадочных страниц;</w:t>
      </w:r>
    </w:p>
    <w:p w:rsidR="00D57FAE" w:rsidRPr="00D57FAE" w:rsidRDefault="00D57FAE" w:rsidP="00D57FAE">
      <w:pPr>
        <w:numPr>
          <w:ilvl w:val="0"/>
          <w:numId w:val="11"/>
        </w:numPr>
        <w:contextualSpacing/>
        <w:jc w:val="left"/>
        <w:rPr>
          <w:sz w:val="28"/>
          <w:lang w:val="ru-RU"/>
        </w:rPr>
      </w:pPr>
      <w:r w:rsidRPr="00D57FAE">
        <w:rPr>
          <w:sz w:val="28"/>
          <w:lang w:val="ru-RU"/>
        </w:rPr>
        <w:t>подготовить и согласовать с Заказчиком рекламную стратегию, перечень продвигаемых направлений, посадочные страницы и первоначальное распределение бюджета;</w:t>
      </w:r>
    </w:p>
    <w:p w:rsidR="00D57FAE" w:rsidRPr="00D57FAE" w:rsidRDefault="00D57FAE" w:rsidP="00D57FAE">
      <w:pPr>
        <w:numPr>
          <w:ilvl w:val="0"/>
          <w:numId w:val="11"/>
        </w:numPr>
        <w:contextualSpacing/>
        <w:jc w:val="left"/>
        <w:rPr>
          <w:sz w:val="28"/>
          <w:lang w:val="ru-RU"/>
        </w:rPr>
      </w:pPr>
      <w:r w:rsidRPr="00D57FAE">
        <w:rPr>
          <w:sz w:val="28"/>
          <w:lang w:val="ru-RU"/>
        </w:rPr>
        <w:t>сформировать семантическое ядро отдельно по каждой стране, языку и медицинскому направлению;</w:t>
      </w:r>
    </w:p>
    <w:p w:rsidR="00D57FAE" w:rsidRPr="00D57FAE" w:rsidRDefault="00D57FAE" w:rsidP="00D57FAE">
      <w:pPr>
        <w:numPr>
          <w:ilvl w:val="0"/>
          <w:numId w:val="11"/>
        </w:numPr>
        <w:contextualSpacing/>
        <w:jc w:val="left"/>
        <w:rPr>
          <w:sz w:val="28"/>
          <w:lang w:val="ru-RU"/>
        </w:rPr>
      </w:pPr>
      <w:r w:rsidRPr="00D57FAE">
        <w:rPr>
          <w:sz w:val="28"/>
          <w:lang w:val="ru-RU"/>
        </w:rPr>
        <w:t>подготовить начальный перечень минус-слов и исключений, включая нецелевые, информационные, учебные, трудовые и иные запросы, не связанные с намерением получить медицинскую помощь в Беларуси;</w:t>
      </w:r>
    </w:p>
    <w:p w:rsidR="00D57FAE" w:rsidRPr="00D57FAE" w:rsidRDefault="00D57FAE" w:rsidP="00D57FAE">
      <w:pPr>
        <w:numPr>
          <w:ilvl w:val="0"/>
          <w:numId w:val="11"/>
        </w:numPr>
        <w:contextualSpacing/>
        <w:jc w:val="left"/>
        <w:rPr>
          <w:sz w:val="28"/>
          <w:lang w:val="ru-RU"/>
        </w:rPr>
      </w:pPr>
      <w:r w:rsidRPr="00D57FAE">
        <w:rPr>
          <w:sz w:val="28"/>
          <w:lang w:val="ru-RU"/>
        </w:rPr>
        <w:t>создать отдельные рекламные кампании по странам, языкам и направлениям;</w:t>
      </w:r>
    </w:p>
    <w:p w:rsidR="00D57FAE" w:rsidRPr="00D57FAE" w:rsidRDefault="00D57FAE" w:rsidP="00D57FAE">
      <w:pPr>
        <w:numPr>
          <w:ilvl w:val="0"/>
          <w:numId w:val="11"/>
        </w:numPr>
        <w:contextualSpacing/>
        <w:jc w:val="left"/>
        <w:rPr>
          <w:sz w:val="28"/>
          <w:lang w:val="ru-RU"/>
        </w:rPr>
      </w:pPr>
      <w:r w:rsidRPr="00D57FAE">
        <w:rPr>
          <w:sz w:val="28"/>
          <w:lang w:val="ru-RU"/>
        </w:rPr>
        <w:t>настроить географический, языковой, временной и при необходимости аудиторный таргетинг;</w:t>
      </w:r>
    </w:p>
    <w:p w:rsidR="00D57FAE" w:rsidRPr="00D57FAE" w:rsidRDefault="00D57FAE" w:rsidP="00D57FAE">
      <w:pPr>
        <w:numPr>
          <w:ilvl w:val="0"/>
          <w:numId w:val="11"/>
        </w:numPr>
        <w:contextualSpacing/>
        <w:jc w:val="left"/>
        <w:rPr>
          <w:sz w:val="28"/>
          <w:lang w:val="ru-RU"/>
        </w:rPr>
      </w:pPr>
      <w:r w:rsidRPr="00D57FAE">
        <w:rPr>
          <w:sz w:val="28"/>
          <w:lang w:val="ru-RU"/>
        </w:rPr>
        <w:t>подготовить не менее двух вариантов объявлений для тестирования в каждой основной группе объявлений, если это поддерживается рекламной системой;</w:t>
      </w:r>
    </w:p>
    <w:p w:rsidR="00D57FAE" w:rsidRPr="00D57FAE" w:rsidRDefault="00D57FAE" w:rsidP="00D57FAE">
      <w:pPr>
        <w:numPr>
          <w:ilvl w:val="0"/>
          <w:numId w:val="11"/>
        </w:numPr>
        <w:contextualSpacing/>
        <w:jc w:val="left"/>
        <w:rPr>
          <w:sz w:val="28"/>
          <w:lang w:val="ru-RU"/>
        </w:rPr>
      </w:pPr>
      <w:r w:rsidRPr="00D57FAE">
        <w:rPr>
          <w:sz w:val="28"/>
          <w:lang w:val="ru-RU"/>
        </w:rPr>
        <w:t xml:space="preserve">добавить корректные </w:t>
      </w:r>
      <w:r w:rsidRPr="00D57FAE">
        <w:rPr>
          <w:sz w:val="28"/>
        </w:rPr>
        <w:t>UTM</w:t>
      </w:r>
      <w:r w:rsidRPr="00D57FAE">
        <w:rPr>
          <w:sz w:val="28"/>
          <w:lang w:val="ru-RU"/>
        </w:rPr>
        <w:t>-метки и обеспечить возможность определения источника, системы, кампании, страны, языка и продвигаемого направления;</w:t>
      </w:r>
    </w:p>
    <w:p w:rsidR="00D57FAE" w:rsidRPr="00D57FAE" w:rsidRDefault="00D57FAE" w:rsidP="00D57FAE">
      <w:pPr>
        <w:numPr>
          <w:ilvl w:val="0"/>
          <w:numId w:val="11"/>
        </w:numPr>
        <w:contextualSpacing/>
        <w:jc w:val="left"/>
        <w:rPr>
          <w:sz w:val="28"/>
          <w:lang w:val="ru-RU"/>
        </w:rPr>
      </w:pPr>
      <w:r w:rsidRPr="00D57FAE">
        <w:rPr>
          <w:sz w:val="28"/>
          <w:lang w:val="ru-RU"/>
        </w:rPr>
        <w:t>настроить и проверить цели, события и передачу конверсий до начала расходования рекламного бюджета;</w:t>
      </w:r>
    </w:p>
    <w:p w:rsidR="00D57FAE" w:rsidRPr="00D57FAE" w:rsidRDefault="00D57FAE" w:rsidP="00D57FAE">
      <w:pPr>
        <w:numPr>
          <w:ilvl w:val="0"/>
          <w:numId w:val="11"/>
        </w:numPr>
        <w:contextualSpacing/>
        <w:jc w:val="left"/>
        <w:rPr>
          <w:sz w:val="28"/>
          <w:lang w:val="ru-RU"/>
        </w:rPr>
      </w:pPr>
      <w:r w:rsidRPr="00D57FAE">
        <w:rPr>
          <w:sz w:val="28"/>
          <w:lang w:val="ru-RU"/>
        </w:rPr>
        <w:t>предоставить Заказчику на согласование тексты объявлений, графические материалы и ключевые настройки кампаний.</w:t>
      </w:r>
    </w:p>
    <w:p w:rsidR="00D57FAE" w:rsidRPr="00D57FAE" w:rsidRDefault="00D57FAE" w:rsidP="00D57FAE">
      <w:pPr>
        <w:spacing w:before="40"/>
        <w:ind w:firstLine="709"/>
        <w:rPr>
          <w:sz w:val="28"/>
          <w:lang w:val="ru-RU"/>
        </w:rPr>
      </w:pPr>
      <w:r w:rsidRPr="00D57FAE">
        <w:rPr>
          <w:sz w:val="28"/>
          <w:lang w:val="ru-RU"/>
        </w:rPr>
        <w:t>Запуск рекламных кампаний осуществляется не позднее 10 (десяти) рабочих дней с даты получения Исполнителем необходимых исходных материалов и доступов при условии своевременного согласования Заказчиком стратегии, направлений и рекламных материалов.</w:t>
      </w: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7. Требования к рекламным материалам</w:t>
      </w:r>
    </w:p>
    <w:p w:rsidR="00D57FAE" w:rsidRPr="00D57FAE" w:rsidRDefault="00D57FAE" w:rsidP="00D57FAE">
      <w:pPr>
        <w:ind w:firstLine="709"/>
        <w:rPr>
          <w:sz w:val="28"/>
          <w:lang w:val="ru-RU"/>
        </w:rPr>
      </w:pPr>
      <w:r w:rsidRPr="00D57FAE">
        <w:rPr>
          <w:sz w:val="28"/>
          <w:lang w:val="ru-RU"/>
        </w:rPr>
        <w:t>Заказчик предоставляет Исполнителю логотип проекта «Клиники Беларуси», адрес портала и необходимую справочную информацию. Исполнитель самостоятельно разрабатывает все текстовые и графические рекламные материалы, необходимые для проведения кампании.</w:t>
      </w:r>
    </w:p>
    <w:p w:rsidR="00D57FAE" w:rsidRPr="00D57FAE" w:rsidRDefault="00D57FAE" w:rsidP="00D57FAE">
      <w:pPr>
        <w:ind w:firstLine="709"/>
        <w:rPr>
          <w:sz w:val="28"/>
          <w:lang w:val="ru-RU"/>
        </w:rPr>
      </w:pPr>
      <w:r w:rsidRPr="00D57FAE">
        <w:rPr>
          <w:sz w:val="28"/>
          <w:lang w:val="ru-RU"/>
        </w:rPr>
        <w:t>Все рекламные материалы подлежат обязательному предварительному письменному согласованию с Заказчиком до публикации. Запуск несогласованных материалов не допускается.</w:t>
      </w:r>
    </w:p>
    <w:p w:rsidR="00D57FAE" w:rsidRPr="00D57FAE" w:rsidRDefault="00D57FAE" w:rsidP="00D57FAE">
      <w:pPr>
        <w:ind w:firstLine="709"/>
        <w:rPr>
          <w:sz w:val="28"/>
          <w:lang w:val="ru-RU"/>
        </w:rPr>
      </w:pPr>
      <w:r w:rsidRPr="00D57FAE">
        <w:rPr>
          <w:sz w:val="28"/>
          <w:lang w:val="ru-RU"/>
        </w:rPr>
        <w:t xml:space="preserve">Рекламные объявления должны быть разработаны отдельно для каждого языка и рынка. </w:t>
      </w:r>
    </w:p>
    <w:p w:rsidR="00D57FAE" w:rsidRPr="00D57FAE" w:rsidRDefault="00D57FAE" w:rsidP="00D57FAE">
      <w:pPr>
        <w:ind w:firstLine="709"/>
        <w:rPr>
          <w:sz w:val="28"/>
          <w:lang w:val="ru-RU"/>
        </w:rPr>
      </w:pPr>
      <w:r w:rsidRPr="00D57FAE">
        <w:rPr>
          <w:sz w:val="28"/>
          <w:lang w:val="ru-RU"/>
        </w:rPr>
        <w:lastRenderedPageBreak/>
        <w:t>Исполнитель обязан использовать изображения, шрифты и иные материалы на законных основаниях и гарантировать отсутствие нарушения авторских, смежных и иных прав третьих лиц.</w:t>
      </w:r>
    </w:p>
    <w:p w:rsidR="00D57FAE" w:rsidRPr="00D57FAE" w:rsidRDefault="00D57FAE" w:rsidP="00D57FAE">
      <w:pPr>
        <w:ind w:firstLine="709"/>
        <w:rPr>
          <w:sz w:val="28"/>
          <w:lang w:val="ru-RU"/>
        </w:rPr>
      </w:pPr>
      <w:r w:rsidRPr="00D57FAE">
        <w:rPr>
          <w:sz w:val="28"/>
          <w:lang w:val="ru-RU"/>
        </w:rPr>
        <w:t>При использовании инструментов искусственного интеллекта результаты должны быть проверены специалистом Исполнителя. Ответственность за достоверность, корректность, этичность и соответствие материалов законодательству и правилам рекламных систем несет Исполнитель.</w:t>
      </w:r>
    </w:p>
    <w:p w:rsidR="00D57FAE" w:rsidRPr="00D57FAE" w:rsidRDefault="00D57FAE" w:rsidP="00D57FAE">
      <w:pPr>
        <w:ind w:firstLine="709"/>
        <w:rPr>
          <w:sz w:val="28"/>
          <w:lang w:val="ru-RU"/>
        </w:rPr>
      </w:pPr>
      <w:r w:rsidRPr="00D57FAE">
        <w:rPr>
          <w:sz w:val="28"/>
          <w:lang w:val="ru-RU"/>
        </w:rPr>
        <w:t>Рекламные материалы не должны содержать недостоверные сведения, необоснованные гарантии результата лечения, дискриминационные формулировки либо утверждения, способные ввести пользователя в заблуждение.</w:t>
      </w: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8. Аналитика и целевое обращение</w:t>
      </w:r>
    </w:p>
    <w:p w:rsidR="00D57FAE" w:rsidRPr="00D57FAE" w:rsidRDefault="00D57FAE" w:rsidP="00D57FAE">
      <w:pPr>
        <w:rPr>
          <w:sz w:val="28"/>
          <w:lang w:val="ru-RU"/>
        </w:rPr>
      </w:pPr>
      <w:r w:rsidRPr="00D57FAE">
        <w:rPr>
          <w:sz w:val="28"/>
          <w:lang w:val="ru-RU"/>
        </w:rPr>
        <w:t xml:space="preserve">Под целевым обращением понимается успешная отправка пользователем формы обратной связи (заявки), размещенной на каждой продвигаемой странице медицинской услуги государственного портала </w:t>
      </w:r>
      <w:proofErr w:type="spellStart"/>
      <w:r w:rsidRPr="00D57FAE">
        <w:rPr>
          <w:sz w:val="28"/>
        </w:rPr>
        <w:t>clinicsbel</w:t>
      </w:r>
      <w:proofErr w:type="spellEnd"/>
      <w:r w:rsidRPr="00D57FAE">
        <w:rPr>
          <w:sz w:val="28"/>
          <w:lang w:val="ru-RU"/>
        </w:rPr>
        <w:t>.</w:t>
      </w:r>
      <w:r w:rsidRPr="00D57FAE">
        <w:rPr>
          <w:sz w:val="28"/>
        </w:rPr>
        <w:t>by</w:t>
      </w:r>
      <w:r w:rsidRPr="00D57FAE">
        <w:rPr>
          <w:sz w:val="28"/>
          <w:lang w:val="ru-RU"/>
        </w:rPr>
        <w:t>. Нажатие кнопки отправки без успешной передачи формы целевым обращением не считается.</w:t>
      </w:r>
    </w:p>
    <w:p w:rsidR="00D57FAE" w:rsidRPr="00D57FAE" w:rsidRDefault="00D57FAE" w:rsidP="00D57FAE">
      <w:pPr>
        <w:rPr>
          <w:sz w:val="28"/>
          <w:lang w:val="ru-RU"/>
        </w:rPr>
      </w:pPr>
      <w:r w:rsidRPr="00D57FAE">
        <w:rPr>
          <w:b/>
          <w:sz w:val="28"/>
          <w:lang w:val="ru-RU"/>
        </w:rPr>
        <w:t>Исполнитель обязан:</w:t>
      </w:r>
    </w:p>
    <w:p w:rsidR="00D57FAE" w:rsidRPr="00D57FAE" w:rsidRDefault="00D57FAE" w:rsidP="00D57FAE">
      <w:pPr>
        <w:numPr>
          <w:ilvl w:val="0"/>
          <w:numId w:val="12"/>
        </w:numPr>
        <w:contextualSpacing/>
        <w:jc w:val="left"/>
        <w:rPr>
          <w:sz w:val="28"/>
          <w:lang w:val="ru-RU"/>
        </w:rPr>
      </w:pPr>
      <w:r w:rsidRPr="00D57FAE">
        <w:rPr>
          <w:sz w:val="28"/>
          <w:lang w:val="ru-RU"/>
        </w:rPr>
        <w:t>настроить отдельное отслеживание успешной отправки формы для каждой продвигаемой страницы и/или медицинского направления;</w:t>
      </w:r>
    </w:p>
    <w:p w:rsidR="00D57FAE" w:rsidRPr="00D57FAE" w:rsidRDefault="00D57FAE" w:rsidP="00D57FAE">
      <w:pPr>
        <w:numPr>
          <w:ilvl w:val="0"/>
          <w:numId w:val="12"/>
        </w:numPr>
        <w:contextualSpacing/>
        <w:jc w:val="left"/>
        <w:rPr>
          <w:sz w:val="28"/>
          <w:lang w:val="ru-RU"/>
        </w:rPr>
      </w:pPr>
      <w:r w:rsidRPr="00D57FAE">
        <w:rPr>
          <w:sz w:val="28"/>
          <w:lang w:val="ru-RU"/>
        </w:rPr>
        <w:t xml:space="preserve">обеспечить корректную передачу данных о конверсиях в </w:t>
      </w:r>
      <w:r w:rsidRPr="00D57FAE">
        <w:rPr>
          <w:sz w:val="28"/>
        </w:rPr>
        <w:t>Google</w:t>
      </w:r>
      <w:r w:rsidRPr="00D57FAE">
        <w:rPr>
          <w:sz w:val="28"/>
          <w:lang w:val="ru-RU"/>
        </w:rPr>
        <w:t xml:space="preserve"> </w:t>
      </w:r>
      <w:r w:rsidRPr="00D57FAE">
        <w:rPr>
          <w:sz w:val="28"/>
        </w:rPr>
        <w:t>Ads</w:t>
      </w:r>
      <w:r w:rsidRPr="00D57FAE">
        <w:rPr>
          <w:sz w:val="28"/>
          <w:lang w:val="ru-RU"/>
        </w:rPr>
        <w:t xml:space="preserve">, </w:t>
      </w:r>
      <w:proofErr w:type="spellStart"/>
      <w:r w:rsidRPr="00D57FAE">
        <w:rPr>
          <w:sz w:val="28"/>
          <w:lang w:val="ru-RU"/>
        </w:rPr>
        <w:t>Яндекс.Директ</w:t>
      </w:r>
      <w:proofErr w:type="spellEnd"/>
      <w:r w:rsidRPr="00D57FAE">
        <w:rPr>
          <w:sz w:val="28"/>
          <w:lang w:val="ru-RU"/>
        </w:rPr>
        <w:t xml:space="preserve">, </w:t>
      </w:r>
      <w:r w:rsidRPr="00D57FAE">
        <w:rPr>
          <w:sz w:val="28"/>
        </w:rPr>
        <w:t>Google</w:t>
      </w:r>
      <w:r w:rsidRPr="00D57FAE">
        <w:rPr>
          <w:sz w:val="28"/>
          <w:lang w:val="ru-RU"/>
        </w:rPr>
        <w:t xml:space="preserve"> </w:t>
      </w:r>
      <w:r w:rsidRPr="00D57FAE">
        <w:rPr>
          <w:sz w:val="28"/>
        </w:rPr>
        <w:t>Analytics</w:t>
      </w:r>
      <w:r w:rsidRPr="00D57FAE">
        <w:rPr>
          <w:sz w:val="28"/>
          <w:lang w:val="ru-RU"/>
        </w:rPr>
        <w:t xml:space="preserve"> 4 и </w:t>
      </w:r>
      <w:proofErr w:type="spellStart"/>
      <w:r w:rsidRPr="00D57FAE">
        <w:rPr>
          <w:sz w:val="28"/>
          <w:lang w:val="ru-RU"/>
        </w:rPr>
        <w:t>Яндекс.Метрику</w:t>
      </w:r>
      <w:proofErr w:type="spellEnd"/>
      <w:r w:rsidRPr="00D57FAE">
        <w:rPr>
          <w:sz w:val="28"/>
          <w:lang w:val="ru-RU"/>
        </w:rPr>
        <w:t>;</w:t>
      </w:r>
    </w:p>
    <w:p w:rsidR="00D57FAE" w:rsidRPr="00D57FAE" w:rsidRDefault="00D57FAE" w:rsidP="00D57FAE">
      <w:pPr>
        <w:numPr>
          <w:ilvl w:val="0"/>
          <w:numId w:val="12"/>
        </w:numPr>
        <w:contextualSpacing/>
        <w:jc w:val="left"/>
        <w:rPr>
          <w:sz w:val="28"/>
          <w:lang w:val="ru-RU"/>
        </w:rPr>
      </w:pPr>
      <w:r w:rsidRPr="00D57FAE">
        <w:rPr>
          <w:sz w:val="28"/>
          <w:lang w:val="ru-RU"/>
        </w:rPr>
        <w:t>проверить работу целей и событий до запуска и регулярно контролировать их корректность на протяжении всего срока договора;</w:t>
      </w:r>
    </w:p>
    <w:p w:rsidR="00D57FAE" w:rsidRPr="00D57FAE" w:rsidRDefault="00D57FAE" w:rsidP="00D57FAE">
      <w:pPr>
        <w:numPr>
          <w:ilvl w:val="0"/>
          <w:numId w:val="12"/>
        </w:numPr>
        <w:contextualSpacing/>
        <w:jc w:val="left"/>
        <w:rPr>
          <w:sz w:val="28"/>
          <w:lang w:val="ru-RU"/>
        </w:rPr>
      </w:pPr>
      <w:r w:rsidRPr="00D57FAE">
        <w:rPr>
          <w:sz w:val="28"/>
          <w:lang w:val="ru-RU"/>
        </w:rPr>
        <w:t>исключить двойной учет одной и той же отправки, а также тестовые, ошибочные, технические и иные некорректные конверсии;</w:t>
      </w:r>
    </w:p>
    <w:p w:rsidR="00D57FAE" w:rsidRPr="00D57FAE" w:rsidRDefault="00D57FAE" w:rsidP="00D57FAE">
      <w:pPr>
        <w:numPr>
          <w:ilvl w:val="0"/>
          <w:numId w:val="12"/>
        </w:numPr>
        <w:contextualSpacing/>
        <w:jc w:val="left"/>
        <w:rPr>
          <w:sz w:val="28"/>
          <w:lang w:val="ru-RU"/>
        </w:rPr>
      </w:pPr>
      <w:r w:rsidRPr="00D57FAE">
        <w:rPr>
          <w:sz w:val="28"/>
          <w:lang w:val="ru-RU"/>
        </w:rPr>
        <w:t>обеспечить возможность формирования отчетности по количеству и стоимости целевых обращений отдельно по стране, рекламной системе, языку, кампании и продвигаемому медицинскому направлению;</w:t>
      </w:r>
    </w:p>
    <w:p w:rsidR="00D57FAE" w:rsidRPr="00D57FAE" w:rsidRDefault="00D57FAE" w:rsidP="00D57FAE">
      <w:pPr>
        <w:numPr>
          <w:ilvl w:val="0"/>
          <w:numId w:val="12"/>
        </w:numPr>
        <w:contextualSpacing/>
        <w:jc w:val="left"/>
        <w:rPr>
          <w:sz w:val="28"/>
          <w:lang w:val="ru-RU"/>
        </w:rPr>
      </w:pPr>
      <w:r w:rsidRPr="00D57FAE">
        <w:rPr>
          <w:sz w:val="28"/>
          <w:lang w:val="ru-RU"/>
        </w:rPr>
        <w:t>предоставлять Заказчику рекомендации по повышению конверсии посадочных страниц. Внесение изменений на портал осуществляется только по отдельному согласованию с Заказчиком.</w:t>
      </w: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9. Ведение, оптимизация и эффективность рекламных кампаний</w:t>
      </w:r>
    </w:p>
    <w:p w:rsidR="00D57FAE" w:rsidRPr="00D57FAE" w:rsidRDefault="00D57FAE" w:rsidP="00D57FAE">
      <w:pPr>
        <w:rPr>
          <w:sz w:val="28"/>
          <w:lang w:val="ru-RU"/>
        </w:rPr>
      </w:pPr>
      <w:r w:rsidRPr="00D57FAE">
        <w:rPr>
          <w:sz w:val="28"/>
          <w:lang w:val="ru-RU"/>
        </w:rPr>
        <w:t>Исполнитель обязан обеспечить максимально эффективное использование рекламного бюджета, регулярно оптимизировать рекламные кампании и стремиться к снижению стоимости целевого обращения при сохранении или увеличении их количества.</w:t>
      </w:r>
    </w:p>
    <w:p w:rsidR="00D57FAE" w:rsidRPr="00D57FAE" w:rsidRDefault="00D57FAE" w:rsidP="00D57FAE">
      <w:pPr>
        <w:rPr>
          <w:sz w:val="28"/>
          <w:lang w:val="ru-RU"/>
        </w:rPr>
      </w:pPr>
      <w:r w:rsidRPr="00D57FAE">
        <w:rPr>
          <w:b/>
          <w:sz w:val="28"/>
          <w:lang w:val="ru-RU"/>
        </w:rPr>
        <w:t>На протяжении всего срока оказания услуг Исполнитель обязан:</w:t>
      </w:r>
    </w:p>
    <w:p w:rsidR="00D57FAE" w:rsidRPr="00D57FAE" w:rsidRDefault="00D57FAE" w:rsidP="00D57FAE">
      <w:pPr>
        <w:numPr>
          <w:ilvl w:val="0"/>
          <w:numId w:val="13"/>
        </w:numPr>
        <w:contextualSpacing/>
        <w:jc w:val="left"/>
        <w:rPr>
          <w:sz w:val="28"/>
          <w:lang w:val="ru-RU"/>
        </w:rPr>
      </w:pPr>
      <w:r w:rsidRPr="00D57FAE">
        <w:rPr>
          <w:sz w:val="28"/>
          <w:lang w:val="ru-RU"/>
        </w:rPr>
        <w:t>ежедневно в рабочие дни контролировать работоспособность рекламных кампаний, остаток бюджета, статус объявлений и наличие технических ошибок;</w:t>
      </w:r>
    </w:p>
    <w:p w:rsidR="00D57FAE" w:rsidRPr="00D57FAE" w:rsidRDefault="00D57FAE" w:rsidP="00D57FAE">
      <w:pPr>
        <w:numPr>
          <w:ilvl w:val="0"/>
          <w:numId w:val="13"/>
        </w:numPr>
        <w:contextualSpacing/>
        <w:jc w:val="left"/>
        <w:rPr>
          <w:sz w:val="28"/>
          <w:lang w:val="ru-RU"/>
        </w:rPr>
      </w:pPr>
      <w:r w:rsidRPr="00D57FAE">
        <w:rPr>
          <w:sz w:val="28"/>
          <w:lang w:val="ru-RU"/>
        </w:rPr>
        <w:t>регулярно анализировать поисковые запросы, не реже одного раза в неделю расширять и актуализировать перечень минус-слов;</w:t>
      </w:r>
    </w:p>
    <w:p w:rsidR="00D57FAE" w:rsidRPr="00D57FAE" w:rsidRDefault="00D57FAE" w:rsidP="00D57FAE">
      <w:pPr>
        <w:numPr>
          <w:ilvl w:val="0"/>
          <w:numId w:val="13"/>
        </w:numPr>
        <w:contextualSpacing/>
        <w:jc w:val="left"/>
        <w:rPr>
          <w:sz w:val="28"/>
          <w:lang w:val="ru-RU"/>
        </w:rPr>
      </w:pPr>
      <w:r w:rsidRPr="00D57FAE">
        <w:rPr>
          <w:sz w:val="28"/>
          <w:lang w:val="ru-RU"/>
        </w:rPr>
        <w:lastRenderedPageBreak/>
        <w:t>своевременно исключать нецелевые поисковые запросы, площадки, аудитории и иной нецелевой трафик;</w:t>
      </w:r>
    </w:p>
    <w:p w:rsidR="00D57FAE" w:rsidRPr="00D57FAE" w:rsidRDefault="00D57FAE" w:rsidP="00D57FAE">
      <w:pPr>
        <w:numPr>
          <w:ilvl w:val="0"/>
          <w:numId w:val="13"/>
        </w:numPr>
        <w:contextualSpacing/>
        <w:jc w:val="left"/>
        <w:rPr>
          <w:sz w:val="28"/>
          <w:lang w:val="ru-RU"/>
        </w:rPr>
      </w:pPr>
      <w:r w:rsidRPr="00D57FAE">
        <w:rPr>
          <w:sz w:val="28"/>
          <w:lang w:val="ru-RU"/>
        </w:rPr>
        <w:t>расширять и актуализировать семантическое ядро с учетом фактического спроса и результатов кампаний;</w:t>
      </w:r>
    </w:p>
    <w:p w:rsidR="00D57FAE" w:rsidRPr="00D57FAE" w:rsidRDefault="00D57FAE" w:rsidP="00D57FAE">
      <w:pPr>
        <w:numPr>
          <w:ilvl w:val="0"/>
          <w:numId w:val="13"/>
        </w:numPr>
        <w:contextualSpacing/>
        <w:jc w:val="left"/>
        <w:rPr>
          <w:sz w:val="28"/>
          <w:lang w:val="ru-RU"/>
        </w:rPr>
      </w:pPr>
      <w:r w:rsidRPr="00D57FAE">
        <w:rPr>
          <w:sz w:val="28"/>
          <w:lang w:val="ru-RU"/>
        </w:rPr>
        <w:t>корректировать ставки, стратегии назначения ставок, дневные лимиты, расписание показов, устройства, географические и иные настройки;</w:t>
      </w:r>
    </w:p>
    <w:p w:rsidR="00D57FAE" w:rsidRPr="00D57FAE" w:rsidRDefault="00D57FAE" w:rsidP="00D57FAE">
      <w:pPr>
        <w:numPr>
          <w:ilvl w:val="0"/>
          <w:numId w:val="13"/>
        </w:numPr>
        <w:contextualSpacing/>
        <w:jc w:val="left"/>
        <w:rPr>
          <w:sz w:val="28"/>
          <w:lang w:val="ru-RU"/>
        </w:rPr>
      </w:pPr>
      <w:r w:rsidRPr="00D57FAE">
        <w:rPr>
          <w:sz w:val="28"/>
          <w:lang w:val="ru-RU"/>
        </w:rPr>
        <w:t>выявлять и отключать неэффективные ключевые слова, объявления, площадки и элементы кампаний;</w:t>
      </w:r>
    </w:p>
    <w:p w:rsidR="00D57FAE" w:rsidRPr="00D57FAE" w:rsidRDefault="00D57FAE" w:rsidP="00D57FAE">
      <w:pPr>
        <w:numPr>
          <w:ilvl w:val="0"/>
          <w:numId w:val="13"/>
        </w:numPr>
        <w:contextualSpacing/>
        <w:jc w:val="left"/>
        <w:rPr>
          <w:sz w:val="28"/>
          <w:lang w:val="ru-RU"/>
        </w:rPr>
      </w:pPr>
      <w:r w:rsidRPr="00D57FAE">
        <w:rPr>
          <w:sz w:val="28"/>
          <w:lang w:val="ru-RU"/>
        </w:rPr>
        <w:t xml:space="preserve">проводить </w:t>
      </w:r>
      <w:r w:rsidRPr="00D57FAE">
        <w:rPr>
          <w:sz w:val="28"/>
        </w:rPr>
        <w:t>A</w:t>
      </w:r>
      <w:r w:rsidRPr="00D57FAE">
        <w:rPr>
          <w:sz w:val="28"/>
          <w:lang w:val="ru-RU"/>
        </w:rPr>
        <w:t>/</w:t>
      </w:r>
      <w:r w:rsidRPr="00D57FAE">
        <w:rPr>
          <w:sz w:val="28"/>
        </w:rPr>
        <w:t>B</w:t>
      </w:r>
      <w:r w:rsidRPr="00D57FAE">
        <w:rPr>
          <w:sz w:val="28"/>
          <w:lang w:val="ru-RU"/>
        </w:rPr>
        <w:t>-тестирование текстов, заголовков, изображений и иных элементов объявлений;</w:t>
      </w:r>
    </w:p>
    <w:p w:rsidR="00D57FAE" w:rsidRPr="00D57FAE" w:rsidRDefault="00D57FAE" w:rsidP="00D57FAE">
      <w:pPr>
        <w:numPr>
          <w:ilvl w:val="0"/>
          <w:numId w:val="13"/>
        </w:numPr>
        <w:contextualSpacing/>
        <w:jc w:val="left"/>
        <w:rPr>
          <w:sz w:val="28"/>
          <w:lang w:val="ru-RU"/>
        </w:rPr>
      </w:pPr>
      <w:r w:rsidRPr="00D57FAE">
        <w:rPr>
          <w:sz w:val="28"/>
          <w:lang w:val="ru-RU"/>
        </w:rPr>
        <w:t>контролировать соответствие объявлений содержанию посадочных страниц и актуальность рекламной информации;</w:t>
      </w:r>
    </w:p>
    <w:p w:rsidR="00D57FAE" w:rsidRPr="00D57FAE" w:rsidRDefault="00D57FAE" w:rsidP="00D57FAE">
      <w:pPr>
        <w:numPr>
          <w:ilvl w:val="0"/>
          <w:numId w:val="13"/>
        </w:numPr>
        <w:contextualSpacing/>
        <w:jc w:val="left"/>
        <w:rPr>
          <w:sz w:val="28"/>
          <w:lang w:val="ru-RU"/>
        </w:rPr>
      </w:pPr>
      <w:r w:rsidRPr="00D57FAE">
        <w:rPr>
          <w:sz w:val="28"/>
          <w:lang w:val="ru-RU"/>
        </w:rPr>
        <w:t>оперативно устранять причины отклонения объявлений и информировать Заказчика о блокировках, ограничениях и изменениях правил рекламных систем;</w:t>
      </w:r>
    </w:p>
    <w:p w:rsidR="00D57FAE" w:rsidRPr="00D57FAE" w:rsidRDefault="00D57FAE" w:rsidP="00D57FAE">
      <w:pPr>
        <w:numPr>
          <w:ilvl w:val="0"/>
          <w:numId w:val="13"/>
        </w:numPr>
        <w:contextualSpacing/>
        <w:jc w:val="left"/>
        <w:rPr>
          <w:sz w:val="28"/>
          <w:lang w:val="ru-RU"/>
        </w:rPr>
      </w:pPr>
      <w:r w:rsidRPr="00D57FAE">
        <w:rPr>
          <w:sz w:val="28"/>
          <w:lang w:val="ru-RU"/>
        </w:rPr>
        <w:t>предлагать Заказчику обоснованное перераспределение бюджета между странами, системами, кампаниями и направлениями по результатам анализа эффективности;</w:t>
      </w:r>
    </w:p>
    <w:p w:rsidR="00D57FAE" w:rsidRPr="00D57FAE" w:rsidRDefault="00D57FAE" w:rsidP="00D57FAE">
      <w:pPr>
        <w:numPr>
          <w:ilvl w:val="0"/>
          <w:numId w:val="13"/>
        </w:numPr>
        <w:contextualSpacing/>
        <w:jc w:val="left"/>
        <w:rPr>
          <w:sz w:val="28"/>
          <w:lang w:val="ru-RU"/>
        </w:rPr>
      </w:pPr>
      <w:r w:rsidRPr="00D57FAE">
        <w:rPr>
          <w:sz w:val="28"/>
          <w:lang w:val="ru-RU"/>
        </w:rPr>
        <w:t>не допускать автоматического расходования бюджета без регулярного ручного контроля специалистом Исполнителя.</w:t>
      </w:r>
    </w:p>
    <w:p w:rsidR="00D57FAE" w:rsidRPr="00D57FAE" w:rsidRDefault="00D57FAE" w:rsidP="00D57FAE">
      <w:pPr>
        <w:spacing w:before="40"/>
        <w:ind w:firstLine="709"/>
        <w:rPr>
          <w:sz w:val="28"/>
          <w:lang w:val="ru-RU"/>
        </w:rPr>
      </w:pPr>
      <w:r w:rsidRPr="00D57FAE">
        <w:rPr>
          <w:sz w:val="28"/>
          <w:lang w:val="ru-RU"/>
        </w:rPr>
        <w:t xml:space="preserve">Для оценки эффективности применяется комплекс показателей: фактический расход рекламного бюджета, показы, клики, </w:t>
      </w:r>
      <w:r w:rsidRPr="00D57FAE">
        <w:rPr>
          <w:sz w:val="28"/>
        </w:rPr>
        <w:t>CTR</w:t>
      </w:r>
      <w:r w:rsidRPr="00D57FAE">
        <w:rPr>
          <w:sz w:val="28"/>
          <w:lang w:val="ru-RU"/>
        </w:rPr>
        <w:t>, средняя стоимость клика (</w:t>
      </w:r>
      <w:r w:rsidRPr="00D57FAE">
        <w:rPr>
          <w:sz w:val="28"/>
        </w:rPr>
        <w:t>CPC</w:t>
      </w:r>
      <w:r w:rsidRPr="00D57FAE">
        <w:rPr>
          <w:sz w:val="28"/>
          <w:lang w:val="ru-RU"/>
        </w:rPr>
        <w:t>), количество целевых обращений, коэффициент конверсии, стоимость целевого обращения (</w:t>
      </w:r>
      <w:r w:rsidRPr="00D57FAE">
        <w:rPr>
          <w:sz w:val="28"/>
        </w:rPr>
        <w:t>CPA</w:t>
      </w:r>
      <w:r w:rsidRPr="00D57FAE">
        <w:rPr>
          <w:sz w:val="28"/>
          <w:lang w:val="ru-RU"/>
        </w:rPr>
        <w:t>), доля нецелевого трафика и иные согласованные показатели.</w:t>
      </w:r>
    </w:p>
    <w:p w:rsidR="00D57FAE" w:rsidRPr="00D57FAE" w:rsidRDefault="00D57FAE" w:rsidP="00D57FAE">
      <w:pPr>
        <w:ind w:firstLine="709"/>
        <w:rPr>
          <w:sz w:val="28"/>
          <w:lang w:val="ru-RU"/>
        </w:rPr>
      </w:pPr>
      <w:r w:rsidRPr="00D57FAE">
        <w:rPr>
          <w:sz w:val="28"/>
          <w:lang w:val="ru-RU"/>
        </w:rPr>
        <w:t>Заказчик вправе изменять перечень контролируемых показателей, приоритеты кампании и стратегию продвижения по результатам анализа без изменения общей стоимости договора, если такие изменения не выходят за пределы предмета закупки.</w:t>
      </w: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10. Взаимодействие с Заказчиком</w:t>
      </w:r>
    </w:p>
    <w:p w:rsidR="00D57FAE" w:rsidRPr="00D57FAE" w:rsidRDefault="00D57FAE" w:rsidP="00D57FAE">
      <w:pPr>
        <w:rPr>
          <w:sz w:val="28"/>
          <w:lang w:val="ru-RU"/>
        </w:rPr>
      </w:pPr>
      <w:r w:rsidRPr="00D57FAE">
        <w:rPr>
          <w:b/>
          <w:sz w:val="28"/>
          <w:lang w:val="ru-RU"/>
        </w:rPr>
        <w:t>Исполнитель обязан:</w:t>
      </w:r>
    </w:p>
    <w:p w:rsidR="00D57FAE" w:rsidRPr="00D57FAE" w:rsidRDefault="00D57FAE" w:rsidP="00D57FAE">
      <w:pPr>
        <w:numPr>
          <w:ilvl w:val="0"/>
          <w:numId w:val="14"/>
        </w:numPr>
        <w:contextualSpacing/>
        <w:jc w:val="left"/>
        <w:rPr>
          <w:sz w:val="28"/>
          <w:lang w:val="ru-RU"/>
        </w:rPr>
      </w:pPr>
      <w:r w:rsidRPr="00D57FAE">
        <w:rPr>
          <w:sz w:val="28"/>
          <w:lang w:val="ru-RU"/>
        </w:rPr>
        <w:t>назначить ответственного специалиста для взаимодействия с Заказчиком на весь срок действия договора;</w:t>
      </w:r>
    </w:p>
    <w:p w:rsidR="00D57FAE" w:rsidRPr="00D57FAE" w:rsidRDefault="00D57FAE" w:rsidP="00D57FAE">
      <w:pPr>
        <w:numPr>
          <w:ilvl w:val="0"/>
          <w:numId w:val="14"/>
        </w:numPr>
        <w:contextualSpacing/>
        <w:jc w:val="left"/>
        <w:rPr>
          <w:sz w:val="28"/>
          <w:lang w:val="ru-RU"/>
        </w:rPr>
      </w:pPr>
      <w:r w:rsidRPr="00D57FAE">
        <w:rPr>
          <w:sz w:val="28"/>
          <w:lang w:val="ru-RU"/>
        </w:rPr>
        <w:t>обеспечить возможность оперативной связи с ответственным специалистом по электронной почте и телефону в рабочее время;</w:t>
      </w:r>
    </w:p>
    <w:p w:rsidR="00D57FAE" w:rsidRPr="00D57FAE" w:rsidRDefault="00D57FAE" w:rsidP="00D57FAE">
      <w:pPr>
        <w:numPr>
          <w:ilvl w:val="0"/>
          <w:numId w:val="14"/>
        </w:numPr>
        <w:contextualSpacing/>
        <w:jc w:val="left"/>
        <w:rPr>
          <w:sz w:val="28"/>
          <w:lang w:val="ru-RU"/>
        </w:rPr>
      </w:pPr>
      <w:r w:rsidRPr="00D57FAE">
        <w:rPr>
          <w:sz w:val="28"/>
          <w:lang w:val="ru-RU"/>
        </w:rPr>
        <w:t>отвечать на запросы Заказчика в течение 1 (одного) рабочего дня с момента их получения;</w:t>
      </w:r>
    </w:p>
    <w:p w:rsidR="00D57FAE" w:rsidRPr="00D57FAE" w:rsidRDefault="00D57FAE" w:rsidP="00D57FAE">
      <w:pPr>
        <w:numPr>
          <w:ilvl w:val="0"/>
          <w:numId w:val="14"/>
        </w:numPr>
        <w:contextualSpacing/>
        <w:jc w:val="left"/>
        <w:rPr>
          <w:sz w:val="28"/>
          <w:lang w:val="ru-RU"/>
        </w:rPr>
      </w:pPr>
      <w:r w:rsidRPr="00D57FAE">
        <w:rPr>
          <w:sz w:val="28"/>
          <w:lang w:val="ru-RU"/>
        </w:rPr>
        <w:t>приступать к выполнению согласованных изменений рекламных кампаний не позднее 2 (двух) рабочих дней с момента получения соответствующего поручения Заказчика;</w:t>
      </w:r>
    </w:p>
    <w:p w:rsidR="00D57FAE" w:rsidRPr="00D57FAE" w:rsidRDefault="00D57FAE" w:rsidP="00D57FAE">
      <w:pPr>
        <w:numPr>
          <w:ilvl w:val="0"/>
          <w:numId w:val="14"/>
        </w:numPr>
        <w:contextualSpacing/>
        <w:jc w:val="left"/>
        <w:rPr>
          <w:sz w:val="28"/>
          <w:lang w:val="ru-RU"/>
        </w:rPr>
      </w:pPr>
      <w:r w:rsidRPr="00D57FAE">
        <w:rPr>
          <w:sz w:val="28"/>
          <w:lang w:val="ru-RU"/>
        </w:rPr>
        <w:t>незамедлительно информировать Заказчика об обстоятельствах, способных привести к остановке кампаний, нецелевому расходованию бюджета либо существенному снижению эффективности;</w:t>
      </w:r>
    </w:p>
    <w:p w:rsidR="00D57FAE" w:rsidRPr="00D57FAE" w:rsidRDefault="00D57FAE" w:rsidP="00D57FAE">
      <w:pPr>
        <w:numPr>
          <w:ilvl w:val="0"/>
          <w:numId w:val="14"/>
        </w:numPr>
        <w:contextualSpacing/>
        <w:jc w:val="left"/>
        <w:rPr>
          <w:sz w:val="28"/>
          <w:lang w:val="ru-RU"/>
        </w:rPr>
      </w:pPr>
      <w:r w:rsidRPr="00D57FAE">
        <w:rPr>
          <w:sz w:val="28"/>
          <w:lang w:val="ru-RU"/>
        </w:rPr>
        <w:lastRenderedPageBreak/>
        <w:t>предоставлять консультации по вопросам проведения рекламной кампании в течение всего срока действия договора;</w:t>
      </w:r>
    </w:p>
    <w:p w:rsidR="00D57FAE" w:rsidRPr="00D57FAE" w:rsidRDefault="00D57FAE" w:rsidP="00D57FAE">
      <w:pPr>
        <w:numPr>
          <w:ilvl w:val="0"/>
          <w:numId w:val="14"/>
        </w:numPr>
        <w:contextualSpacing/>
        <w:jc w:val="left"/>
        <w:rPr>
          <w:sz w:val="28"/>
          <w:lang w:val="ru-RU"/>
        </w:rPr>
      </w:pPr>
      <w:r w:rsidRPr="00D57FAE">
        <w:rPr>
          <w:sz w:val="28"/>
          <w:lang w:val="ru-RU"/>
        </w:rPr>
        <w:t>согласовывать с Заказчиком все существенные изменения стратегии, перечня направлений, посадочных страниц, бюджетов и рекламных материалов.</w:t>
      </w:r>
    </w:p>
    <w:p w:rsidR="00D57FAE" w:rsidRPr="00D57FAE" w:rsidRDefault="00D57FAE" w:rsidP="00D57FAE">
      <w:pPr>
        <w:spacing w:before="40"/>
        <w:ind w:firstLine="709"/>
        <w:rPr>
          <w:sz w:val="28"/>
          <w:lang w:val="ru-RU"/>
        </w:rPr>
      </w:pPr>
      <w:r w:rsidRPr="00D57FAE">
        <w:rPr>
          <w:sz w:val="28"/>
          <w:lang w:val="ru-RU"/>
        </w:rPr>
        <w:t>Письменным согласованием в рамках настоящего технического задания признается в том числе согласование посредством электронной почты уполномоченных представителей Сторон.</w:t>
      </w: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11. Отчетность</w:t>
      </w:r>
    </w:p>
    <w:p w:rsidR="00D57FAE" w:rsidRPr="00D57FAE" w:rsidRDefault="00D57FAE" w:rsidP="00D57FAE">
      <w:pPr>
        <w:rPr>
          <w:sz w:val="28"/>
          <w:lang w:val="ru-RU"/>
        </w:rPr>
      </w:pPr>
      <w:r w:rsidRPr="00D57FAE">
        <w:rPr>
          <w:b/>
          <w:sz w:val="28"/>
          <w:lang w:val="ru-RU"/>
        </w:rPr>
        <w:t>Исполнитель предоставляет Заказчику следующую отчетность:</w:t>
      </w:r>
    </w:p>
    <w:p w:rsidR="00D57FAE" w:rsidRPr="00D57FAE" w:rsidRDefault="00D57FAE" w:rsidP="00D57FAE">
      <w:pPr>
        <w:numPr>
          <w:ilvl w:val="0"/>
          <w:numId w:val="17"/>
        </w:numPr>
        <w:contextualSpacing/>
        <w:jc w:val="left"/>
        <w:rPr>
          <w:sz w:val="28"/>
          <w:lang w:val="ru-RU"/>
        </w:rPr>
      </w:pPr>
      <w:r w:rsidRPr="00D57FAE">
        <w:rPr>
          <w:sz w:val="28"/>
          <w:lang w:val="ru-RU"/>
        </w:rPr>
        <w:t>еженедельно, в последний рабочий день недели, — краткий оперативный отчет о расходах, кликах, целевых обращениях, выявленных проблемах, выполненных действиях и планах на следующую неделю;</w:t>
      </w:r>
    </w:p>
    <w:p w:rsidR="00D57FAE" w:rsidRPr="00D57FAE" w:rsidRDefault="00D57FAE" w:rsidP="00D57FAE">
      <w:pPr>
        <w:numPr>
          <w:ilvl w:val="0"/>
          <w:numId w:val="17"/>
        </w:numPr>
        <w:contextualSpacing/>
        <w:jc w:val="left"/>
        <w:rPr>
          <w:sz w:val="28"/>
          <w:lang w:val="ru-RU"/>
        </w:rPr>
      </w:pPr>
      <w:r w:rsidRPr="00D57FAE">
        <w:rPr>
          <w:sz w:val="28"/>
          <w:lang w:val="ru-RU"/>
        </w:rPr>
        <w:t>ежемесячно, не позднее 5-го рабочего дня месяца, следующего за отчетным, — подробный сводный отчет;</w:t>
      </w:r>
    </w:p>
    <w:p w:rsidR="00D57FAE" w:rsidRPr="00D57FAE" w:rsidRDefault="00D57FAE" w:rsidP="00D57FAE">
      <w:pPr>
        <w:numPr>
          <w:ilvl w:val="0"/>
          <w:numId w:val="17"/>
        </w:numPr>
        <w:contextualSpacing/>
        <w:jc w:val="left"/>
        <w:rPr>
          <w:sz w:val="28"/>
          <w:lang w:val="ru-RU"/>
        </w:rPr>
      </w:pPr>
      <w:r w:rsidRPr="00D57FAE">
        <w:rPr>
          <w:sz w:val="28"/>
          <w:lang w:val="ru-RU"/>
        </w:rPr>
        <w:t>по окончании договора, не позднее 5 (пяти) рабочих дней после завершения оказания услуг, — итоговый отчет за весь период рекламной кампании;</w:t>
      </w:r>
    </w:p>
    <w:p w:rsidR="00D57FAE" w:rsidRPr="00D57FAE" w:rsidRDefault="00D57FAE" w:rsidP="00D57FAE">
      <w:pPr>
        <w:numPr>
          <w:ilvl w:val="0"/>
          <w:numId w:val="17"/>
        </w:numPr>
        <w:contextualSpacing/>
        <w:jc w:val="left"/>
        <w:rPr>
          <w:sz w:val="28"/>
          <w:lang w:val="ru-RU"/>
        </w:rPr>
      </w:pPr>
      <w:r w:rsidRPr="00D57FAE">
        <w:rPr>
          <w:sz w:val="28"/>
          <w:lang w:val="ru-RU"/>
        </w:rPr>
        <w:t>по запросу Заказчика — дополнительные сведения, выгрузки и пояснения, необходимые для контроля исполнения договора.</w:t>
      </w:r>
    </w:p>
    <w:p w:rsidR="00D57FAE" w:rsidRPr="00D57FAE" w:rsidRDefault="00D57FAE" w:rsidP="00D57FAE">
      <w:pPr>
        <w:spacing w:before="40"/>
        <w:rPr>
          <w:sz w:val="28"/>
          <w:lang w:val="ru-RU"/>
        </w:rPr>
      </w:pPr>
      <w:r w:rsidRPr="00D57FAE">
        <w:rPr>
          <w:b/>
          <w:sz w:val="28"/>
          <w:lang w:val="ru-RU"/>
        </w:rPr>
        <w:t>Ежемесячный отчет должен содержать не менее следующих сведений:</w:t>
      </w:r>
    </w:p>
    <w:p w:rsidR="00D57FAE" w:rsidRPr="00D57FAE" w:rsidRDefault="00D57FAE" w:rsidP="00D57FAE">
      <w:pPr>
        <w:numPr>
          <w:ilvl w:val="0"/>
          <w:numId w:val="16"/>
        </w:numPr>
        <w:contextualSpacing/>
        <w:jc w:val="left"/>
        <w:rPr>
          <w:sz w:val="28"/>
          <w:lang w:val="ru-RU"/>
        </w:rPr>
      </w:pPr>
      <w:r w:rsidRPr="00D57FAE">
        <w:rPr>
          <w:sz w:val="28"/>
          <w:lang w:val="ru-RU"/>
        </w:rPr>
        <w:t>перечень выполненных работ и внесенных изменений;</w:t>
      </w:r>
    </w:p>
    <w:p w:rsidR="00D57FAE" w:rsidRPr="00D57FAE" w:rsidRDefault="00D57FAE" w:rsidP="00D57FAE">
      <w:pPr>
        <w:numPr>
          <w:ilvl w:val="0"/>
          <w:numId w:val="16"/>
        </w:numPr>
        <w:contextualSpacing/>
        <w:jc w:val="left"/>
        <w:rPr>
          <w:sz w:val="28"/>
          <w:lang w:val="ru-RU"/>
        </w:rPr>
      </w:pPr>
      <w:r w:rsidRPr="00D57FAE">
        <w:rPr>
          <w:sz w:val="28"/>
          <w:lang w:val="ru-RU"/>
        </w:rPr>
        <w:t>общую стоимость услуг, размер вознаграждения Исполнителя и фактическую сумму, направленную на размещение рекламы;</w:t>
      </w:r>
    </w:p>
    <w:p w:rsidR="00D57FAE" w:rsidRPr="00D57FAE" w:rsidRDefault="00D57FAE" w:rsidP="00D57FAE">
      <w:pPr>
        <w:numPr>
          <w:ilvl w:val="0"/>
          <w:numId w:val="16"/>
        </w:numPr>
        <w:contextualSpacing/>
        <w:jc w:val="left"/>
        <w:rPr>
          <w:sz w:val="28"/>
          <w:lang w:val="ru-RU"/>
        </w:rPr>
      </w:pPr>
      <w:r w:rsidRPr="00D57FAE">
        <w:rPr>
          <w:sz w:val="28"/>
          <w:lang w:val="ru-RU"/>
        </w:rPr>
        <w:t>подтверждение фактических расходов рекламного бюджета по данным рекламных кабинетов;</w:t>
      </w:r>
    </w:p>
    <w:p w:rsidR="00D57FAE" w:rsidRPr="00D57FAE" w:rsidRDefault="00D57FAE" w:rsidP="00D57FAE">
      <w:pPr>
        <w:numPr>
          <w:ilvl w:val="0"/>
          <w:numId w:val="16"/>
        </w:numPr>
        <w:contextualSpacing/>
        <w:jc w:val="left"/>
        <w:rPr>
          <w:sz w:val="28"/>
          <w:lang w:val="ru-RU"/>
        </w:rPr>
      </w:pPr>
      <w:r w:rsidRPr="00D57FAE">
        <w:rPr>
          <w:sz w:val="28"/>
          <w:lang w:val="ru-RU"/>
        </w:rPr>
        <w:t>остаток денежных средств и сведения о переносе неиспользованного бюджета;</w:t>
      </w:r>
    </w:p>
    <w:p w:rsidR="00D57FAE" w:rsidRPr="00D57FAE" w:rsidRDefault="00D57FAE" w:rsidP="00D57FAE">
      <w:pPr>
        <w:numPr>
          <w:ilvl w:val="0"/>
          <w:numId w:val="16"/>
        </w:numPr>
        <w:contextualSpacing/>
        <w:jc w:val="left"/>
        <w:rPr>
          <w:sz w:val="28"/>
          <w:lang w:val="ru-RU"/>
        </w:rPr>
      </w:pPr>
      <w:r w:rsidRPr="00D57FAE">
        <w:rPr>
          <w:sz w:val="28"/>
          <w:lang w:val="ru-RU"/>
        </w:rPr>
        <w:t xml:space="preserve">показы, клики, </w:t>
      </w:r>
      <w:r w:rsidRPr="00D57FAE">
        <w:rPr>
          <w:sz w:val="28"/>
        </w:rPr>
        <w:t>CTR</w:t>
      </w:r>
      <w:r w:rsidRPr="00D57FAE">
        <w:rPr>
          <w:sz w:val="28"/>
          <w:lang w:val="ru-RU"/>
        </w:rPr>
        <w:t xml:space="preserve">, </w:t>
      </w:r>
      <w:r w:rsidRPr="00D57FAE">
        <w:rPr>
          <w:sz w:val="28"/>
        </w:rPr>
        <w:t>CPC</w:t>
      </w:r>
      <w:r w:rsidRPr="00D57FAE">
        <w:rPr>
          <w:sz w:val="28"/>
          <w:lang w:val="ru-RU"/>
        </w:rPr>
        <w:t xml:space="preserve">, количество целевых обращений, коэффициент конверсии и </w:t>
      </w:r>
      <w:r w:rsidRPr="00D57FAE">
        <w:rPr>
          <w:sz w:val="28"/>
        </w:rPr>
        <w:t>CPA</w:t>
      </w:r>
      <w:r w:rsidRPr="00D57FAE">
        <w:rPr>
          <w:sz w:val="28"/>
          <w:lang w:val="ru-RU"/>
        </w:rPr>
        <w:t>;</w:t>
      </w:r>
    </w:p>
    <w:p w:rsidR="00D57FAE" w:rsidRPr="00D57FAE" w:rsidRDefault="00D57FAE" w:rsidP="00D57FAE">
      <w:pPr>
        <w:numPr>
          <w:ilvl w:val="0"/>
          <w:numId w:val="16"/>
        </w:numPr>
        <w:contextualSpacing/>
        <w:jc w:val="left"/>
        <w:rPr>
          <w:sz w:val="28"/>
          <w:lang w:val="ru-RU"/>
        </w:rPr>
      </w:pPr>
      <w:r w:rsidRPr="00D57FAE">
        <w:rPr>
          <w:sz w:val="28"/>
          <w:lang w:val="ru-RU"/>
        </w:rPr>
        <w:t>разбивку показателей по странам, рекламным системам, языкам, кампаниям и продвигаемым медицинским направлениям;</w:t>
      </w:r>
    </w:p>
    <w:p w:rsidR="00D57FAE" w:rsidRPr="00D57FAE" w:rsidRDefault="00D57FAE" w:rsidP="00D57FAE">
      <w:pPr>
        <w:numPr>
          <w:ilvl w:val="0"/>
          <w:numId w:val="16"/>
        </w:numPr>
        <w:contextualSpacing/>
        <w:jc w:val="left"/>
        <w:rPr>
          <w:sz w:val="28"/>
          <w:lang w:val="ru-RU"/>
        </w:rPr>
      </w:pPr>
      <w:r w:rsidRPr="00D57FAE">
        <w:rPr>
          <w:sz w:val="28"/>
          <w:lang w:val="ru-RU"/>
        </w:rPr>
        <w:t>перечень наиболее эффективных и неэффективных кампаний, ключевых слов, поисковых запросов, объявлений и площадок;</w:t>
      </w:r>
    </w:p>
    <w:p w:rsidR="00D57FAE" w:rsidRPr="00D57FAE" w:rsidRDefault="00D57FAE" w:rsidP="00D57FAE">
      <w:pPr>
        <w:numPr>
          <w:ilvl w:val="0"/>
          <w:numId w:val="16"/>
        </w:numPr>
        <w:contextualSpacing/>
        <w:jc w:val="left"/>
        <w:rPr>
          <w:sz w:val="28"/>
          <w:lang w:val="ru-RU"/>
        </w:rPr>
      </w:pPr>
      <w:r w:rsidRPr="00D57FAE">
        <w:rPr>
          <w:sz w:val="28"/>
          <w:lang w:val="ru-RU"/>
        </w:rPr>
        <w:t>сведения о расширении семантического ядра, добавленных минус-словах и исключенном нецелевом трафике;</w:t>
      </w:r>
    </w:p>
    <w:p w:rsidR="00D57FAE" w:rsidRPr="00D57FAE" w:rsidRDefault="00D57FAE" w:rsidP="00D57FAE">
      <w:pPr>
        <w:numPr>
          <w:ilvl w:val="0"/>
          <w:numId w:val="16"/>
        </w:numPr>
        <w:contextualSpacing/>
        <w:jc w:val="left"/>
        <w:rPr>
          <w:sz w:val="28"/>
          <w:lang w:val="ru-RU"/>
        </w:rPr>
      </w:pPr>
      <w:r w:rsidRPr="00D57FAE">
        <w:rPr>
          <w:sz w:val="28"/>
          <w:lang w:val="ru-RU"/>
        </w:rPr>
        <w:t xml:space="preserve">описание проведенных </w:t>
      </w:r>
      <w:r w:rsidRPr="00D57FAE">
        <w:rPr>
          <w:sz w:val="28"/>
        </w:rPr>
        <w:t>A</w:t>
      </w:r>
      <w:r w:rsidRPr="00D57FAE">
        <w:rPr>
          <w:sz w:val="28"/>
          <w:lang w:val="ru-RU"/>
        </w:rPr>
        <w:t>/</w:t>
      </w:r>
      <w:r w:rsidRPr="00D57FAE">
        <w:rPr>
          <w:sz w:val="28"/>
        </w:rPr>
        <w:t>B</w:t>
      </w:r>
      <w:r w:rsidRPr="00D57FAE">
        <w:rPr>
          <w:sz w:val="28"/>
          <w:lang w:val="ru-RU"/>
        </w:rPr>
        <w:t>-тестов и результаты оптимизации;</w:t>
      </w:r>
    </w:p>
    <w:p w:rsidR="00D57FAE" w:rsidRPr="00D57FAE" w:rsidRDefault="00D57FAE" w:rsidP="00D57FAE">
      <w:pPr>
        <w:numPr>
          <w:ilvl w:val="0"/>
          <w:numId w:val="16"/>
        </w:numPr>
        <w:contextualSpacing/>
        <w:jc w:val="left"/>
        <w:rPr>
          <w:sz w:val="28"/>
          <w:lang w:val="ru-RU"/>
        </w:rPr>
      </w:pPr>
      <w:r w:rsidRPr="00D57FAE">
        <w:rPr>
          <w:sz w:val="28"/>
          <w:lang w:val="ru-RU"/>
        </w:rPr>
        <w:t>рекомендации по дальнейшему повышению эффективности кампаний и посадочных страниц.</w:t>
      </w:r>
    </w:p>
    <w:p w:rsidR="00D57FAE" w:rsidRPr="00D57FAE" w:rsidRDefault="00D57FAE" w:rsidP="00D57FAE">
      <w:pPr>
        <w:spacing w:before="40"/>
        <w:ind w:firstLine="709"/>
        <w:rPr>
          <w:sz w:val="28"/>
          <w:lang w:val="ru-RU"/>
        </w:rPr>
      </w:pPr>
      <w:r w:rsidRPr="00D57FAE">
        <w:rPr>
          <w:sz w:val="28"/>
          <w:lang w:val="ru-RU"/>
        </w:rPr>
        <w:t>Отчеты предоставляются в электронном виде. Табличные данные должны быть предоставлены в редактируемом формате. Заказчик должен иметь постоянный доступ к рекламным кабинетам и системам аналитики в течение всего срока действия договора.</w:t>
      </w: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lastRenderedPageBreak/>
        <w:t>12. Рекламные кабинеты, доступы и права на результаты работ</w:t>
      </w:r>
    </w:p>
    <w:p w:rsidR="00D57FAE" w:rsidRPr="00D57FAE" w:rsidRDefault="00D57FAE" w:rsidP="00D57FAE">
      <w:pPr>
        <w:ind w:firstLine="709"/>
        <w:rPr>
          <w:sz w:val="28"/>
          <w:lang w:val="ru-RU"/>
        </w:rPr>
      </w:pPr>
      <w:r w:rsidRPr="00D57FAE">
        <w:rPr>
          <w:sz w:val="28"/>
          <w:lang w:val="ru-RU"/>
        </w:rPr>
        <w:t>Все рекламные кабинеты создаются Исполнителем на аккаунтах Заказчика либо на адресах электронной почты, указанных Заказчиком. С момента создания Заказчику предоставляется полный административный доступ. Использование общего агентского кабинета в качестве единственного места хранения кампаний не допускается.</w:t>
      </w:r>
    </w:p>
    <w:p w:rsidR="00D57FAE" w:rsidRPr="00D57FAE" w:rsidRDefault="00D57FAE" w:rsidP="00D57FAE">
      <w:pPr>
        <w:ind w:firstLine="709"/>
        <w:rPr>
          <w:sz w:val="28"/>
          <w:lang w:val="ru-RU"/>
        </w:rPr>
      </w:pPr>
      <w:r w:rsidRPr="00D57FAE">
        <w:rPr>
          <w:sz w:val="28"/>
          <w:lang w:val="ru-RU"/>
        </w:rPr>
        <w:t>Исполнитель вправе подключить кабинеты к своему управляющему/агентскому аккаунту исключительно для ведения кампаний, при этом право Заказчика на полный административный доступ не может быть ограничено.</w:t>
      </w:r>
    </w:p>
    <w:p w:rsidR="00D57FAE" w:rsidRPr="00D57FAE" w:rsidRDefault="00D57FAE" w:rsidP="00D57FAE">
      <w:pPr>
        <w:ind w:firstLine="709"/>
        <w:rPr>
          <w:sz w:val="28"/>
          <w:lang w:val="ru-RU"/>
        </w:rPr>
      </w:pPr>
      <w:r w:rsidRPr="00D57FAE">
        <w:rPr>
          <w:sz w:val="28"/>
          <w:lang w:val="ru-RU"/>
        </w:rPr>
        <w:t>Пополнение рекламных кабинетов и оплата размещения рекламы осуществляются Исполнителем. По запросу Заказчика Исполнитель предоставляет подтверждающие сведения о пополнении и расходовании средств.</w:t>
      </w:r>
    </w:p>
    <w:p w:rsidR="00D57FAE" w:rsidRPr="00D57FAE" w:rsidRDefault="00D57FAE" w:rsidP="00D57FAE">
      <w:pPr>
        <w:ind w:firstLine="709"/>
        <w:rPr>
          <w:sz w:val="28"/>
          <w:lang w:val="ru-RU"/>
        </w:rPr>
      </w:pPr>
      <w:r w:rsidRPr="00D57FAE">
        <w:rPr>
          <w:sz w:val="28"/>
          <w:lang w:val="ru-RU"/>
        </w:rPr>
        <w:t>Все созданные рекламные кампании, объявления, семантическое ядро, списки минус-слов, графические материалы и иные результаты работ являются собственностью Заказчика.</w:t>
      </w:r>
    </w:p>
    <w:p w:rsidR="00D57FAE" w:rsidRPr="00D57FAE" w:rsidRDefault="00D57FAE" w:rsidP="00D57FAE">
      <w:pPr>
        <w:ind w:firstLine="709"/>
        <w:rPr>
          <w:sz w:val="28"/>
          <w:lang w:val="ru-RU"/>
        </w:rPr>
      </w:pPr>
      <w:r w:rsidRPr="00D57FAE">
        <w:rPr>
          <w:sz w:val="28"/>
          <w:lang w:val="ru-RU"/>
        </w:rPr>
        <w:t>Исключительные имущественные права на тексты, графические материалы и иные охраняемые результаты интеллектуальной деятельности, созданные Исполнителем в рамках договора, передаются Заказчику в полном объеме с момента оплаты соответствующих услуг, если иное не установлено договором.</w:t>
      </w:r>
    </w:p>
    <w:p w:rsidR="00D57FAE" w:rsidRPr="00D57FAE" w:rsidRDefault="00D57FAE" w:rsidP="00D57FAE">
      <w:pPr>
        <w:ind w:firstLine="709"/>
        <w:rPr>
          <w:sz w:val="28"/>
          <w:lang w:val="ru-RU"/>
        </w:rPr>
      </w:pPr>
      <w:r w:rsidRPr="00D57FAE">
        <w:rPr>
          <w:sz w:val="28"/>
          <w:lang w:val="ru-RU"/>
        </w:rPr>
        <w:t>Исполнитель не вправе ограничивать доступ Заказчика к результатам работ, удалять их, использовать в интересах третьих лиц либо размещать в портфолио без письменного согласия Заказчика.</w:t>
      </w:r>
    </w:p>
    <w:p w:rsidR="00D57FAE" w:rsidRPr="00D57FAE" w:rsidRDefault="00D57FAE" w:rsidP="00D57FAE">
      <w:pPr>
        <w:ind w:firstLine="709"/>
        <w:rPr>
          <w:sz w:val="28"/>
          <w:lang w:val="ru-RU"/>
        </w:rPr>
      </w:pPr>
      <w:r w:rsidRPr="00D57FAE">
        <w:rPr>
          <w:sz w:val="28"/>
          <w:lang w:val="ru-RU"/>
        </w:rPr>
        <w:t>По требованию Заказчика Исполнитель обязан предоставить экспорт (резервную копию) структуры рекламных кампаний, ключевых слов, минус-слов, объявлений, графических материалов, аудиторий, настроек таргетинга и конверсий, а также иных параметров кампаний.</w:t>
      </w:r>
    </w:p>
    <w:p w:rsidR="00D57FAE" w:rsidRPr="00D57FAE" w:rsidRDefault="00D57FAE" w:rsidP="00D57FAE">
      <w:pPr>
        <w:ind w:firstLine="709"/>
        <w:rPr>
          <w:sz w:val="28"/>
          <w:lang w:val="ru-RU"/>
        </w:rPr>
      </w:pPr>
      <w:r w:rsidRPr="00D57FAE">
        <w:rPr>
          <w:sz w:val="28"/>
          <w:lang w:val="ru-RU"/>
        </w:rPr>
        <w:t>По окончании договора Исполнитель обязан передать Заказчику все доступы, резервные копии, исходные материалы, отчеты и рекомендации, необходимые для дальнейшего ведения рекламных кампаний другим исполнителем.</w:t>
      </w:r>
    </w:p>
    <w:p w:rsidR="003854CC" w:rsidRDefault="003854CC" w:rsidP="00D57FAE">
      <w:pPr>
        <w:keepNext/>
        <w:pBdr>
          <w:bottom w:val="single" w:sz="4" w:space="2" w:color="808080"/>
        </w:pBdr>
        <w:spacing w:before="140" w:after="60"/>
        <w:jc w:val="left"/>
        <w:rPr>
          <w:b/>
          <w:sz w:val="28"/>
          <w:lang w:val="ru-RU"/>
        </w:rPr>
      </w:pPr>
    </w:p>
    <w:p w:rsidR="00D57FAE" w:rsidRPr="00D57FAE" w:rsidRDefault="00D57FAE" w:rsidP="00D57FAE">
      <w:pPr>
        <w:keepNext/>
        <w:pBdr>
          <w:bottom w:val="single" w:sz="4" w:space="2" w:color="808080"/>
        </w:pBdr>
        <w:spacing w:before="140" w:after="60"/>
        <w:jc w:val="left"/>
        <w:rPr>
          <w:sz w:val="28"/>
          <w:lang w:val="ru-RU"/>
        </w:rPr>
      </w:pPr>
      <w:r w:rsidRPr="00D57FAE">
        <w:rPr>
          <w:b/>
          <w:sz w:val="28"/>
          <w:lang w:val="ru-RU"/>
        </w:rPr>
        <w:t>13. Требования к Исполнителю</w:t>
      </w:r>
    </w:p>
    <w:p w:rsidR="00D57FAE" w:rsidRPr="00D57FAE" w:rsidRDefault="00D57FAE" w:rsidP="00D57FAE">
      <w:pPr>
        <w:numPr>
          <w:ilvl w:val="0"/>
          <w:numId w:val="15"/>
        </w:numPr>
        <w:contextualSpacing/>
        <w:jc w:val="left"/>
        <w:rPr>
          <w:sz w:val="28"/>
          <w:lang w:val="ru-RU"/>
        </w:rPr>
      </w:pPr>
      <w:r w:rsidRPr="00D57FAE">
        <w:rPr>
          <w:sz w:val="28"/>
          <w:lang w:val="ru-RU"/>
        </w:rPr>
        <w:t xml:space="preserve">опыт создания и ведения рекламных кампаний в </w:t>
      </w:r>
      <w:r w:rsidRPr="00D57FAE">
        <w:rPr>
          <w:sz w:val="28"/>
        </w:rPr>
        <w:t>Google</w:t>
      </w:r>
      <w:r w:rsidRPr="00D57FAE">
        <w:rPr>
          <w:sz w:val="28"/>
          <w:lang w:val="ru-RU"/>
        </w:rPr>
        <w:t xml:space="preserve"> </w:t>
      </w:r>
      <w:r w:rsidRPr="00D57FAE">
        <w:rPr>
          <w:sz w:val="28"/>
        </w:rPr>
        <w:t>Ads</w:t>
      </w:r>
      <w:r w:rsidRPr="00D57FAE">
        <w:rPr>
          <w:sz w:val="28"/>
          <w:lang w:val="ru-RU"/>
        </w:rPr>
        <w:t xml:space="preserve"> и </w:t>
      </w:r>
      <w:proofErr w:type="spellStart"/>
      <w:r w:rsidRPr="00D57FAE">
        <w:rPr>
          <w:sz w:val="28"/>
          <w:lang w:val="ru-RU"/>
        </w:rPr>
        <w:t>Яндекс.Директ</w:t>
      </w:r>
      <w:proofErr w:type="spellEnd"/>
      <w:r w:rsidRPr="00D57FAE">
        <w:rPr>
          <w:sz w:val="28"/>
          <w:lang w:val="ru-RU"/>
        </w:rPr>
        <w:t xml:space="preserve"> не менее 3 (трех) лет;</w:t>
      </w:r>
    </w:p>
    <w:p w:rsidR="00D57FAE" w:rsidRPr="00D57FAE" w:rsidRDefault="00D57FAE" w:rsidP="00D57FAE">
      <w:pPr>
        <w:numPr>
          <w:ilvl w:val="0"/>
          <w:numId w:val="15"/>
        </w:numPr>
        <w:contextualSpacing/>
        <w:jc w:val="left"/>
        <w:rPr>
          <w:sz w:val="28"/>
          <w:lang w:val="ru-RU"/>
        </w:rPr>
      </w:pPr>
      <w:r w:rsidRPr="00D57FAE">
        <w:rPr>
          <w:sz w:val="28"/>
          <w:lang w:val="ru-RU"/>
        </w:rPr>
        <w:t>наличие не менее 10 (десяти) завершенных проектов по ведению контекстной рекламы, подтверждаемых договорами, актами, отзывами либо иными документами;</w:t>
      </w:r>
    </w:p>
    <w:p w:rsidR="00D57FAE" w:rsidRPr="00D57FAE" w:rsidRDefault="00D57FAE" w:rsidP="00D57FAE">
      <w:pPr>
        <w:numPr>
          <w:ilvl w:val="0"/>
          <w:numId w:val="15"/>
        </w:numPr>
        <w:contextualSpacing/>
        <w:jc w:val="left"/>
        <w:rPr>
          <w:sz w:val="28"/>
          <w:lang w:val="ru-RU"/>
        </w:rPr>
      </w:pPr>
      <w:r w:rsidRPr="00D57FAE">
        <w:rPr>
          <w:sz w:val="28"/>
          <w:lang w:val="ru-RU"/>
        </w:rPr>
        <w:t xml:space="preserve">наличие специалистов, обладающих практическими навыками работы с </w:t>
      </w:r>
      <w:r w:rsidRPr="00D57FAE">
        <w:rPr>
          <w:sz w:val="28"/>
        </w:rPr>
        <w:t>Google</w:t>
      </w:r>
      <w:r w:rsidRPr="00D57FAE">
        <w:rPr>
          <w:sz w:val="28"/>
          <w:lang w:val="ru-RU"/>
        </w:rPr>
        <w:t xml:space="preserve"> </w:t>
      </w:r>
      <w:r w:rsidRPr="00D57FAE">
        <w:rPr>
          <w:sz w:val="28"/>
        </w:rPr>
        <w:t>Ads</w:t>
      </w:r>
      <w:r w:rsidRPr="00D57FAE">
        <w:rPr>
          <w:sz w:val="28"/>
          <w:lang w:val="ru-RU"/>
        </w:rPr>
        <w:t xml:space="preserve">, </w:t>
      </w:r>
      <w:proofErr w:type="spellStart"/>
      <w:r w:rsidRPr="00D57FAE">
        <w:rPr>
          <w:sz w:val="28"/>
          <w:lang w:val="ru-RU"/>
        </w:rPr>
        <w:t>Яндекс.Директ</w:t>
      </w:r>
      <w:proofErr w:type="spellEnd"/>
      <w:r w:rsidRPr="00D57FAE">
        <w:rPr>
          <w:sz w:val="28"/>
          <w:lang w:val="ru-RU"/>
        </w:rPr>
        <w:t xml:space="preserve">, </w:t>
      </w:r>
      <w:r w:rsidRPr="00D57FAE">
        <w:rPr>
          <w:sz w:val="28"/>
        </w:rPr>
        <w:t>Google</w:t>
      </w:r>
      <w:r w:rsidRPr="00D57FAE">
        <w:rPr>
          <w:sz w:val="28"/>
          <w:lang w:val="ru-RU"/>
        </w:rPr>
        <w:t xml:space="preserve"> </w:t>
      </w:r>
      <w:r w:rsidRPr="00D57FAE">
        <w:rPr>
          <w:sz w:val="28"/>
        </w:rPr>
        <w:t>Analytics</w:t>
      </w:r>
      <w:r w:rsidRPr="00D57FAE">
        <w:rPr>
          <w:sz w:val="28"/>
          <w:lang w:val="ru-RU"/>
        </w:rPr>
        <w:t xml:space="preserve"> 4 и </w:t>
      </w:r>
      <w:proofErr w:type="spellStart"/>
      <w:r w:rsidRPr="00D57FAE">
        <w:rPr>
          <w:sz w:val="28"/>
          <w:lang w:val="ru-RU"/>
        </w:rPr>
        <w:t>Яндекс.Метрикой</w:t>
      </w:r>
      <w:proofErr w:type="spellEnd"/>
      <w:r w:rsidRPr="00D57FAE">
        <w:rPr>
          <w:sz w:val="28"/>
          <w:lang w:val="ru-RU"/>
        </w:rPr>
        <w:t>;</w:t>
      </w:r>
    </w:p>
    <w:p w:rsidR="00D57FAE" w:rsidRPr="00D57FAE" w:rsidRDefault="00D57FAE" w:rsidP="00D57FAE">
      <w:pPr>
        <w:numPr>
          <w:ilvl w:val="0"/>
          <w:numId w:val="15"/>
        </w:numPr>
        <w:contextualSpacing/>
        <w:jc w:val="left"/>
        <w:rPr>
          <w:sz w:val="28"/>
          <w:lang w:val="ru-RU"/>
        </w:rPr>
      </w:pPr>
      <w:r w:rsidRPr="00D57FAE">
        <w:rPr>
          <w:sz w:val="28"/>
          <w:lang w:val="ru-RU"/>
        </w:rPr>
        <w:t>способность самостоятельно осуществлять подготовку текстовых и графических рекламных материалов;</w:t>
      </w:r>
    </w:p>
    <w:p w:rsidR="00D57FAE" w:rsidRPr="00D57FAE" w:rsidRDefault="00D57FAE" w:rsidP="00D57FAE">
      <w:pPr>
        <w:numPr>
          <w:ilvl w:val="0"/>
          <w:numId w:val="15"/>
        </w:numPr>
        <w:contextualSpacing/>
        <w:jc w:val="left"/>
        <w:rPr>
          <w:sz w:val="28"/>
          <w:lang w:val="ru-RU"/>
        </w:rPr>
      </w:pPr>
      <w:r w:rsidRPr="00D57FAE">
        <w:rPr>
          <w:sz w:val="28"/>
          <w:lang w:val="ru-RU"/>
        </w:rPr>
        <w:t>возможность обеспечить пополнение рекламных кабинетов и непрерывность рекламных кампаний в течение всего срока договора;</w:t>
      </w:r>
    </w:p>
    <w:p w:rsidR="00D57FAE" w:rsidRPr="00D57FAE" w:rsidRDefault="00D57FAE" w:rsidP="00D57FAE">
      <w:pPr>
        <w:numPr>
          <w:ilvl w:val="0"/>
          <w:numId w:val="15"/>
        </w:numPr>
        <w:contextualSpacing/>
        <w:jc w:val="left"/>
        <w:rPr>
          <w:sz w:val="28"/>
          <w:lang w:val="ru-RU"/>
        </w:rPr>
      </w:pPr>
      <w:r w:rsidRPr="00D57FAE">
        <w:rPr>
          <w:sz w:val="28"/>
          <w:lang w:val="ru-RU"/>
        </w:rPr>
        <w:lastRenderedPageBreak/>
        <w:t xml:space="preserve">наличие требования о статусе официального партнера </w:t>
      </w:r>
      <w:r w:rsidRPr="00D57FAE">
        <w:rPr>
          <w:sz w:val="28"/>
        </w:rPr>
        <w:t>Google</w:t>
      </w:r>
      <w:r w:rsidRPr="00D57FAE">
        <w:rPr>
          <w:sz w:val="28"/>
          <w:lang w:val="ru-RU"/>
        </w:rPr>
        <w:t xml:space="preserve"> или Яндекса.</w:t>
      </w:r>
    </w:p>
    <w:p w:rsidR="00D57FAE" w:rsidRPr="00D57FAE" w:rsidRDefault="00D57FAE" w:rsidP="00D57FAE">
      <w:pPr>
        <w:jc w:val="left"/>
        <w:rPr>
          <w:sz w:val="28"/>
          <w:lang w:val="ru-RU"/>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6"/>
        <w:gridCol w:w="4933"/>
      </w:tblGrid>
      <w:tr w:rsidR="00D57FAE" w:rsidRPr="00D57FAE" w:rsidTr="00F13712">
        <w:trPr>
          <w:jc w:val="center"/>
        </w:trPr>
        <w:tc>
          <w:tcPr>
            <w:tcW w:w="4706" w:type="dxa"/>
            <w:tcMar>
              <w:top w:w="0" w:type="dxa"/>
              <w:left w:w="80" w:type="dxa"/>
              <w:bottom w:w="0" w:type="dxa"/>
              <w:right w:w="80" w:type="dxa"/>
            </w:tcMar>
          </w:tcPr>
          <w:p w:rsidR="00D57FAE" w:rsidRPr="00D57FAE" w:rsidRDefault="00D57FAE" w:rsidP="00D57FAE">
            <w:pPr>
              <w:jc w:val="left"/>
              <w:rPr>
                <w:sz w:val="28"/>
              </w:rPr>
            </w:pPr>
            <w:proofErr w:type="spellStart"/>
            <w:r w:rsidRPr="00D57FAE">
              <w:rPr>
                <w:b/>
                <w:sz w:val="28"/>
              </w:rPr>
              <w:t>Исполнитель</w:t>
            </w:r>
            <w:proofErr w:type="spellEnd"/>
            <w:r w:rsidRPr="00D57FAE">
              <w:rPr>
                <w:b/>
                <w:sz w:val="28"/>
              </w:rPr>
              <w:t>:</w:t>
            </w:r>
          </w:p>
        </w:tc>
        <w:tc>
          <w:tcPr>
            <w:tcW w:w="4933" w:type="dxa"/>
            <w:tcMar>
              <w:top w:w="0" w:type="dxa"/>
              <w:left w:w="80" w:type="dxa"/>
              <w:bottom w:w="0" w:type="dxa"/>
              <w:right w:w="80" w:type="dxa"/>
            </w:tcMar>
          </w:tcPr>
          <w:p w:rsidR="00D57FAE" w:rsidRPr="00D57FAE" w:rsidRDefault="00D57FAE" w:rsidP="00D57FAE">
            <w:pPr>
              <w:jc w:val="left"/>
              <w:rPr>
                <w:sz w:val="28"/>
                <w:lang w:val="ru-RU"/>
              </w:rPr>
            </w:pPr>
            <w:r w:rsidRPr="00D57FAE">
              <w:rPr>
                <w:b/>
                <w:sz w:val="28"/>
                <w:lang w:val="ru-RU"/>
              </w:rPr>
              <w:t>Заказчик:</w:t>
            </w:r>
          </w:p>
          <w:p w:rsidR="00D57FAE" w:rsidRPr="00D57FAE" w:rsidRDefault="00D57FAE" w:rsidP="00D57FAE">
            <w:pPr>
              <w:jc w:val="left"/>
              <w:rPr>
                <w:sz w:val="28"/>
                <w:lang w:val="ru-RU"/>
              </w:rPr>
            </w:pPr>
            <w:r w:rsidRPr="00D57FAE">
              <w:rPr>
                <w:b/>
                <w:sz w:val="28"/>
                <w:lang w:val="ru-RU"/>
              </w:rPr>
              <w:t>Учреждение образования</w:t>
            </w:r>
          </w:p>
          <w:p w:rsidR="00D57FAE" w:rsidRPr="00D57FAE" w:rsidRDefault="00D57FAE" w:rsidP="00D57FAE">
            <w:pPr>
              <w:jc w:val="left"/>
              <w:rPr>
                <w:sz w:val="28"/>
                <w:lang w:val="ru-RU"/>
              </w:rPr>
            </w:pPr>
            <w:r w:rsidRPr="00D57FAE">
              <w:rPr>
                <w:b/>
                <w:sz w:val="28"/>
                <w:lang w:val="ru-RU"/>
              </w:rPr>
              <w:t>«Белорусский государственный медицинский университет»</w:t>
            </w:r>
          </w:p>
          <w:p w:rsidR="00D57FAE" w:rsidRPr="00D57FAE" w:rsidRDefault="00D57FAE" w:rsidP="00D57FAE">
            <w:pPr>
              <w:jc w:val="left"/>
              <w:rPr>
                <w:sz w:val="28"/>
                <w:lang w:val="ru-RU"/>
              </w:rPr>
            </w:pPr>
            <w:r w:rsidRPr="00D57FAE">
              <w:rPr>
                <w:sz w:val="28"/>
                <w:lang w:val="ru-RU"/>
              </w:rPr>
              <w:t>220083, г. Минск, пр. Дзержинского, 83</w:t>
            </w:r>
          </w:p>
          <w:p w:rsidR="00D57FAE" w:rsidRPr="00D57FAE" w:rsidRDefault="00D57FAE" w:rsidP="00D57FAE">
            <w:pPr>
              <w:jc w:val="left"/>
              <w:rPr>
                <w:sz w:val="28"/>
                <w:lang w:val="ru-RU"/>
              </w:rPr>
            </w:pPr>
            <w:r w:rsidRPr="00D57FAE">
              <w:rPr>
                <w:sz w:val="28"/>
                <w:lang w:val="ru-RU"/>
              </w:rPr>
              <w:t>банковские реквизиты:</w:t>
            </w:r>
          </w:p>
          <w:p w:rsidR="00D57FAE" w:rsidRPr="00D57FAE" w:rsidRDefault="00D57FAE" w:rsidP="00D57FAE">
            <w:pPr>
              <w:jc w:val="left"/>
              <w:rPr>
                <w:sz w:val="28"/>
                <w:lang w:val="ru-RU"/>
              </w:rPr>
            </w:pPr>
            <w:r w:rsidRPr="00D57FAE">
              <w:rPr>
                <w:sz w:val="28"/>
              </w:rPr>
              <w:t>BY</w:t>
            </w:r>
            <w:r w:rsidRPr="00D57FAE">
              <w:rPr>
                <w:sz w:val="28"/>
                <w:lang w:val="ru-RU"/>
              </w:rPr>
              <w:t>93</w:t>
            </w:r>
            <w:r w:rsidRPr="00D57FAE">
              <w:rPr>
                <w:sz w:val="28"/>
              </w:rPr>
              <w:t>AKBB</w:t>
            </w:r>
            <w:r w:rsidRPr="00D57FAE">
              <w:rPr>
                <w:sz w:val="28"/>
                <w:lang w:val="ru-RU"/>
              </w:rPr>
              <w:t>36329000005386000000,</w:t>
            </w:r>
          </w:p>
          <w:p w:rsidR="00D57FAE" w:rsidRPr="00D57FAE" w:rsidRDefault="00D57FAE" w:rsidP="00D57FAE">
            <w:pPr>
              <w:jc w:val="left"/>
              <w:rPr>
                <w:sz w:val="28"/>
                <w:lang w:val="ru-RU"/>
              </w:rPr>
            </w:pPr>
            <w:r w:rsidRPr="00D57FAE">
              <w:rPr>
                <w:sz w:val="28"/>
                <w:lang w:val="ru-RU"/>
              </w:rPr>
              <w:t xml:space="preserve">Минское областное управление </w:t>
            </w:r>
          </w:p>
          <w:p w:rsidR="00D57FAE" w:rsidRPr="00D57FAE" w:rsidRDefault="00D57FAE" w:rsidP="00D57FAE">
            <w:pPr>
              <w:jc w:val="left"/>
              <w:rPr>
                <w:sz w:val="28"/>
                <w:lang w:val="ru-RU"/>
              </w:rPr>
            </w:pPr>
            <w:r w:rsidRPr="00D57FAE">
              <w:rPr>
                <w:sz w:val="28"/>
                <w:lang w:val="ru-RU"/>
              </w:rPr>
              <w:t>№ 500 ОАО «АСБ Беларусбанк»,                    г. Минск, пр. Дзержинского, 69/1</w:t>
            </w:r>
          </w:p>
          <w:p w:rsidR="00D57FAE" w:rsidRPr="00D57FAE" w:rsidRDefault="00D57FAE" w:rsidP="00D57FAE">
            <w:pPr>
              <w:jc w:val="left"/>
              <w:rPr>
                <w:sz w:val="28"/>
                <w:lang w:val="ru-RU"/>
              </w:rPr>
            </w:pPr>
            <w:r w:rsidRPr="00D57FAE">
              <w:rPr>
                <w:sz w:val="28"/>
                <w:lang w:val="ru-RU"/>
              </w:rPr>
              <w:t xml:space="preserve">код банка </w:t>
            </w:r>
            <w:r w:rsidRPr="00D57FAE">
              <w:rPr>
                <w:sz w:val="28"/>
              </w:rPr>
              <w:t>BIC</w:t>
            </w:r>
            <w:r w:rsidRPr="00D57FAE">
              <w:rPr>
                <w:sz w:val="28"/>
                <w:lang w:val="ru-RU"/>
              </w:rPr>
              <w:t xml:space="preserve"> (</w:t>
            </w:r>
            <w:r w:rsidRPr="00D57FAE">
              <w:rPr>
                <w:sz w:val="28"/>
              </w:rPr>
              <w:t>SWIFT</w:t>
            </w:r>
            <w:r w:rsidRPr="00D57FAE">
              <w:rPr>
                <w:sz w:val="28"/>
                <w:lang w:val="ru-RU"/>
              </w:rPr>
              <w:t xml:space="preserve">) </w:t>
            </w:r>
            <w:r w:rsidRPr="00D57FAE">
              <w:rPr>
                <w:sz w:val="28"/>
              </w:rPr>
              <w:t>AKBBBY</w:t>
            </w:r>
            <w:r w:rsidRPr="00D57FAE">
              <w:rPr>
                <w:sz w:val="28"/>
                <w:lang w:val="ru-RU"/>
              </w:rPr>
              <w:t>2</w:t>
            </w:r>
            <w:r w:rsidRPr="00D57FAE">
              <w:rPr>
                <w:sz w:val="28"/>
              </w:rPr>
              <w:t>X</w:t>
            </w:r>
          </w:p>
          <w:p w:rsidR="00D57FAE" w:rsidRPr="00D57FAE" w:rsidRDefault="00D57FAE" w:rsidP="00D57FAE">
            <w:pPr>
              <w:jc w:val="left"/>
              <w:rPr>
                <w:sz w:val="28"/>
                <w:lang w:val="ru-RU"/>
              </w:rPr>
            </w:pPr>
            <w:r w:rsidRPr="00D57FAE">
              <w:rPr>
                <w:sz w:val="28"/>
                <w:lang w:val="ru-RU"/>
              </w:rPr>
              <w:t>УНП 100582412</w:t>
            </w:r>
          </w:p>
          <w:p w:rsidR="00D57FAE" w:rsidRPr="00D57FAE" w:rsidRDefault="00D57FAE" w:rsidP="00D57FAE">
            <w:pPr>
              <w:jc w:val="left"/>
              <w:rPr>
                <w:sz w:val="28"/>
              </w:rPr>
            </w:pPr>
            <w:r w:rsidRPr="00D57FAE">
              <w:rPr>
                <w:sz w:val="28"/>
              </w:rPr>
              <w:t>ОКПО 02017507</w:t>
            </w:r>
          </w:p>
          <w:p w:rsidR="00D57FAE" w:rsidRPr="00D57FAE" w:rsidRDefault="00D57FAE" w:rsidP="00D57FAE">
            <w:pPr>
              <w:jc w:val="left"/>
              <w:rPr>
                <w:sz w:val="28"/>
              </w:rPr>
            </w:pPr>
            <w:proofErr w:type="spellStart"/>
            <w:r w:rsidRPr="00D57FAE">
              <w:rPr>
                <w:sz w:val="28"/>
              </w:rPr>
              <w:t>тел</w:t>
            </w:r>
            <w:proofErr w:type="spellEnd"/>
            <w:r w:rsidRPr="00D57FAE">
              <w:rPr>
                <w:sz w:val="28"/>
              </w:rPr>
              <w:t>. (017) 255 07 17</w:t>
            </w:r>
          </w:p>
          <w:p w:rsidR="00D57FAE" w:rsidRPr="00D57FAE" w:rsidRDefault="00D57FAE" w:rsidP="00D57FAE">
            <w:pPr>
              <w:jc w:val="left"/>
              <w:rPr>
                <w:sz w:val="28"/>
              </w:rPr>
            </w:pPr>
          </w:p>
        </w:tc>
      </w:tr>
      <w:tr w:rsidR="00D57FAE" w:rsidRPr="00D57FAE" w:rsidTr="00F13712">
        <w:trPr>
          <w:jc w:val="center"/>
        </w:trPr>
        <w:tc>
          <w:tcPr>
            <w:tcW w:w="4706" w:type="dxa"/>
            <w:tcMar>
              <w:top w:w="0" w:type="dxa"/>
              <w:left w:w="80" w:type="dxa"/>
              <w:bottom w:w="0" w:type="dxa"/>
              <w:right w:w="80" w:type="dxa"/>
            </w:tcMar>
          </w:tcPr>
          <w:p w:rsidR="00D57FAE" w:rsidRPr="00D57FAE" w:rsidRDefault="00D57FAE" w:rsidP="00D57FAE">
            <w:pPr>
              <w:jc w:val="left"/>
              <w:rPr>
                <w:sz w:val="28"/>
              </w:rPr>
            </w:pPr>
            <w:r w:rsidRPr="00D57FAE">
              <w:rPr>
                <w:sz w:val="28"/>
              </w:rPr>
              <w:t>________________ /                                  /</w:t>
            </w:r>
          </w:p>
        </w:tc>
        <w:tc>
          <w:tcPr>
            <w:tcW w:w="4933" w:type="dxa"/>
            <w:tcMar>
              <w:top w:w="0" w:type="dxa"/>
              <w:left w:w="80" w:type="dxa"/>
              <w:bottom w:w="0" w:type="dxa"/>
              <w:right w:w="80" w:type="dxa"/>
            </w:tcMar>
          </w:tcPr>
          <w:p w:rsidR="00D57FAE" w:rsidRPr="00D57FAE" w:rsidRDefault="00D57FAE" w:rsidP="00D57FAE">
            <w:pPr>
              <w:jc w:val="left"/>
              <w:rPr>
                <w:sz w:val="28"/>
              </w:rPr>
            </w:pPr>
            <w:r w:rsidRPr="00D57FAE">
              <w:rPr>
                <w:sz w:val="28"/>
              </w:rPr>
              <w:t>________________ /                               /</w:t>
            </w:r>
          </w:p>
        </w:tc>
      </w:tr>
      <w:tr w:rsidR="00D57FAE" w:rsidRPr="00D57FAE" w:rsidTr="00F13712">
        <w:trPr>
          <w:jc w:val="center"/>
        </w:trPr>
        <w:tc>
          <w:tcPr>
            <w:tcW w:w="4706" w:type="dxa"/>
            <w:tcMar>
              <w:top w:w="0" w:type="dxa"/>
              <w:left w:w="80" w:type="dxa"/>
              <w:bottom w:w="0" w:type="dxa"/>
              <w:right w:w="80" w:type="dxa"/>
            </w:tcMar>
          </w:tcPr>
          <w:p w:rsidR="00D57FAE" w:rsidRPr="00D57FAE" w:rsidRDefault="00D57FAE" w:rsidP="00D57FAE">
            <w:pPr>
              <w:jc w:val="left"/>
              <w:rPr>
                <w:sz w:val="28"/>
              </w:rPr>
            </w:pPr>
            <w:r w:rsidRPr="00D57FAE">
              <w:rPr>
                <w:sz w:val="28"/>
              </w:rPr>
              <w:t>«____» __________________ 2026</w:t>
            </w:r>
          </w:p>
          <w:p w:rsidR="00D57FAE" w:rsidRPr="00D57FAE" w:rsidRDefault="00D57FAE" w:rsidP="00D57FAE">
            <w:pPr>
              <w:jc w:val="left"/>
              <w:rPr>
                <w:sz w:val="28"/>
              </w:rPr>
            </w:pPr>
            <w:r w:rsidRPr="00D57FAE">
              <w:rPr>
                <w:sz w:val="28"/>
              </w:rPr>
              <w:t>М.П.</w:t>
            </w:r>
          </w:p>
        </w:tc>
        <w:tc>
          <w:tcPr>
            <w:tcW w:w="4933" w:type="dxa"/>
            <w:tcMar>
              <w:top w:w="0" w:type="dxa"/>
              <w:left w:w="80" w:type="dxa"/>
              <w:bottom w:w="0" w:type="dxa"/>
              <w:right w:w="80" w:type="dxa"/>
            </w:tcMar>
          </w:tcPr>
          <w:p w:rsidR="00D57FAE" w:rsidRPr="00D57FAE" w:rsidRDefault="00D57FAE" w:rsidP="00D57FAE">
            <w:pPr>
              <w:jc w:val="left"/>
              <w:rPr>
                <w:sz w:val="28"/>
              </w:rPr>
            </w:pPr>
            <w:r w:rsidRPr="00D57FAE">
              <w:rPr>
                <w:sz w:val="28"/>
              </w:rPr>
              <w:t>«____» __________________ 2026</w:t>
            </w:r>
          </w:p>
          <w:p w:rsidR="00D57FAE" w:rsidRPr="00D57FAE" w:rsidRDefault="00D57FAE" w:rsidP="00D57FAE">
            <w:pPr>
              <w:jc w:val="left"/>
              <w:rPr>
                <w:sz w:val="28"/>
              </w:rPr>
            </w:pPr>
            <w:r w:rsidRPr="00D57FAE">
              <w:rPr>
                <w:sz w:val="28"/>
              </w:rPr>
              <w:t>М.П.</w:t>
            </w:r>
          </w:p>
        </w:tc>
      </w:tr>
    </w:tbl>
    <w:p w:rsidR="00D57FAE" w:rsidRPr="00EB3C9B" w:rsidRDefault="00D57FAE" w:rsidP="00825777">
      <w:pPr>
        <w:rPr>
          <w:lang w:val="ru-RU"/>
        </w:rPr>
      </w:pPr>
    </w:p>
    <w:sectPr w:rsidR="00D57FAE" w:rsidRPr="00EB3C9B" w:rsidSect="003559AE">
      <w:footerReference w:type="default" r:id="rId8"/>
      <w:pgSz w:w="11906" w:h="16838"/>
      <w:pgMar w:top="568" w:right="849" w:bottom="879" w:left="1332" w:header="397" w:footer="42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2B33" w:rsidRDefault="00582B33">
      <w:r>
        <w:separator/>
      </w:r>
    </w:p>
  </w:endnote>
  <w:endnote w:type="continuationSeparator" w:id="0">
    <w:p w:rsidR="00582B33" w:rsidRDefault="0058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C1920" w:rsidRDefault="007C1920">
    <w:pPr>
      <w:pStyle w:val="a7"/>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3137"/>
      <w:gridCol w:w="3137"/>
      <w:gridCol w:w="3137"/>
    </w:tblGrid>
    <w:tr w:rsidR="007C1920">
      <w:trPr>
        <w:jc w:val="center"/>
      </w:trPr>
      <w:tc>
        <w:tcPr>
          <w:tcW w:w="3137" w:type="dxa"/>
          <w:tcMar>
            <w:top w:w="0" w:type="dxa"/>
            <w:left w:w="0" w:type="dxa"/>
            <w:bottom w:w="0" w:type="dxa"/>
            <w:right w:w="0" w:type="dxa"/>
          </w:tcMar>
        </w:tcPr>
        <w:p w:rsidR="007C1920" w:rsidRDefault="00391957">
          <w:pPr>
            <w:jc w:val="left"/>
          </w:pPr>
          <w:proofErr w:type="spellStart"/>
          <w:r>
            <w:rPr>
              <w:sz w:val="19"/>
            </w:rPr>
            <w:t>Заказчик</w:t>
          </w:r>
          <w:proofErr w:type="spellEnd"/>
          <w:r>
            <w:rPr>
              <w:sz w:val="19"/>
            </w:rPr>
            <w:t xml:space="preserve"> __________________</w:t>
          </w:r>
        </w:p>
      </w:tc>
      <w:tc>
        <w:tcPr>
          <w:tcW w:w="3137" w:type="dxa"/>
          <w:tcMar>
            <w:top w:w="0" w:type="dxa"/>
            <w:left w:w="0" w:type="dxa"/>
            <w:bottom w:w="0" w:type="dxa"/>
            <w:right w:w="0" w:type="dxa"/>
          </w:tcMar>
        </w:tcPr>
        <w:p w:rsidR="007C1920" w:rsidRDefault="00391957">
          <w:pPr>
            <w:jc w:val="center"/>
          </w:pPr>
          <w:r>
            <w:fldChar w:fldCharType="begin"/>
          </w:r>
          <w:r>
            <w:instrText>PAGE</w:instrText>
          </w:r>
          <w:r>
            <w:fldChar w:fldCharType="separate"/>
          </w:r>
          <w:r w:rsidR="00B02EAF">
            <w:rPr>
              <w:noProof/>
            </w:rPr>
            <w:t>2</w:t>
          </w:r>
          <w:r>
            <w:fldChar w:fldCharType="end"/>
          </w:r>
        </w:p>
      </w:tc>
      <w:tc>
        <w:tcPr>
          <w:tcW w:w="3137" w:type="dxa"/>
          <w:tcMar>
            <w:top w:w="0" w:type="dxa"/>
            <w:left w:w="0" w:type="dxa"/>
            <w:bottom w:w="0" w:type="dxa"/>
            <w:right w:w="0" w:type="dxa"/>
          </w:tcMar>
        </w:tcPr>
        <w:p w:rsidR="007C1920" w:rsidRDefault="00391957">
          <w:pPr>
            <w:jc w:val="right"/>
          </w:pPr>
          <w:proofErr w:type="spellStart"/>
          <w:r>
            <w:rPr>
              <w:sz w:val="19"/>
            </w:rPr>
            <w:t>Исполнитель</w:t>
          </w:r>
          <w:proofErr w:type="spellEnd"/>
          <w:r>
            <w:rPr>
              <w:sz w:val="19"/>
            </w:rPr>
            <w:t xml:space="preserve"> __________________</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2B33" w:rsidRDefault="00582B33">
      <w:r>
        <w:separator/>
      </w:r>
    </w:p>
  </w:footnote>
  <w:footnote w:type="continuationSeparator" w:id="0">
    <w:p w:rsidR="00582B33" w:rsidRDefault="00582B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D6F1E19"/>
    <w:multiLevelType w:val="hybridMultilevel"/>
    <w:tmpl w:val="C172ABA6"/>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15:restartNumberingAfterBreak="0">
    <w:nsid w:val="140A6C30"/>
    <w:multiLevelType w:val="hybridMultilevel"/>
    <w:tmpl w:val="7BCEF92A"/>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1B1247DE"/>
    <w:multiLevelType w:val="hybridMultilevel"/>
    <w:tmpl w:val="B12EC766"/>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2D3C0D7C"/>
    <w:multiLevelType w:val="hybridMultilevel"/>
    <w:tmpl w:val="E7E26578"/>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35F81FB5"/>
    <w:multiLevelType w:val="hybridMultilevel"/>
    <w:tmpl w:val="332A2ADC"/>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3C5664A2"/>
    <w:multiLevelType w:val="hybridMultilevel"/>
    <w:tmpl w:val="CB4C9840"/>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467A7393"/>
    <w:multiLevelType w:val="hybridMultilevel"/>
    <w:tmpl w:val="506A5698"/>
    <w:lvl w:ilvl="0" w:tplc="3F10AD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C60F7"/>
    <w:multiLevelType w:val="hybridMultilevel"/>
    <w:tmpl w:val="6A3282DA"/>
    <w:lvl w:ilvl="0" w:tplc="3F10ADE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5"/>
  </w:num>
  <w:num w:numId="12">
    <w:abstractNumId w:val="16"/>
  </w:num>
  <w:num w:numId="13">
    <w:abstractNumId w:val="12"/>
  </w:num>
  <w:num w:numId="14">
    <w:abstractNumId w:val="9"/>
  </w:num>
  <w:num w:numId="15">
    <w:abstractNumId w:val="13"/>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416B6"/>
    <w:rsid w:val="00047FF3"/>
    <w:rsid w:val="0006063C"/>
    <w:rsid w:val="000A62CB"/>
    <w:rsid w:val="00104F74"/>
    <w:rsid w:val="0015074B"/>
    <w:rsid w:val="00183F19"/>
    <w:rsid w:val="001851B4"/>
    <w:rsid w:val="001B212B"/>
    <w:rsid w:val="001C4C09"/>
    <w:rsid w:val="001F3C39"/>
    <w:rsid w:val="0021519E"/>
    <w:rsid w:val="002600D0"/>
    <w:rsid w:val="0027015B"/>
    <w:rsid w:val="002753C7"/>
    <w:rsid w:val="0029639D"/>
    <w:rsid w:val="002D2583"/>
    <w:rsid w:val="002E0C16"/>
    <w:rsid w:val="00326F90"/>
    <w:rsid w:val="00351CB7"/>
    <w:rsid w:val="003559AE"/>
    <w:rsid w:val="00383DF3"/>
    <w:rsid w:val="003854CC"/>
    <w:rsid w:val="003910B0"/>
    <w:rsid w:val="00391957"/>
    <w:rsid w:val="003C64E2"/>
    <w:rsid w:val="003D6A5D"/>
    <w:rsid w:val="004560E9"/>
    <w:rsid w:val="004A32B0"/>
    <w:rsid w:val="004B5385"/>
    <w:rsid w:val="004B59FD"/>
    <w:rsid w:val="005521BA"/>
    <w:rsid w:val="00570F7C"/>
    <w:rsid w:val="00577435"/>
    <w:rsid w:val="00582B33"/>
    <w:rsid w:val="00602C69"/>
    <w:rsid w:val="00621F04"/>
    <w:rsid w:val="00651253"/>
    <w:rsid w:val="006A48E6"/>
    <w:rsid w:val="006D0B93"/>
    <w:rsid w:val="00733085"/>
    <w:rsid w:val="00786B8E"/>
    <w:rsid w:val="007C1920"/>
    <w:rsid w:val="00802D5A"/>
    <w:rsid w:val="00825777"/>
    <w:rsid w:val="00884A14"/>
    <w:rsid w:val="009A51EF"/>
    <w:rsid w:val="009B3A59"/>
    <w:rsid w:val="00A968C9"/>
    <w:rsid w:val="00AA1D8D"/>
    <w:rsid w:val="00AD2EB5"/>
    <w:rsid w:val="00B02EAF"/>
    <w:rsid w:val="00B06F59"/>
    <w:rsid w:val="00B101B4"/>
    <w:rsid w:val="00B133A2"/>
    <w:rsid w:val="00B313AE"/>
    <w:rsid w:val="00B47730"/>
    <w:rsid w:val="00B737B3"/>
    <w:rsid w:val="00BD2457"/>
    <w:rsid w:val="00C5107D"/>
    <w:rsid w:val="00C63770"/>
    <w:rsid w:val="00CB0664"/>
    <w:rsid w:val="00D57FAE"/>
    <w:rsid w:val="00D6223A"/>
    <w:rsid w:val="00D91D2D"/>
    <w:rsid w:val="00DB53A8"/>
    <w:rsid w:val="00DD6921"/>
    <w:rsid w:val="00E109AE"/>
    <w:rsid w:val="00E37651"/>
    <w:rsid w:val="00EA3CBA"/>
    <w:rsid w:val="00EB3C9B"/>
    <w:rsid w:val="00F07326"/>
    <w:rsid w:val="00F56568"/>
    <w:rsid w:val="00FC693F"/>
    <w:rsid w:val="00FC7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EAD28"/>
  <w14:defaultImageDpi w14:val="300"/>
  <w15:docId w15:val="{D5801485-71DF-4583-BB20-FC8791B6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jc w:val="both"/>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ntractBody">
    <w:name w:val="Contract Body"/>
    <w:basedOn w:val="a1"/>
    <w:pPr>
      <w:ind w:firstLine="652"/>
    </w:pPr>
  </w:style>
  <w:style w:type="paragraph" w:customStyle="1" w:styleId="ContractItem">
    <w:name w:val="Contract Item"/>
    <w:basedOn w:val="a1"/>
    <w:pPr>
      <w:ind w:firstLine="510"/>
    </w:pPr>
  </w:style>
  <w:style w:type="paragraph" w:customStyle="1" w:styleId="ContractCompact">
    <w:name w:val="Contract Compact"/>
    <w:basedOn w:val="a1"/>
    <w:pPr>
      <w:ind w:firstLine="595"/>
    </w:pPr>
    <w:rPr>
      <w:sz w:val="21"/>
    </w:rPr>
  </w:style>
  <w:style w:type="paragraph" w:styleId="aff8">
    <w:name w:val="Balloon Text"/>
    <w:basedOn w:val="a1"/>
    <w:link w:val="aff9"/>
    <w:uiPriority w:val="99"/>
    <w:semiHidden/>
    <w:unhideWhenUsed/>
    <w:rsid w:val="00C5107D"/>
    <w:rPr>
      <w:rFonts w:ascii="Segoe UI" w:hAnsi="Segoe UI" w:cs="Segoe UI"/>
      <w:sz w:val="18"/>
      <w:szCs w:val="18"/>
    </w:rPr>
  </w:style>
  <w:style w:type="character" w:customStyle="1" w:styleId="aff9">
    <w:name w:val="Текст выноски Знак"/>
    <w:basedOn w:val="a2"/>
    <w:link w:val="aff8"/>
    <w:uiPriority w:val="99"/>
    <w:semiHidden/>
    <w:rsid w:val="00C510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1920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0302B-E55D-48FD-8B21-E4DC8685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5352</Words>
  <Characters>30511</Characters>
  <Application>Microsoft Office Word</Application>
  <DocSecurity>0</DocSecurity>
  <Lines>254</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оказания услуг</vt:lpstr>
      <vt:lpstr/>
    </vt:vector>
  </TitlesOfParts>
  <Manager/>
  <Company/>
  <LinksUpToDate>false</LinksUpToDate>
  <CharactersWithSpaces>35792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dc:title>
  <dc:subject>Распознанный текст с сохранением исходного форматирования</dc:subject>
  <dc:creator>Бедушевский Ян Дмитриевич</dc:creator>
  <cp:keywords/>
  <dc:description>generated by python-docx</dc:description>
  <cp:lastModifiedBy>Пышный Александр Иванович</cp:lastModifiedBy>
  <cp:revision>67</cp:revision>
  <cp:lastPrinted>2026-09-07T11:47:00Z</cp:lastPrinted>
  <dcterms:created xsi:type="dcterms:W3CDTF">2026-09-02T07:10:00Z</dcterms:created>
  <dcterms:modified xsi:type="dcterms:W3CDTF">2026-09-07T11:52:00Z</dcterms:modified>
  <cp:category/>
</cp:coreProperties>
</file>